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97009eeecf6dcca37e3b2ff8f9ce0eb0ec93e42"/>
    <w:p>
      <w:pPr>
        <w:pStyle w:val="Heading1"/>
      </w:pPr>
      <w:r>
        <w:rPr>
          <w:b/>
          <w:bCs/>
        </w:rPr>
        <w:t xml:space="preserve">Tender is the Night</w:t>
      </w:r>
      <w:r>
        <w:br/>
      </w:r>
      <w:r>
        <w:rPr>
          <w:i/>
          <w:iCs/>
        </w:rPr>
        <w:t xml:space="preserve">F. Scott Fitzgerald</w:t>
      </w:r>
      <w:r>
        <w:br/>
      </w:r>
      <w:r>
        <w:rPr>
          <w:b/>
          <w:bCs/>
        </w:rPr>
        <w:t xml:space="preserve">Extra Credit 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have video of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altercation</w:t>
      </w:r>
      <w:r>
        <w:rPr>
          <w:b/>
          <w:bCs/>
        </w:rPr>
        <w:t xml:space="preserve">.</w:t>
      </w:r>
      <w:r>
        <w:br/>
      </w:r>
      <w:r>
        <w:t xml:space="preserve">    (a) accident</w:t>
      </w:r>
      <w:r>
        <w:br/>
      </w:r>
      <w:r>
        <w:t xml:space="preserve">    (b) theft</w:t>
      </w:r>
      <w:r>
        <w:br/>
      </w:r>
      <w:r>
        <w:t xml:space="preserve">    (c) fight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expert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authenticated</w:t>
      </w:r>
      <w:r>
        <w:rPr>
          <w:b/>
          <w:bCs/>
        </w:rPr>
        <w:t xml:space="preserve"> </w:t>
      </w:r>
      <w:r>
        <w:rPr>
          <w:b/>
          <w:bCs/>
        </w:rPr>
        <w:t xml:space="preserve">her signature.</w:t>
      </w:r>
      <w:r>
        <w:br/>
      </w:r>
      <w:r>
        <w:t xml:space="preserve">    (a) verified as real</w:t>
      </w:r>
      <w:r>
        <w:br/>
      </w:r>
      <w:r>
        <w:t xml:space="preserve">    (b) forged (copied)</w:t>
      </w:r>
      <w:r>
        <w:br/>
      </w:r>
      <w:r>
        <w:t xml:space="preserve">    (c) verified as fake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circular motion,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centripetal</w:t>
      </w:r>
      <w:r>
        <w:rPr>
          <w:b/>
          <w:bCs/>
        </w:rPr>
        <w:t xml:space="preserve"> </w:t>
      </w:r>
      <w:r>
        <w:rPr>
          <w:b/>
          <w:bCs/>
        </w:rPr>
        <w:t xml:space="preserve">force acts inward while momentum tries to carry the object outward.</w:t>
      </w:r>
      <w:r>
        <w:br/>
      </w:r>
      <w:r>
        <w:t xml:space="preserve">    (a) non-traditional or non-standard</w:t>
      </w:r>
      <w:r>
        <w:br/>
      </w:r>
      <w:r>
        <w:t xml:space="preserve">    (b) poor ability to make a decision</w:t>
      </w:r>
      <w:r>
        <w:br/>
      </w:r>
      <w:r>
        <w:t xml:space="preserve">    (c) toward the center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Many suspect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complicity</w:t>
      </w:r>
      <w:r>
        <w:rPr>
          <w:b/>
          <w:bCs/>
        </w:rPr>
        <w:t xml:space="preserve"> </w:t>
      </w:r>
      <w:r>
        <w:rPr>
          <w:b/>
          <w:bCs/>
        </w:rPr>
        <w:t xml:space="preserve">of top officials.</w:t>
      </w:r>
      <w:r>
        <w:br/>
      </w:r>
      <w:r>
        <w:t xml:space="preserve">    (a) involvement</w:t>
      </w:r>
      <w:r>
        <w:br/>
      </w:r>
      <w:r>
        <w:t xml:space="preserve">    (b) innocence</w:t>
      </w:r>
      <w:r>
        <w:br/>
      </w:r>
      <w:r>
        <w:t xml:space="preserve">    (c) ignorance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spending habits are not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conducive</w:t>
      </w:r>
      <w:r>
        <w:rPr>
          <w:b/>
          <w:bCs/>
        </w:rPr>
        <w:t xml:space="preserve"> </w:t>
      </w:r>
      <w:r>
        <w:rPr>
          <w:b/>
          <w:bCs/>
        </w:rPr>
        <w:t xml:space="preserve">to achieving her financial goals.</w:t>
      </w:r>
      <w:r>
        <w:br/>
      </w:r>
      <w:r>
        <w:t xml:space="preserve">    (a) helpful</w:t>
      </w:r>
      <w:r>
        <w:br/>
      </w:r>
      <w:r>
        <w:t xml:space="preserve">    (b) irrelevant</w:t>
      </w:r>
      <w:r>
        <w:br/>
      </w:r>
      <w:r>
        <w:t xml:space="preserve">    (c) harmful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thinks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conviviality</w:t>
      </w:r>
      <w:r>
        <w:rPr>
          <w:b/>
          <w:bCs/>
        </w:rPr>
        <w:t xml:space="preserve"> </w:t>
      </w:r>
      <w:r>
        <w:rPr>
          <w:b/>
          <w:bCs/>
        </w:rPr>
        <w:t xml:space="preserve">is a major cause of overeating.</w:t>
      </w:r>
      <w:r>
        <w:br/>
      </w:r>
      <w:r>
        <w:t xml:space="preserve">    (a) being friendly and fun</w:t>
      </w:r>
      <w:r>
        <w:br/>
      </w:r>
      <w:r>
        <w:t xml:space="preserve">    (b) arousing or inspiring</w:t>
      </w:r>
      <w:r>
        <w:br/>
      </w:r>
      <w:r>
        <w:t xml:space="preserve">    (c) psychiatric treatment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introduced Bette Midler (pronounced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bet</w:t>
      </w:r>
      <w:r>
        <w:rPr>
          <w:b/>
          <w:bCs/>
        </w:rPr>
        <w:t xml:space="preserve">) by saying,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Bette</w:t>
      </w:r>
      <w:r>
        <w:rPr>
          <w:b/>
          <w:bCs/>
        </w:rPr>
        <w:t xml:space="preserve"> </w:t>
      </w:r>
      <w:r>
        <w:rPr>
          <w:b/>
          <w:bCs/>
        </w:rPr>
        <w:t xml:space="preserve">rhymes with</w:t>
      </w:r>
      <w:r>
        <w:rPr>
          <w:b/>
          <w:bCs/>
        </w:rPr>
        <w:t xml:space="preserve"> </w:t>
      </w:r>
      <w:r>
        <w:rPr>
          <w:b/>
          <w:bCs/>
          <w:i/>
          <w:iCs/>
          <w:u w:val="single"/>
        </w:rPr>
        <w:t xml:space="preserve">coquette</w:t>
      </w:r>
      <w:r>
        <w:rPr>
          <w:b/>
          <w:bCs/>
        </w:rPr>
        <w:t xml:space="preserve">, but never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regret</w:t>
      </w:r>
      <w:r>
        <w:rPr>
          <w:b/>
          <w:bCs/>
        </w:rPr>
        <w:t xml:space="preserve">.</w:t>
      </w:r>
      <w:r>
        <w:br/>
      </w:r>
      <w:r>
        <w:t xml:space="preserve">    (a) a dancer</w:t>
      </w:r>
      <w:r>
        <w:br/>
      </w:r>
      <w:r>
        <w:t xml:space="preserve">    (b) a flirt</w:t>
      </w:r>
      <w:r>
        <w:br/>
      </w:r>
      <w:r>
        <w:t xml:space="preserve">    (c) a star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disclaims</w:t>
      </w:r>
      <w:r>
        <w:rPr>
          <w:b/>
          <w:bCs/>
        </w:rPr>
        <w:t xml:space="preserve"> </w:t>
      </w:r>
      <w:r>
        <w:rPr>
          <w:b/>
          <w:bCs/>
        </w:rPr>
        <w:t xml:space="preserve">any knowledge of such abuses.</w:t>
      </w:r>
      <w:r>
        <w:br/>
      </w:r>
      <w:r>
        <w:t xml:space="preserve">    (a) requests</w:t>
      </w:r>
      <w:r>
        <w:br/>
      </w:r>
      <w:r>
        <w:t xml:space="preserve">    (b) denies</w:t>
      </w:r>
      <w:r>
        <w:br/>
      </w:r>
      <w:r>
        <w:t xml:space="preserve">    (c) takes credit for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court recognized her need to respond immediately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exigent</w:t>
      </w:r>
      <w:r>
        <w:rPr>
          <w:b/>
          <w:bCs/>
        </w:rPr>
        <w:t xml:space="preserve"> </w:t>
      </w:r>
      <w:r>
        <w:rPr>
          <w:b/>
          <w:bCs/>
        </w:rPr>
        <w:t xml:space="preserve">circumstances.</w:t>
      </w:r>
      <w:r>
        <w:br/>
      </w:r>
      <w:r>
        <w:t xml:space="preserve">    (a) unfortunate</w:t>
      </w:r>
      <w:r>
        <w:br/>
      </w:r>
      <w:r>
        <w:t xml:space="preserve">    (b) pressing</w:t>
      </w:r>
      <w:r>
        <w:br/>
      </w:r>
      <w:r>
        <w:t xml:space="preserve">    (c) favorable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trust you didn't take 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facetious</w:t>
      </w:r>
      <w:r>
        <w:rPr>
          <w:b/>
          <w:bCs/>
        </w:rPr>
        <w:t xml:space="preserve"> </w:t>
      </w:r>
      <w:r>
        <w:rPr>
          <w:b/>
          <w:bCs/>
        </w:rPr>
        <w:t xml:space="preserve">remarks seriously.</w:t>
      </w:r>
      <w:r>
        <w:br/>
      </w:r>
      <w:r>
        <w:t xml:space="preserve">    (a) mildly offensive</w:t>
      </w:r>
      <w:r>
        <w:br/>
      </w:r>
      <w:r>
        <w:t xml:space="preserve">    (b) not serious</w:t>
      </w:r>
      <w:r>
        <w:br/>
      </w:r>
      <w:r>
        <w:t xml:space="preserve">    (c) deeply personal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most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hackneyed</w:t>
      </w:r>
      <w:r>
        <w:rPr>
          <w:b/>
          <w:bCs/>
        </w:rPr>
        <w:t xml:space="preserve"> </w:t>
      </w:r>
      <w:r>
        <w:rPr>
          <w:b/>
          <w:bCs/>
        </w:rPr>
        <w:t xml:space="preserve">phrase in Silicon Valley these days is "We're the next Google."</w:t>
      </w:r>
      <w:r>
        <w:br/>
      </w:r>
      <w:r>
        <w:t xml:space="preserve">    (a) the degree to which a performance of or to someone else's work lends itself to the expression of personal artistic ideas or feelings by the performer</w:t>
      </w:r>
      <w:r>
        <w:br/>
      </w:r>
      <w:r>
        <w:t xml:space="preserve">    (b) lacking impact because it has been heard so many times before</w:t>
      </w:r>
      <w:r>
        <w:br/>
      </w:r>
      <w:r>
        <w:t xml:space="preserve">    (c) the quality or degree of being straightforward or clear (sometimes indicating that truth is not worded carefully to spare feelings or gain advantage)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 a young apprentice, she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malleable</w:t>
      </w:r>
      <w:r>
        <w:rPr>
          <w:b/>
          <w:bCs/>
        </w:rPr>
        <w:t xml:space="preserve"> </w:t>
      </w:r>
      <w:r>
        <w:rPr>
          <w:b/>
          <w:bCs/>
        </w:rPr>
        <w:t xml:space="preserve">and eager to learn, quickly adapting to the styles of different chefs in the kitchen.</w:t>
      </w:r>
      <w:r>
        <w:br/>
      </w:r>
      <w:r>
        <w:t xml:space="preserve">    (a) inexpensive</w:t>
      </w:r>
      <w:r>
        <w:br/>
      </w:r>
      <w:r>
        <w:t xml:space="preserve">    (b) inexperienced</w:t>
      </w:r>
      <w:r>
        <w:br/>
      </w:r>
      <w:r>
        <w:t xml:space="preserve">    (c) flexible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has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predilection</w:t>
      </w:r>
      <w:r>
        <w:rPr>
          <w:b/>
          <w:bCs/>
        </w:rPr>
        <w:t xml:space="preserve"> </w:t>
      </w:r>
      <w:r>
        <w:rPr>
          <w:b/>
          <w:bCs/>
        </w:rPr>
        <w:t xml:space="preserve">for sticking her nose into other people's business.</w:t>
      </w:r>
      <w:r>
        <w:br/>
      </w:r>
      <w:r>
        <w:t xml:space="preserve">    (a) distaste or dislike</w:t>
      </w:r>
      <w:r>
        <w:br/>
      </w:r>
      <w:r>
        <w:t xml:space="preserve">    (b) preference or tendency</w:t>
      </w:r>
      <w:r>
        <w:br/>
      </w:r>
      <w:r>
        <w:t xml:space="preserve">    (c) worry or fear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Light passing through water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refracted</w:t>
      </w:r>
      <w:r>
        <w:rPr>
          <w:b/>
          <w:bCs/>
        </w:rPr>
        <w:t xml:space="preserve">, so when a pole or stick is partially submerged at an angle in clear water, it appears to be bent at the water's surface.</w:t>
      </w:r>
      <w:r>
        <w:br/>
      </w:r>
      <w:r>
        <w:t xml:space="preserve">    (a) increased in brightness</w:t>
      </w:r>
      <w:r>
        <w:br/>
      </w:r>
      <w:r>
        <w:t xml:space="preserve">    (b) changed in velocity</w:t>
      </w:r>
      <w:r>
        <w:br/>
      </w:r>
      <w:r>
        <w:t xml:space="preserve">    (c) changed in color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He's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suave</w:t>
      </w:r>
      <w:r>
        <w:rPr>
          <w:b/>
          <w:bCs/>
        </w:rPr>
        <w:t xml:space="preserve"> </w:t>
      </w:r>
      <w:r>
        <w:rPr>
          <w:b/>
          <w:bCs/>
        </w:rPr>
        <w:t xml:space="preserve">operator, but completely insincere.</w:t>
      </w:r>
      <w:r>
        <w:br/>
      </w:r>
      <w:r>
        <w:t xml:space="preserve">    (a) sophisticated</w:t>
      </w:r>
      <w:r>
        <w:br/>
      </w:r>
      <w:r>
        <w:t xml:space="preserve">    (b) adorable</w:t>
      </w:r>
      <w:r>
        <w:br/>
      </w:r>
      <w:r>
        <w:t xml:space="preserve">    (c) smart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information contained in the second report is either corrective of or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supplementary</w:t>
      </w:r>
      <w:r>
        <w:rPr>
          <w:b/>
          <w:bCs/>
        </w:rPr>
        <w:t xml:space="preserve"> </w:t>
      </w:r>
      <w:r>
        <w:rPr>
          <w:b/>
          <w:bCs/>
        </w:rPr>
        <w:t xml:space="preserve">to the previous report.</w:t>
      </w:r>
      <w:r>
        <w:br/>
      </w:r>
      <w:r>
        <w:t xml:space="preserve">    (a) in addition</w:t>
      </w:r>
      <w:r>
        <w:br/>
      </w:r>
      <w:r>
        <w:t xml:space="preserve">    (b) is a replacement</w:t>
      </w:r>
      <w:r>
        <w:br/>
      </w:r>
      <w:r>
        <w:t xml:space="preserve">    (c) is a shorter version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restaurant added a 15%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surcharge</w:t>
      </w:r>
      <w:r>
        <w:rPr>
          <w:b/>
          <w:bCs/>
        </w:rPr>
        <w:t xml:space="preserve"> </w:t>
      </w:r>
      <w:r>
        <w:rPr>
          <w:b/>
          <w:bCs/>
        </w:rPr>
        <w:t xml:space="preserve">during its busiest hours.</w:t>
      </w:r>
      <w:r>
        <w:br/>
      </w:r>
      <w:r>
        <w:t xml:space="preserve">    (a) an additional charge</w:t>
      </w:r>
      <w:r>
        <w:br/>
      </w:r>
      <w:r>
        <w:t xml:space="preserve">    (b) a sales discount</w:t>
      </w:r>
      <w:r>
        <w:br/>
      </w:r>
      <w:r>
        <w:t xml:space="preserve">    (c) a coupon good in the future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have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tacit</w:t>
      </w:r>
      <w:r>
        <w:rPr>
          <w:b/>
          <w:bCs/>
        </w:rPr>
        <w:t xml:space="preserve"> </w:t>
      </w:r>
      <w:r>
        <w:rPr>
          <w:b/>
          <w:bCs/>
        </w:rPr>
        <w:t xml:space="preserve">agreement.</w:t>
      </w:r>
      <w:r>
        <w:br/>
      </w:r>
      <w:r>
        <w:t xml:space="preserve">    (a) clear</w:t>
      </w:r>
      <w:r>
        <w:br/>
      </w:r>
      <w:r>
        <w:t xml:space="preserve">    (b) reasonable</w:t>
      </w:r>
      <w:r>
        <w:br/>
      </w:r>
      <w:r>
        <w:t xml:space="preserve">    (c) implied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Cognitive therapists are less interested 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transference</w:t>
      </w:r>
      <w:r>
        <w:rPr>
          <w:b/>
          <w:bCs/>
        </w:rPr>
        <w:t xml:space="preserve"> </w:t>
      </w:r>
      <w:r>
        <w:rPr>
          <w:b/>
          <w:bCs/>
        </w:rPr>
        <w:t xml:space="preserve">than psychoanalysts.</w:t>
      </w:r>
      <w:r>
        <w:br/>
      </w:r>
      <w:r>
        <w:t xml:space="preserve">    (a) a threadlike structure in the cell nucleus that carries genes in a linear order that determines biological traits</w:t>
      </w:r>
      <w:r>
        <w:br/>
      </w:r>
      <w:r>
        <w:t xml:space="preserve">    (b) something that is different than others of its type (synonyms could include: adaptation, version, alternate form)</w:t>
      </w:r>
      <w:r>
        <w:br/>
      </w:r>
      <w:r>
        <w:t xml:space="preserve">    (c) the process whereby emotions are passed on or displaced from one person to another -- especially to the therapist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librarian struggled to find space for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voluminous</w:t>
      </w:r>
      <w:r>
        <w:rPr>
          <w:b/>
          <w:bCs/>
        </w:rPr>
        <w:t xml:space="preserve"> </w:t>
      </w:r>
      <w:r>
        <w:rPr>
          <w:b/>
          <w:bCs/>
        </w:rPr>
        <w:t xml:space="preserve">collection of books donated by the local university.</w:t>
      </w:r>
      <w:r>
        <w:br/>
      </w:r>
      <w:r>
        <w:t xml:space="preserve">    (a) old</w:t>
      </w:r>
      <w:r>
        <w:br/>
      </w:r>
      <w:r>
        <w:t xml:space="preserve">    (b) valuable</w:t>
      </w:r>
      <w:r>
        <w:br/>
      </w:r>
      <w:r>
        <w:t xml:space="preserve">    (c) large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2026-07-31T16:02:40Z</dcterms:created>
  <dcterms:modified xsi:type="dcterms:W3CDTF">2026-07-31T16:02:40Z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