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24d3767b35626c13270cd3a789470cc27667be"/>
    <w:p>
      <w:pPr>
        <w:pStyle w:val="Heading1"/>
      </w:pPr>
      <w:r>
        <w:rPr>
          <w:b/>
          <w:bCs/>
        </w:rPr>
        <w:t xml:space="preserve">Tender is the Night</w:t>
      </w:r>
      <w:r>
        <w:br/>
      </w:r>
      <w:r>
        <w:rPr>
          <w:i/>
          <w:iCs/>
        </w:rPr>
        <w:t xml:space="preserve">F. Scott Fitzgerald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made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 </w:t>
      </w:r>
      <w:r>
        <w:rPr>
          <w:b/>
          <w:bCs/>
        </w:rPr>
        <w:t xml:space="preserve">gesture of moving over for her.</w:t>
      </w:r>
      <w:r>
        <w:br/>
      </w:r>
      <w:r>
        <w:t xml:space="preserve">    (a) more than is needed, desired, or required</w:t>
      </w:r>
      <w:r>
        <w:br/>
      </w:r>
      <w:r>
        <w:t xml:space="preserve">    (b) without purpose, job, or natural activity</w:t>
      </w:r>
      <w:r>
        <w:br/>
      </w:r>
      <w:r>
        <w:t xml:space="preserve">    (c) the quality of being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However, with Rosemary's sudden success in pictures Mrs. Speers felt that it was time she were spiritually weaned; it would please rather than pain her if this somewhat bouncing, breathless and exigent idealism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on something except herself.</w:t>
      </w:r>
      <w:r>
        <w:br/>
      </w:r>
      <w:r>
        <w:t xml:space="preserve">    (a) a real estate loan; or pledging something for a loan</w:t>
      </w:r>
      <w:r>
        <w:br/>
      </w:r>
      <w:r>
        <w:t xml:space="preserve">    (b) concentrate, or look</w:t>
      </w:r>
      <w:r>
        <w:br/>
      </w:r>
      <w:r>
        <w:t xml:space="preserve">    (c) make one's home in; or live in; or stay (in a place)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Suddenly she came toward him, her youth vanishing as she passed inside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of his eyes and he had kissed her breathlessly as if she were any age at all.</w:t>
      </w:r>
      <w:r>
        <w:br/>
      </w:r>
      <w:r>
        <w:t xml:space="preserve">    (a) the ability to take on or adopt</w:t>
      </w:r>
      <w:r>
        <w:br/>
      </w:r>
      <w:r>
        <w:t xml:space="preserve">    (b) where attention is concentrated</w:t>
      </w:r>
      <w:r>
        <w:br/>
      </w:r>
      <w:r>
        <w:t xml:space="preserve">    (c) calculating or judging too high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feeling was surcharged by listening to the sad tunes of the orchestra, reminiscent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 </w:t>
      </w:r>
      <w:r>
        <w:rPr>
          <w:b/>
          <w:bCs/>
        </w:rPr>
        <w:t xml:space="preserve">music played for acrobats in vaudeville.</w:t>
      </w:r>
      <w:r>
        <w:br/>
      </w:r>
      <w:r>
        <w:t xml:space="preserve">    (a) about (but not exactly)</w:t>
      </w:r>
      <w:r>
        <w:br/>
      </w:r>
      <w:r>
        <w:t xml:space="preserve">    (b) a sad feeling or manner</w:t>
      </w:r>
      <w:r>
        <w:br/>
      </w:r>
      <w:r>
        <w:t xml:space="preserve">    (c) relating to the outside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villa and its grounds were made out of a row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peasant</w:t>
      </w:r>
      <w:r>
        <w:rPr>
          <w:b/>
          <w:bCs/>
        </w:rPr>
        <w:t xml:space="preserve"> </w:t>
      </w:r>
      <w:r>
        <w:rPr>
          <w:b/>
          <w:bCs/>
        </w:rPr>
        <w:t xml:space="preserve">dwellings that abutted on the cliff—five small houses had been combined to make the house and four destroyed to make the garden.</w:t>
      </w:r>
      <w:r>
        <w:br/>
      </w:r>
      <w:r>
        <w:t xml:space="preserve">    (a) used historically or possibly in relation to a very poor country:  a person of low income, education, and social standing -- especially one who raises crops or livestock</w:t>
      </w:r>
      <w:r>
        <w:br/>
      </w:r>
      <w:r>
        <w:t xml:space="preserve">    (b) someone who walks slowly without definite direction  OR  someone who writes or talks without definite direction (changing subjects or rambling rather than in a purposeful direct way)</w:t>
      </w:r>
      <w:r>
        <w:br/>
      </w:r>
      <w:r>
        <w:t xml:space="preserve">    (c) relating to an artistic movement pioneered by Pablo Picasso and Georges Braque that featured surfaces of geometrical planes to depict three-dimensional organic forms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ease with which her reply reached him seemed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belittle</w:t>
      </w:r>
      <w:r>
        <w:rPr>
          <w:b/>
          <w:bCs/>
        </w:rPr>
        <w:t xml:space="preserve"> </w:t>
      </w:r>
      <w:r>
        <w:rPr>
          <w:b/>
          <w:bCs/>
        </w:rPr>
        <w:t xml:space="preserve">his megaphone, so she raised her voice and called, "Can you hear me?"</w:t>
      </w:r>
      <w:r>
        <w:br/>
      </w:r>
      <w:r>
        <w:t xml:space="preserve">    (a) indicating criticism or disagreement, or "no"</w:t>
      </w:r>
      <w:r>
        <w:br/>
      </w:r>
      <w:r>
        <w:t xml:space="preserve">    (b) to be most powerful, important, or noticeable</w:t>
      </w:r>
      <w:r>
        <w:br/>
      </w:r>
      <w:r>
        <w:t xml:space="preserve">    (c) to make someone or something seem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Tommy laughed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scornfully</w:t>
      </w:r>
      <w:r>
        <w:rPr>
          <w:b/>
          <w:bCs/>
        </w:rPr>
        <w:t xml:space="preserve">.</w:t>
      </w:r>
      <w:r>
        <w:br/>
      </w:r>
      <w:r>
        <w:t xml:space="preserve">    (a) in a disrespectful or rejecting manner</w:t>
      </w:r>
      <w:r>
        <w:br/>
      </w:r>
      <w:r>
        <w:t xml:space="preserve">    (b) with grace of movement and flexibility</w:t>
      </w:r>
      <w:r>
        <w:br/>
      </w:r>
      <w:r>
        <w:t xml:space="preserve">    (c) in a manner that is not easily noticed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first year at West Point—that year during which no cadet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</w:t>
      </w:r>
      <w:r>
        <w:rPr>
          <w:b/>
          <w:bCs/>
        </w:rPr>
        <w:t xml:space="preserve"> </w:t>
      </w:r>
      <w:r>
        <w:rPr>
          <w:b/>
          <w:bCs/>
        </w:rPr>
        <w:t xml:space="preserve">and from which none ever recovers</w:t>
      </w:r>
      <w:r>
        <w:br/>
      </w:r>
      <w:r>
        <w:t xml:space="preserve">    (a) quit (a position or job)</w:t>
      </w:r>
      <w:r>
        <w:br/>
      </w:r>
      <w:r>
        <w:t xml:space="preserve">    (b) rule</w:t>
      </w:r>
      <w:r>
        <w:br/>
      </w:r>
      <w:r>
        <w:t xml:space="preserve">    (c) draw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has been in a very religious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mood from the beginning of his illness.</w:t>
      </w:r>
      <w:r>
        <w:br/>
      </w:r>
      <w:r>
        <w:t xml:space="preserve">    (a) with acceptance of something undesired as unavoidable</w:t>
      </w:r>
      <w:r>
        <w:br/>
      </w:r>
      <w:r>
        <w:t xml:space="preserve">    (b) to be or to become used to (adapted to and with an expectation of)</w:t>
      </w:r>
      <w:r>
        <w:br/>
      </w:r>
      <w:r>
        <w:t xml:space="preserve">    (c) showed something -- such as demonstrated, expressed, or represented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"All my beautiful lovely safe world blew itself up here with a great gust of high explosive love," Dick mourned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persistently</w:t>
      </w:r>
      <w:r>
        <w:rPr>
          <w:b/>
          <w:bCs/>
        </w:rPr>
        <w:t xml:space="preserve">.</w:t>
      </w:r>
      <w:r>
        <w:br/>
      </w:r>
      <w:r>
        <w:t xml:space="preserve">    (a) in a manner based on speech sounds (rather than on dictionary spelling)</w:t>
      </w:r>
      <w:r>
        <w:br/>
      </w:r>
      <w:r>
        <w:t xml:space="preserve">    (b) in a manner that shows bad taste (crude, offensive, or unsophisticated)</w:t>
      </w:r>
      <w:r>
        <w:br/>
      </w:r>
      <w:r>
        <w:t xml:space="preserve">    (c) in a continuing manner -- especially despite difficulties or opposition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Dick laughed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indulgently</w:t>
      </w:r>
      <w:r>
        <w:rPr>
          <w:b/>
          <w:bCs/>
        </w:rPr>
        <w:t xml:space="preserve"> </w:t>
      </w:r>
      <w:r>
        <w:rPr>
          <w:b/>
          <w:bCs/>
        </w:rPr>
        <w:t xml:space="preserve">at Abe, whom he loved, and in whom he had long lost hope:</w:t>
      </w:r>
      <w:r>
        <w:br/>
      </w:r>
      <w:r>
        <w:t xml:space="preserve">    (a) in a manner that deserves praise</w:t>
      </w:r>
      <w:r>
        <w:br/>
      </w:r>
      <w:r>
        <w:t xml:space="preserve">    (b) in a manner that does not change</w:t>
      </w:r>
      <w:r>
        <w:br/>
      </w:r>
      <w:r>
        <w:t xml:space="preserve">    (c) with extra kindness or tolerance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"This is not as it should be," Dick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deliberated</w:t>
      </w:r>
      <w:r>
        <w:rPr>
          <w:b/>
          <w:bCs/>
        </w:rPr>
        <w:t xml:space="preserve">.</w:t>
      </w:r>
      <w:r>
        <w:br/>
      </w:r>
      <w:r>
        <w:t xml:space="preserve">    (a) thought about or discussed</w:t>
      </w:r>
      <w:r>
        <w:br/>
      </w:r>
      <w:r>
        <w:t xml:space="preserve">    (b) limited or with boundaries</w:t>
      </w:r>
      <w:r>
        <w:br/>
      </w:r>
      <w:r>
        <w:t xml:space="preserve">    (c) gradually added or removed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could not decide whether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deliberately</w:t>
      </w:r>
      <w:r>
        <w:rPr>
          <w:b/>
          <w:bCs/>
        </w:rPr>
        <w:t xml:space="preserve"> </w:t>
      </w:r>
      <w:r>
        <w:rPr>
          <w:b/>
          <w:bCs/>
        </w:rPr>
        <w:t xml:space="preserve">building a barrier between them or whether this was intended to make an eventual surrender more significant.</w:t>
      </w:r>
      <w:r>
        <w:br/>
      </w:r>
      <w:r>
        <w:t xml:space="preserve">    (a) with distaste</w:t>
      </w:r>
      <w:r>
        <w:br/>
      </w:r>
      <w:r>
        <w:t xml:space="preserve">    (b) unemotionally</w:t>
      </w:r>
      <w:r>
        <w:br/>
      </w:r>
      <w:r>
        <w:t xml:space="preserve">    (c) intentionally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no answer; judging that she was asleep they walked into a warm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strident</w:t>
      </w:r>
      <w:r>
        <w:rPr>
          <w:b/>
          <w:bCs/>
        </w:rPr>
        <w:t xml:space="preserve"> </w:t>
      </w:r>
      <w:r>
        <w:rPr>
          <w:b/>
          <w:bCs/>
        </w:rPr>
        <w:t xml:space="preserve">Paris night, snatching a vermouth and bitters in the shadow by Fouquet's bar.</w:t>
      </w:r>
      <w:r>
        <w:br/>
      </w:r>
      <w:r>
        <w:t xml:space="preserve">    (a) not capable of being better understood through detailed examination</w:t>
      </w:r>
      <w:r>
        <w:br/>
      </w:r>
      <w:r>
        <w:t xml:space="preserve">    (b) unpleasantly forceful when expressing opinions; or loud and harsh</w:t>
      </w:r>
      <w:r>
        <w:br/>
      </w:r>
      <w:r>
        <w:br/>
      </w:r>
      <w:r>
        <w:br/>
      </w:r>
      <w:r>
        <w:t xml:space="preserve">    (c) clear, easily noticed, and/or identifiable as different or separate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can come if you want to play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anagrams</w:t>
      </w:r>
      <w:r>
        <w:rPr>
          <w:b/>
          <w:bCs/>
        </w:rPr>
        <w:t xml:space="preserve">.</w:t>
      </w:r>
      <w:r>
        <w:br/>
      </w:r>
      <w:r>
        <w:t xml:space="preserve">    (a) a word or phrase spelled by rearranging the letters of another word or phrase</w:t>
      </w:r>
      <w:r>
        <w:br/>
      </w:r>
      <w:r>
        <w:t xml:space="preserve">    (b) descriptions of unfavorable opinions; or acts of sharing unfavorable opinions</w:t>
      </w:r>
      <w:r>
        <w:br/>
      </w:r>
      <w:r>
        <w:t xml:space="preserve">    (c) geological areas where a river divides before entering a larger body of water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both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formidable</w:t>
      </w:r>
      <w:r>
        <w:rPr>
          <w:b/>
          <w:bCs/>
        </w:rPr>
        <w:t xml:space="preserve"> </w:t>
      </w:r>
      <w:r>
        <w:rPr>
          <w:b/>
          <w:bCs/>
        </w:rPr>
        <w:t xml:space="preserve">and vulnerable,</w:t>
      </w:r>
      <w:r>
        <w:br/>
      </w:r>
      <w:r>
        <w:t xml:space="preserve">    (a) the quality of disagreeing</w:t>
      </w:r>
      <w:r>
        <w:br/>
      </w:r>
      <w:r>
        <w:t xml:space="preserve">    (b) the quality of being Dutch</w:t>
      </w:r>
      <w:r>
        <w:br/>
      </w:r>
      <w:r>
        <w:t xml:space="preserve">    (c) intimidating or impressive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Living rather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ascetically</w:t>
      </w:r>
      <w:r>
        <w:rPr>
          <w:b/>
          <w:bCs/>
        </w:rPr>
        <w:t xml:space="preserve">, travelling third-class ... and penalizing himself for any extravagances, he maintained a qualified financial independence.</w:t>
      </w:r>
      <w:r>
        <w:br/>
      </w:r>
      <w:r>
        <w:t xml:space="preserve">    (a) in a manner that expresses harsh criticism towards</w:t>
      </w:r>
      <w:r>
        <w:br/>
      </w:r>
      <w:r>
        <w:t xml:space="preserve">    (b) in the manner of someone who practices self-denial</w:t>
      </w:r>
      <w:r>
        <w:br/>
      </w:r>
      <w:r>
        <w:t xml:space="preserve">    (c) in the manner of a logical, systematic examination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Next the loud mournful whistles,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portentous</w:t>
      </w:r>
      <w:r>
        <w:rPr>
          <w:b/>
          <w:bCs/>
        </w:rPr>
        <w:t xml:space="preserve"> </w:t>
      </w:r>
      <w:r>
        <w:rPr>
          <w:b/>
          <w:bCs/>
        </w:rPr>
        <w:t xml:space="preserve">vibration and the boat, the human idea—is in motion.</w:t>
      </w:r>
      <w:r>
        <w:br/>
      </w:r>
      <w:r>
        <w:t xml:space="preserve">    (a) relating to practice or belief that is long-established or was previously long-established  OR  relating to stories passed down through generations</w:t>
      </w:r>
      <w:r>
        <w:br/>
      </w:r>
      <w:r>
        <w:t xml:space="preserve">    (b) very important; or indicating something important in the future -- often something that is threatening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acting overly important or serious</w:t>
      </w:r>
      <w:r>
        <w:br/>
      </w:r>
      <w:r>
        <w:t xml:space="preserve">    (c) relating to a Christian ceremony signifying spiritual cleansing and rebirth  OR  relating to a challenging experience that initiates or purifies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"He says wan huner lire," explained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interpreter</w:t>
      </w:r>
      <w:r>
        <w:rPr>
          <w:b/>
          <w:bCs/>
        </w:rPr>
        <w:t xml:space="preserve">.</w:t>
      </w:r>
      <w:r>
        <w:br/>
      </w:r>
      <w:r>
        <w:t xml:space="preserve">    (a) someone who extensively damages</w:t>
      </w:r>
      <w:r>
        <w:br/>
      </w:r>
      <w:r>
        <w:t xml:space="preserve">    (b) people who criticize or condemn</w:t>
      </w:r>
      <w:r>
        <w:br/>
      </w:r>
      <w:r>
        <w:t xml:space="preserve">    (c) someone who translates language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can get aid and advice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Consulate</w:t>
      </w:r>
      <w:r>
        <w:rPr>
          <w:b/>
          <w:bCs/>
        </w:rPr>
        <w:t xml:space="preserve">, which protects the rights of American citizens.</w:t>
      </w:r>
      <w:r>
        <w:br/>
      </w:r>
      <w:r>
        <w:t xml:space="preserve">    (a) a representative of a government who lives in a foreign city</w:t>
      </w:r>
      <w:r>
        <w:br/>
      </w:r>
      <w:r>
        <w:t xml:space="preserve">    (b) a math value that tells how many times a number is multiplied by itself to reach another number -- often used to describe very big or very small quantities</w:t>
      </w:r>
      <w:r>
        <w:br/>
      </w:r>
      <w:r>
        <w:t xml:space="preserve">    (c) someone who believes in the teaching of Buddha -- that aims to end suffering by ending selfish desire and following a path of wisdom, ethics, and meditation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2026-07-31T16:02:40Z</dcterms:created>
  <dcterms:modified xsi:type="dcterms:W3CDTF">2026-07-31T16:02:40Z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