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3883c4cedef2528c8d79b013ce41e14bc9c0640"/>
    <w:p>
      <w:pPr>
        <w:pStyle w:val="Heading1"/>
      </w:pPr>
      <w:r>
        <w:rPr>
          <w:b/>
          <w:bCs/>
        </w:rPr>
        <w:t xml:space="preserve">Teddy</w:t>
      </w:r>
      <w:r>
        <w:br/>
      </w:r>
      <w:r>
        <w:rPr>
          <w:i/>
          <w:iCs/>
        </w:rPr>
        <w:t xml:space="preserve">J. D. Salinger</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Teddy turned around at the waist, without changing the vigilant position of his feet on the Gladstone, and gave his father a look of</w:t>
      </w:r>
      <w:r>
        <w:rPr>
          <w:b/>
          <w:bCs/>
        </w:rPr>
        <w:t xml:space="preserve"> </w:t>
      </w:r>
      <w:r>
        <w:rPr>
          <w:b/>
          <w:bCs/>
          <w:u w:val="single"/>
        </w:rPr>
        <w:t xml:space="preserve">inquiry</w:t>
      </w:r>
      <w:r>
        <w:rPr>
          <w:b/>
          <w:bCs/>
        </w:rPr>
        <w:t xml:space="preserve">, whole and pure.</w:t>
      </w:r>
      <w:r>
        <w:br/>
      </w:r>
      <w:r>
        <w:t xml:space="preserve">    (a) questioning or investigating</w:t>
      </w:r>
      <w:r>
        <w:br/>
      </w:r>
      <w:r>
        <w:t xml:space="preserve">    (b) small quantity or indication</w:t>
      </w:r>
      <w:r>
        <w:br/>
      </w:r>
      <w:r>
        <w:t xml:space="preserve">    (c) reason (for doing something)</w:t>
      </w:r>
    </w:p>
    <w:p>
      <w:pPr>
        <w:pStyle w:val="Compact"/>
        <w:numPr>
          <w:ilvl w:val="0"/>
          <w:numId w:val="1001"/>
        </w:numPr>
      </w:pPr>
      <w:r>
        <w:rPr>
          <w:b/>
          <w:bCs/>
        </w:rPr>
        <w:t xml:space="preserve">They were crossed just enough to be mentioned, and only</w:t>
      </w:r>
      <w:r>
        <w:rPr>
          <w:b/>
          <w:bCs/>
        </w:rPr>
        <w:t xml:space="preserve"> </w:t>
      </w:r>
      <w:r>
        <w:rPr>
          <w:b/>
          <w:bCs/>
          <w:u w:val="single"/>
        </w:rPr>
        <w:t xml:space="preserve">in context</w:t>
      </w:r>
      <w:r>
        <w:rPr>
          <w:b/>
          <w:bCs/>
        </w:rPr>
        <w:t xml:space="preserve"> </w:t>
      </w:r>
      <w:r>
        <w:rPr>
          <w:b/>
          <w:bCs/>
        </w:rPr>
        <w:t xml:space="preserve">with the fact that one might have thought long and seriously before wishing them straighter, or deeper, or browner, or wider set.</w:t>
      </w:r>
      <w:r>
        <w:br/>
      </w:r>
      <w:r>
        <w:t xml:space="preserve">    (a) unfair pressure that takes away a person’s free choice</w:t>
      </w:r>
      <w:r>
        <w:br/>
      </w:r>
      <w:r>
        <w:t xml:space="preserve">    (b) with consideration of surrounding setting and conditions</w:t>
      </w:r>
      <w:r>
        <w:br/>
      </w:r>
      <w:r>
        <w:t xml:space="preserve">    (c) an electric current that flows in one direction steadily</w:t>
      </w:r>
    </w:p>
    <w:p>
      <w:pPr>
        <w:pStyle w:val="Compact"/>
        <w:numPr>
          <w:ilvl w:val="0"/>
          <w:numId w:val="1001"/>
        </w:numPr>
      </w:pPr>
      <w:r>
        <w:rPr>
          <w:b/>
          <w:bCs/>
        </w:rPr>
        <w:t xml:space="preserve">Finished tying his sneaker lace, Teddy</w:t>
      </w:r>
      <w:r>
        <w:rPr>
          <w:b/>
          <w:bCs/>
        </w:rPr>
        <w:t xml:space="preserve"> </w:t>
      </w:r>
      <w:r>
        <w:rPr>
          <w:b/>
          <w:bCs/>
          <w:u w:val="single"/>
        </w:rPr>
        <w:t xml:space="preserve">perfunctorily</w:t>
      </w:r>
      <w:r>
        <w:rPr>
          <w:b/>
          <w:bCs/>
        </w:rPr>
        <w:t xml:space="preserve"> </w:t>
      </w:r>
      <w:r>
        <w:rPr>
          <w:b/>
          <w:bCs/>
        </w:rPr>
        <w:t xml:space="preserve">gave his mother a kiss on the cheek.</w:t>
      </w:r>
      <w:r>
        <w:br/>
      </w:r>
      <w:r>
        <w:t xml:space="preserve">    (a) without much interest or effort</w:t>
      </w:r>
      <w:r>
        <w:br/>
      </w:r>
      <w:r>
        <w:t xml:space="preserve">    (b) in a manner that is not sincere</w:t>
      </w:r>
      <w:r>
        <w:br/>
      </w:r>
      <w:r>
        <w:t xml:space="preserve">    (c) in comparison to something else</w:t>
      </w:r>
    </w:p>
    <w:p>
      <w:pPr>
        <w:pStyle w:val="Compact"/>
        <w:numPr>
          <w:ilvl w:val="0"/>
          <w:numId w:val="1001"/>
        </w:numPr>
      </w:pPr>
      <w:r>
        <w:rPr>
          <w:b/>
          <w:bCs/>
        </w:rPr>
        <w:t xml:space="preserve">Teddy glanced briefly,</w:t>
      </w:r>
      <w:r>
        <w:rPr>
          <w:b/>
          <w:bCs/>
        </w:rPr>
        <w:t xml:space="preserve"> </w:t>
      </w:r>
      <w:r>
        <w:rPr>
          <w:b/>
          <w:bCs/>
          <w:u w:val="single"/>
        </w:rPr>
        <w:t xml:space="preserve">objectively</w:t>
      </w:r>
      <w:r>
        <w:rPr>
          <w:b/>
          <w:bCs/>
        </w:rPr>
        <w:t xml:space="preserve">, at Myron.</w:t>
      </w:r>
      <w:r>
        <w:br/>
      </w:r>
      <w:r>
        <w:t xml:space="preserve">    (a) in a manner related to the mechanical properties of fluids that are not in motion</w:t>
      </w:r>
      <w:r>
        <w:br/>
      </w:r>
      <w:r>
        <w:t xml:space="preserve">    (b) in an unbiased manner (without the influence of personal feelings or preferences)</w:t>
      </w:r>
      <w:r>
        <w:br/>
      </w:r>
      <w:r>
        <w:t xml:space="preserve">    (c) of a guitar or other musical instrument:  not using electricity to amplify sound</w:t>
      </w:r>
    </w:p>
    <w:p>
      <w:pPr>
        <w:pStyle w:val="Compact"/>
        <w:numPr>
          <w:ilvl w:val="0"/>
          <w:numId w:val="1001"/>
        </w:numPr>
      </w:pPr>
      <w:r>
        <w:rPr>
          <w:b/>
          <w:bCs/>
        </w:rPr>
        <w:t xml:space="preserve">His youngness and single-mindedness were obvious enough, but perhaps his general</w:t>
      </w:r>
      <w:r>
        <w:rPr>
          <w:b/>
          <w:bCs/>
        </w:rPr>
        <w:t xml:space="preserve"> </w:t>
      </w:r>
      <w:r>
        <w:rPr>
          <w:b/>
          <w:bCs/>
          <w:u w:val="single"/>
        </w:rPr>
        <w:t xml:space="preserve">demeanor</w:t>
      </w:r>
      <w:r>
        <w:rPr>
          <w:b/>
          <w:bCs/>
        </w:rPr>
        <w:t xml:space="preserve"> </w:t>
      </w:r>
      <w:r>
        <w:rPr>
          <w:b/>
          <w:bCs/>
        </w:rPr>
        <w:t xml:space="preserve">altogether lacked, or had too little of, that sort of cute solemnity that many adults readily speak up, or down, to.</w:t>
      </w:r>
      <w:r>
        <w:br/>
      </w:r>
      <w:r>
        <w:t xml:space="preserve">    (a) lacking experience or sophistication</w:t>
      </w:r>
      <w:r>
        <w:br/>
      </w:r>
      <w:r>
        <w:t xml:space="preserve">    (b) the manner in which a person behaves</w:t>
      </w:r>
      <w:r>
        <w:br/>
      </w:r>
      <w:r>
        <w:t xml:space="preserve">    (c) a Muslim religious teacher or leader</w:t>
      </w:r>
    </w:p>
    <w:p>
      <w:pPr>
        <w:pStyle w:val="Compact"/>
        <w:numPr>
          <w:ilvl w:val="0"/>
          <w:numId w:val="1001"/>
        </w:numPr>
      </w:pPr>
      <w:r>
        <w:rPr>
          <w:b/>
          <w:bCs/>
        </w:rPr>
        <w:t xml:space="preserve">It is quite</w:t>
      </w:r>
      <w:r>
        <w:rPr>
          <w:b/>
          <w:bCs/>
        </w:rPr>
        <w:t xml:space="preserve"> </w:t>
      </w:r>
      <w:r>
        <w:rPr>
          <w:b/>
          <w:bCs/>
          <w:u w:val="single"/>
        </w:rPr>
        <w:t xml:space="preserve">controversial</w:t>
      </w:r>
      <w:r>
        <w:rPr>
          <w:b/>
          <w:bCs/>
        </w:rPr>
        <w:t xml:space="preserve"> </w:t>
      </w:r>
      <w:r>
        <w:rPr>
          <w:b/>
          <w:bCs/>
        </w:rPr>
        <w:t xml:space="preserve">and Mrs. Mandell is a poet besides.</w:t>
      </w:r>
      <w:r>
        <w:br/>
      </w:r>
      <w:r>
        <w:t xml:space="preserve">    (a) not bouncing back light/heat/sound...</w:t>
      </w:r>
      <w:r>
        <w:br/>
      </w:r>
      <w:r>
        <w:t xml:space="preserve">    (b) expressing or arousing sensual desire</w:t>
      </w:r>
      <w:r>
        <w:br/>
      </w:r>
      <w:r>
        <w:t xml:space="preserve">    (c) tending to arouse strong disagreement</w:t>
      </w:r>
    </w:p>
    <w:p>
      <w:pPr>
        <w:pStyle w:val="Compact"/>
        <w:numPr>
          <w:ilvl w:val="0"/>
          <w:numId w:val="1001"/>
        </w:numPr>
      </w:pPr>
      <w:r>
        <w:rPr>
          <w:b/>
          <w:bCs/>
        </w:rPr>
        <w:t xml:space="preserve">Words and expressions to look up in library tomorrow when you return the books— Nephritis myriad gift horse</w:t>
      </w:r>
      <w:r>
        <w:rPr>
          <w:b/>
          <w:bCs/>
        </w:rPr>
        <w:t xml:space="preserve"> </w:t>
      </w:r>
      <w:r>
        <w:rPr>
          <w:b/>
          <w:bCs/>
          <w:u w:val="single"/>
        </w:rPr>
        <w:t xml:space="preserve">cunning</w:t>
      </w:r>
      <w:r>
        <w:rPr>
          <w:b/>
          <w:bCs/>
        </w:rPr>
        <w:t xml:space="preserve"> </w:t>
      </w:r>
      <w:r>
        <w:rPr>
          <w:b/>
          <w:bCs/>
        </w:rPr>
        <w:t xml:space="preserve">triumvirate Be nicer to librarian.</w:t>
      </w:r>
      <w:r>
        <w:br/>
      </w:r>
      <w:r>
        <w:t xml:space="preserve">    (a) related to the natural world (life, air, water, land...)</w:t>
      </w:r>
      <w:r>
        <w:br/>
      </w:r>
      <w:r>
        <w:t xml:space="preserve">    (b) relating to logical examination to improve understanding</w:t>
      </w:r>
      <w:r>
        <w:br/>
      </w:r>
      <w:r>
        <w:t xml:space="preserve">    (c) good at achieving goals through cleverness and deception</w:t>
      </w:r>
    </w:p>
    <w:p>
      <w:pPr>
        <w:pStyle w:val="Compact"/>
        <w:numPr>
          <w:ilvl w:val="0"/>
          <w:numId w:val="1001"/>
        </w:numPr>
      </w:pPr>
      <w:r>
        <w:rPr>
          <w:b/>
          <w:bCs/>
        </w:rPr>
        <w:t xml:space="preserve">After making this last entry, Teddy continued to keep his attention on the page and his ball-point pen</w:t>
      </w:r>
      <w:r>
        <w:rPr>
          <w:b/>
          <w:bCs/>
        </w:rPr>
        <w:t xml:space="preserve"> </w:t>
      </w:r>
      <w:r>
        <w:rPr>
          <w:b/>
          <w:bCs/>
          <w:u w:val="single"/>
        </w:rPr>
        <w:t xml:space="preserve">poised</w:t>
      </w:r>
      <w:r>
        <w:rPr>
          <w:b/>
          <w:bCs/>
        </w:rPr>
        <w:t xml:space="preserve">, as though there were more to come.</w:t>
      </w:r>
      <w:r>
        <w:br/>
      </w:r>
      <w:r>
        <w:t xml:space="preserve">    (a) without a personal preference; or without any tendency to move in a particular direction</w:t>
      </w:r>
      <w:r>
        <w:br/>
      </w:r>
      <w:r>
        <w:t xml:space="preserve">    (b) removed or suppressed something considered obscene, immoral, or politically unacceptable</w:t>
      </w:r>
      <w:r>
        <w:br/>
      </w:r>
      <w:r>
        <w:t xml:space="preserve">    (c) calm, confident, and in control—especially in movement, behavior, or when ready to act</w:t>
      </w:r>
    </w:p>
    <w:p>
      <w:pPr>
        <w:pStyle w:val="Compact"/>
        <w:numPr>
          <w:ilvl w:val="0"/>
          <w:numId w:val="1001"/>
        </w:numPr>
      </w:pPr>
      <w:r>
        <w:rPr>
          <w:b/>
          <w:bCs/>
        </w:rPr>
        <w:t xml:space="preserve">Not a minute later, though, he turned up,</w:t>
      </w:r>
      <w:r>
        <w:rPr>
          <w:b/>
          <w:bCs/>
        </w:rPr>
        <w:t xml:space="preserve"> </w:t>
      </w:r>
      <w:r>
        <w:rPr>
          <w:b/>
          <w:bCs/>
          <w:u w:val="single"/>
        </w:rPr>
        <w:t xml:space="preserve">obtrusively</w:t>
      </w:r>
      <w:r>
        <w:rPr>
          <w:b/>
          <w:bCs/>
        </w:rPr>
        <w:t xml:space="preserve"> </w:t>
      </w:r>
      <w:r>
        <w:rPr>
          <w:b/>
          <w:bCs/>
        </w:rPr>
        <w:t xml:space="preserve">vertical, among the deck-chair ranks.</w:t>
      </w:r>
      <w:r>
        <w:br/>
      </w:r>
      <w:r>
        <w:t xml:space="preserve">    (a) in a manner that exercises privileges to which one is not entitled</w:t>
      </w:r>
      <w:r>
        <w:br/>
      </w:r>
      <w:r>
        <w:t xml:space="preserve">    (b) in a manner that attracts undesired attention or imposes on others</w:t>
      </w:r>
      <w:r>
        <w:br/>
      </w:r>
      <w:r>
        <w:t xml:space="preserve">    (c) in a manner that is made by humans rather than occurring in nature</w:t>
      </w:r>
    </w:p>
    <w:p>
      <w:pPr>
        <w:pStyle w:val="Compact"/>
        <w:numPr>
          <w:ilvl w:val="0"/>
          <w:numId w:val="1001"/>
        </w:numPr>
      </w:pPr>
      <w:r>
        <w:rPr>
          <w:b/>
          <w:bCs/>
        </w:rPr>
        <w:t xml:space="preserve">"Mind if I sit down a minute?" the young man asked, with what seemed to be unlimited</w:t>
      </w:r>
      <w:r>
        <w:rPr>
          <w:b/>
          <w:bCs/>
        </w:rPr>
        <w:t xml:space="preserve"> </w:t>
      </w:r>
      <w:r>
        <w:rPr>
          <w:b/>
          <w:bCs/>
          <w:u w:val="single"/>
        </w:rPr>
        <w:t xml:space="preserve">cordiality</w:t>
      </w:r>
      <w:r>
        <w:rPr>
          <w:b/>
          <w:bCs/>
        </w:rPr>
        <w:t xml:space="preserve">.</w:t>
      </w:r>
      <w:r>
        <w:br/>
      </w:r>
      <w:r>
        <w:t xml:space="preserve">    (a) psychiatrist</w:t>
      </w:r>
      <w:r>
        <w:br/>
      </w:r>
      <w:r>
        <w:t xml:space="preserve">    (b) satisfaction</w:t>
      </w:r>
      <w:r>
        <w:br/>
      </w:r>
      <w:r>
        <w:t xml:space="preserve">    (c) friendliness</w:t>
      </w:r>
    </w:p>
    <w:p>
      <w:pPr>
        <w:pStyle w:val="Compact"/>
        <w:numPr>
          <w:ilvl w:val="0"/>
          <w:numId w:val="1001"/>
        </w:numPr>
      </w:pPr>
      <w:r>
        <w:rPr>
          <w:b/>
          <w:bCs/>
        </w:rPr>
        <w:t xml:space="preserve">Absolute</w:t>
      </w:r>
      <w:r>
        <w:rPr>
          <w:b/>
          <w:bCs/>
        </w:rPr>
        <w:t xml:space="preserve"> </w:t>
      </w:r>
      <w:r>
        <w:rPr>
          <w:b/>
          <w:bCs/>
          <w:u w:val="single"/>
        </w:rPr>
        <w:t xml:space="preserve">sacrilege</w:t>
      </w:r>
      <w:r>
        <w:rPr>
          <w:b/>
          <w:bCs/>
        </w:rPr>
        <w:t xml:space="preserve">.</w:t>
      </w:r>
      <w:r>
        <w:br/>
      </w:r>
      <w:r>
        <w:t xml:space="preserve">    (a) person, organization, or anything with a separate existence</w:t>
      </w:r>
      <w:r>
        <w:br/>
      </w:r>
      <w:r>
        <w:t xml:space="preserve">    (b) disrespect of something others consider important or sacred</w:t>
      </w:r>
      <w:r>
        <w:br/>
      </w:r>
      <w:r>
        <w:t xml:space="preserve">    (c) the process or result of learning, discovering, or deciding</w:t>
      </w:r>
    </w:p>
    <w:p>
      <w:pPr>
        <w:pStyle w:val="Compact"/>
        <w:numPr>
          <w:ilvl w:val="0"/>
          <w:numId w:val="1001"/>
        </w:numPr>
      </w:pPr>
      <w:r>
        <w:rPr>
          <w:b/>
          <w:bCs/>
        </w:rPr>
        <w:t xml:space="preserve">Though his speaking voice was, in the usual</w:t>
      </w:r>
      <w:r>
        <w:rPr>
          <w:b/>
          <w:bCs/>
        </w:rPr>
        <w:t xml:space="preserve"> </w:t>
      </w:r>
      <w:r>
        <w:rPr>
          <w:b/>
          <w:bCs/>
          <w:u w:val="single"/>
        </w:rPr>
        <w:t xml:space="preserve">connotation</w:t>
      </w:r>
      <w:r>
        <w:rPr>
          <w:b/>
          <w:bCs/>
        </w:rPr>
        <w:t xml:space="preserve">, well bred, it carried considerably more than adequately, as though he had some sort of understanding with himself that anything he had to say would sound pretty much all right—intelligent, literate, even amusing or stimulating—either from Teddy's vantage point or from that of the people in the row behind, if they were listening.</w:t>
      </w:r>
      <w:r>
        <w:br/>
      </w:r>
      <w:r>
        <w:t xml:space="preserve">    (a) cash or an asset (something of value) that is easily converted into cash</w:t>
      </w:r>
      <w:r>
        <w:br/>
      </w:r>
      <w:r>
        <w:t xml:space="preserve">    (b) a suggested idea or feeling that goes beyond something's primary meaning</w:t>
      </w:r>
      <w:r>
        <w:br/>
      </w:r>
      <w:r>
        <w:t xml:space="preserve">    (c) ruling on a point of Islamic law that is given by a recognized authority</w:t>
      </w:r>
    </w:p>
    <w:p>
      <w:pPr>
        <w:pStyle w:val="Compact"/>
        <w:numPr>
          <w:ilvl w:val="0"/>
          <w:numId w:val="1001"/>
        </w:numPr>
      </w:pPr>
      <w:r>
        <w:rPr>
          <w:b/>
          <w:bCs/>
        </w:rPr>
        <w:t xml:space="preserve">Aren't emotions what poets are</w:t>
      </w:r>
      <w:r>
        <w:rPr>
          <w:b/>
          <w:bCs/>
        </w:rPr>
        <w:t xml:space="preserve"> </w:t>
      </w:r>
      <w:r>
        <w:rPr>
          <w:b/>
          <w:bCs/>
          <w:u w:val="single"/>
        </w:rPr>
        <w:t xml:space="preserve">primarily</w:t>
      </w:r>
      <w:r>
        <w:rPr>
          <w:b/>
          <w:bCs/>
        </w:rPr>
        <w:t xml:space="preserve"> </w:t>
      </w:r>
      <w:r>
        <w:rPr>
          <w:b/>
          <w:bCs/>
        </w:rPr>
        <w:t xml:space="preserve">concerned with?</w:t>
      </w:r>
      <w:r>
        <w:br/>
      </w:r>
      <w:r>
        <w:t xml:space="preserve">    (a) mainly</w:t>
      </w:r>
      <w:r>
        <w:br/>
      </w:r>
      <w:r>
        <w:t xml:space="preserve">    (b) really</w:t>
      </w:r>
      <w:r>
        <w:br/>
      </w:r>
      <w:r>
        <w:t xml:space="preserve">    (c) wisely</w:t>
      </w:r>
    </w:p>
    <w:p>
      <w:pPr>
        <w:pStyle w:val="Compact"/>
        <w:numPr>
          <w:ilvl w:val="0"/>
          <w:numId w:val="1001"/>
        </w:numPr>
      </w:pPr>
      <w:r>
        <w:rPr>
          <w:b/>
          <w:bCs/>
        </w:rPr>
        <w:t xml:space="preserve">From what I gather, you've</w:t>
      </w:r>
      <w:r>
        <w:rPr>
          <w:b/>
          <w:bCs/>
        </w:rPr>
        <w:t xml:space="preserve"> </w:t>
      </w:r>
      <w:r>
        <w:rPr>
          <w:b/>
          <w:bCs/>
          <w:u w:val="single"/>
        </w:rPr>
        <w:t xml:space="preserve">acquired</w:t>
      </w:r>
      <w:r>
        <w:rPr>
          <w:b/>
          <w:bCs/>
        </w:rPr>
        <w:t xml:space="preserve"> </w:t>
      </w:r>
      <w:r>
        <w:rPr>
          <w:b/>
          <w:bCs/>
        </w:rPr>
        <w:t xml:space="preserve">certain information, through meditation, that's given you some conviction that in your last incarnation you were a holy man in India, but more or less fell from Grace—</w:t>
      </w:r>
      <w:r>
        <w:br/>
      </w:r>
      <w:r>
        <w:t xml:space="preserve">    (a) not interacting; or not interested</w:t>
      </w:r>
      <w:r>
        <w:br/>
      </w:r>
      <w:r>
        <w:t xml:space="preserve">    (b) not provided with investment funds</w:t>
      </w:r>
      <w:r>
        <w:br/>
      </w:r>
      <w:r>
        <w:t xml:space="preserve">    (c) obtained (came into possession of)</w:t>
      </w:r>
    </w:p>
    <w:p>
      <w:pPr>
        <w:pStyle w:val="Compact"/>
        <w:numPr>
          <w:ilvl w:val="0"/>
          <w:numId w:val="1001"/>
        </w:numPr>
      </w:pPr>
      <w:r>
        <w:rPr>
          <w:b/>
          <w:bCs/>
        </w:rPr>
        <w:t xml:space="preserve">But I wouldn't have had to get</w:t>
      </w:r>
      <w:r>
        <w:rPr>
          <w:b/>
          <w:bCs/>
        </w:rPr>
        <w:t xml:space="preserve"> </w:t>
      </w:r>
      <w:r>
        <w:rPr>
          <w:b/>
          <w:bCs/>
          <w:u w:val="single"/>
        </w:rPr>
        <w:t xml:space="preserve">incarnated</w:t>
      </w:r>
      <w:r>
        <w:rPr>
          <w:b/>
          <w:bCs/>
        </w:rPr>
        <w:t xml:space="preserve"> </w:t>
      </w:r>
      <w:r>
        <w:rPr>
          <w:b/>
          <w:bCs/>
        </w:rPr>
        <w:t xml:space="preserve">in an American body if I hadn't met that lady.</w:t>
      </w:r>
      <w:r>
        <w:br/>
      </w:r>
      <w:r>
        <w:t xml:space="preserve">    (a) collided</w:t>
      </w:r>
      <w:r>
        <w:br/>
      </w:r>
      <w:r>
        <w:t xml:space="preserve">    (b) embodied</w:t>
      </w:r>
      <w:r>
        <w:br/>
      </w:r>
      <w:r>
        <w:t xml:space="preserve">    (c) restored</w:t>
      </w:r>
    </w:p>
    <w:p>
      <w:pPr>
        <w:pStyle w:val="Compact"/>
        <w:numPr>
          <w:ilvl w:val="0"/>
          <w:numId w:val="1001"/>
        </w:numPr>
      </w:pPr>
      <w:r>
        <w:rPr>
          <w:b/>
          <w:bCs/>
        </w:rPr>
        <w:t xml:space="preserve">Not</w:t>
      </w:r>
      <w:r>
        <w:rPr>
          <w:b/>
          <w:bCs/>
        </w:rPr>
        <w:t xml:space="preserve"> </w:t>
      </w:r>
      <w:r>
        <w:rPr>
          <w:b/>
          <w:bCs/>
          <w:u w:val="single"/>
        </w:rPr>
        <w:t xml:space="preserve">continuously</w:t>
      </w:r>
      <w:r>
        <w:rPr>
          <w:b/>
          <w:bCs/>
        </w:rPr>
        <w:t xml:space="preserve"> </w:t>
      </w:r>
      <w:r>
        <w:rPr>
          <w:b/>
          <w:bCs/>
        </w:rPr>
        <w:t xml:space="preserve">or anything, but fairly often.</w:t>
      </w:r>
      <w:r>
        <w:br/>
      </w:r>
      <w:r>
        <w:t xml:space="preserve">    (a) continuing in time or space without interruption or irregularity</w:t>
      </w:r>
      <w:r>
        <w:br/>
      </w:r>
      <w:r>
        <w:t xml:space="preserve">    (b) in a manner that serves to help explain or demonstrate something</w:t>
      </w:r>
      <w:r>
        <w:br/>
      </w:r>
      <w:r>
        <w:t xml:space="preserve">    (c) in a manner that tests someone or something for a period of time</w:t>
      </w:r>
    </w:p>
    <w:p>
      <w:pPr>
        <w:pStyle w:val="Compact"/>
        <w:numPr>
          <w:ilvl w:val="0"/>
          <w:numId w:val="1001"/>
        </w:numPr>
      </w:pPr>
      <w:r>
        <w:rPr>
          <w:b/>
          <w:bCs/>
        </w:rPr>
        <w:t xml:space="preserve">He shifted in his seat and took out an eyesore of a handkerchief—a gray, wadded</w:t>
      </w:r>
      <w:r>
        <w:rPr>
          <w:b/>
          <w:bCs/>
        </w:rPr>
        <w:t xml:space="preserve"> </w:t>
      </w:r>
      <w:r>
        <w:rPr>
          <w:b/>
          <w:bCs/>
          <w:u w:val="single"/>
        </w:rPr>
        <w:t xml:space="preserve">entity</w:t>
      </w:r>
      <w:r>
        <w:rPr>
          <w:b/>
          <w:bCs/>
        </w:rPr>
        <w:t xml:space="preserve">—and blew his nose.</w:t>
      </w:r>
      <w:r>
        <w:br/>
      </w:r>
      <w:r>
        <w:t xml:space="preserve">    (a) the act of taking someone up or receiving someone in heaven</w:t>
      </w:r>
      <w:r>
        <w:br/>
      </w:r>
      <w:r>
        <w:t xml:space="preserve">    (b) an agreement to marry; or relating to an agreement to marry</w:t>
      </w:r>
      <w:r>
        <w:br/>
      </w:r>
      <w:r>
        <w:t xml:space="preserve">    (c) person, organization, or anything with a separate existence</w:t>
      </w:r>
    </w:p>
    <w:p>
      <w:pPr>
        <w:pStyle w:val="Compact"/>
        <w:numPr>
          <w:ilvl w:val="0"/>
          <w:numId w:val="1001"/>
        </w:numPr>
      </w:pPr>
      <w:r>
        <w:rPr>
          <w:b/>
          <w:bCs/>
        </w:rPr>
        <w:t xml:space="preserve">He sat down,</w:t>
      </w:r>
      <w:r>
        <w:rPr>
          <w:b/>
          <w:bCs/>
        </w:rPr>
        <w:t xml:space="preserve"> </w:t>
      </w:r>
      <w:r>
        <w:rPr>
          <w:b/>
          <w:bCs/>
          <w:u w:val="single"/>
        </w:rPr>
        <w:t xml:space="preserve">tentatively</w:t>
      </w:r>
      <w:r>
        <w:rPr>
          <w:b/>
          <w:bCs/>
        </w:rPr>
        <w:t xml:space="preserve">, on the extended leg attachment of his chair,</w:t>
      </w:r>
      <w:r>
        <w:br/>
      </w:r>
      <w:r>
        <w:t xml:space="preserve">    (a) in comparison to something else</w:t>
      </w:r>
      <w:r>
        <w:br/>
      </w:r>
      <w:r>
        <w:t xml:space="preserve">    (b) carefully</w:t>
      </w:r>
      <w:r>
        <w:br/>
      </w:r>
      <w:r>
        <w:t xml:space="preserve">    (c) in a manner that is not sincere</w:t>
      </w:r>
    </w:p>
    <w:p>
      <w:pPr>
        <w:pStyle w:val="Compact"/>
        <w:numPr>
          <w:ilvl w:val="0"/>
          <w:numId w:val="1001"/>
        </w:numPr>
      </w:pPr>
      <w:r>
        <w:rPr>
          <w:b/>
          <w:bCs/>
        </w:rPr>
        <w:t xml:space="preserve">It</w:t>
      </w:r>
      <w:r>
        <w:rPr>
          <w:b/>
          <w:bCs/>
        </w:rPr>
        <w:t xml:space="preserve"> </w:t>
      </w:r>
      <w:r>
        <w:rPr>
          <w:b/>
          <w:bCs/>
          <w:u w:val="single"/>
        </w:rPr>
        <w:t xml:space="preserve">stimulates</w:t>
      </w:r>
      <w:r>
        <w:rPr>
          <w:b/>
          <w:bCs/>
        </w:rPr>
        <w:t xml:space="preserve"> </w:t>
      </w:r>
      <w:r>
        <w:rPr>
          <w:b/>
          <w:bCs/>
        </w:rPr>
        <w:t xml:space="preserve">him too much.</w:t>
      </w:r>
      <w:r>
        <w:br/>
      </w:r>
      <w:r>
        <w:t xml:space="preserve">    (a) encourages growth or excitement, or causes something to happen</w:t>
      </w:r>
      <w:r>
        <w:br/>
      </w:r>
      <w:r>
        <w:t xml:space="preserve">    (b) manipulates voting district boundaries for political advantage</w:t>
      </w:r>
      <w:r>
        <w:br/>
      </w:r>
      <w:r>
        <w:t xml:space="preserve">    (c) points to differences between; or compares to show differences</w:t>
      </w:r>
    </w:p>
    <w:p>
      <w:pPr>
        <w:pStyle w:val="Compact"/>
        <w:numPr>
          <w:ilvl w:val="0"/>
          <w:numId w:val="1001"/>
        </w:numPr>
      </w:pPr>
      <w:r>
        <w:rPr>
          <w:b/>
          <w:bCs/>
        </w:rPr>
        <w:t xml:space="preserve">"What would you do if you could change the educational system?" he asked</w:t>
      </w:r>
      <w:r>
        <w:rPr>
          <w:b/>
          <w:bCs/>
        </w:rPr>
        <w:t xml:space="preserve"> </w:t>
      </w:r>
      <w:r>
        <w:rPr>
          <w:b/>
          <w:bCs/>
          <w:u w:val="single"/>
        </w:rPr>
        <w:t xml:space="preserve">ambiguously</w:t>
      </w:r>
      <w:r>
        <w:rPr>
          <w:b/>
          <w:bCs/>
        </w:rPr>
        <w:t xml:space="preserve">.</w:t>
      </w:r>
      <w:r>
        <w:br/>
      </w:r>
      <w:r>
        <w:t xml:space="preserve">    (a) unclear -- because there could be two or more interpretations</w:t>
      </w:r>
      <w:r>
        <w:br/>
      </w:r>
      <w:r>
        <w:t xml:space="preserve">    (b) in concise (said in few words) manner that is full of meaning</w:t>
      </w:r>
      <w:r>
        <w:br/>
      </w:r>
      <w:r>
        <w:t xml:space="preserve">    (c) not in a manner intended to attract notice and impress others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2026-07-31T17:54:43Z</dcterms:created>
  <dcterms:modified xsi:type="dcterms:W3CDTF">2026-07-31T17:54:43Z</dcterms:modified>
</cp:coreProperties>
</file>

<file path=docProps/custom.xml><?xml version="1.0" encoding="utf-8"?>
<Properties xmlns="http://schemas.openxmlformats.org/officeDocument/2006/custom-properties" xmlns:vt="http://schemas.openxmlformats.org/officeDocument/2006/docPropsVTypes"/>
</file>