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1c2b375faeba538d6ab9182ed89c23ce71315b7"/>
    <w:p>
      <w:pPr>
        <w:pStyle w:val="Heading1"/>
      </w:pPr>
      <w:r>
        <w:rPr>
          <w:b/>
          <w:bCs/>
        </w:rPr>
        <w:t xml:space="preserve">Tears of a Tiger</w:t>
      </w:r>
      <w:r>
        <w:br/>
      </w:r>
      <w:r>
        <w:rPr>
          <w:i/>
          <w:iCs/>
        </w:rPr>
        <w:t xml:space="preserve">Sharon M. Draper</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We are</w:t>
      </w:r>
      <w:r>
        <w:rPr>
          <w:b/>
          <w:bCs/>
        </w:rPr>
        <w:t xml:space="preserve"> </w:t>
      </w:r>
      <w:r>
        <w:rPr>
          <w:b/>
          <w:bCs/>
          <w:u w:val="single"/>
        </w:rPr>
        <w:t xml:space="preserve">accustomed to</w:t>
      </w:r>
      <w:r>
        <w:rPr>
          <w:b/>
          <w:bCs/>
        </w:rPr>
        <w:t xml:space="preserve"> </w:t>
      </w:r>
      <w:r>
        <w:rPr>
          <w:b/>
          <w:bCs/>
        </w:rPr>
        <w:t xml:space="preserve">whining about how small our allowances are, or how upset we are because we only have three pairs of athletic shoes, when there are so many around us who have no money, no homes, and no shoes at all.</w:t>
      </w:r>
      <w:r>
        <w:br/>
      </w:r>
      <w:r>
        <w:t xml:space="preserve">    (a) used to (adapted to something, so it seems normal)</w:t>
      </w:r>
      <w:r>
        <w:br/>
      </w:r>
      <w:r>
        <w:t xml:space="preserve">    (b) the ability to be taken up or received into heaven</w:t>
      </w:r>
      <w:r>
        <w:br/>
      </w:r>
      <w:r>
        <w:t xml:space="preserve">    (c) the state or character of being good or beneficial</w:t>
      </w:r>
    </w:p>
    <w:p>
      <w:pPr>
        <w:pStyle w:val="Compact"/>
        <w:numPr>
          <w:ilvl w:val="0"/>
          <w:numId w:val="1001"/>
        </w:numPr>
      </w:pPr>
      <w:r>
        <w:rPr>
          <w:b/>
          <w:bCs/>
        </w:rPr>
        <w:t xml:space="preserve">The team decided to</w:t>
      </w:r>
      <w:r>
        <w:rPr>
          <w:b/>
          <w:bCs/>
        </w:rPr>
        <w:t xml:space="preserve"> </w:t>
      </w:r>
      <w:r>
        <w:rPr>
          <w:b/>
          <w:bCs/>
          <w:u w:val="single"/>
        </w:rPr>
        <w:t xml:space="preserve">forfeit</w:t>
      </w:r>
      <w:r>
        <w:rPr>
          <w:b/>
          <w:bCs/>
        </w:rPr>
        <w:t xml:space="preserve"> </w:t>
      </w:r>
      <w:r>
        <w:rPr>
          <w:b/>
          <w:bCs/>
        </w:rPr>
        <w:t xml:space="preserve">the next two games and to dedicate the rest of the season to Rob and to try to win the title as a tribute to him.</w:t>
      </w:r>
      <w:r>
        <w:br/>
      </w:r>
      <w:r>
        <w:t xml:space="preserve">    (a) make one's home in; or live in; or stay (in a place)</w:t>
      </w:r>
      <w:r>
        <w:br/>
      </w:r>
      <w:r>
        <w:t xml:space="preserve">    (b) lose or surrender something</w:t>
      </w:r>
      <w:r>
        <w:br/>
      </w:r>
      <w:r>
        <w:t xml:space="preserve">    (c) to concentrate, look at; or the act of concentration</w:t>
      </w:r>
    </w:p>
    <w:p>
      <w:pPr>
        <w:pStyle w:val="Compact"/>
        <w:numPr>
          <w:ilvl w:val="0"/>
          <w:numId w:val="1001"/>
        </w:numPr>
      </w:pPr>
      <w:r>
        <w:rPr>
          <w:b/>
          <w:bCs/>
        </w:rPr>
        <w:t xml:space="preserve">Have you</w:t>
      </w:r>
      <w:r>
        <w:rPr>
          <w:b/>
          <w:bCs/>
        </w:rPr>
        <w:t xml:space="preserve"> </w:t>
      </w:r>
      <w:r>
        <w:rPr>
          <w:b/>
          <w:bCs/>
          <w:u w:val="single"/>
        </w:rPr>
        <w:t xml:space="preserve">recuperated</w:t>
      </w:r>
      <w:r>
        <w:rPr>
          <w:b/>
          <w:bCs/>
        </w:rPr>
        <w:t xml:space="preserve"> </w:t>
      </w:r>
      <w:r>
        <w:rPr>
          <w:b/>
          <w:bCs/>
        </w:rPr>
        <w:t xml:space="preserve">from that court ordeal yet?</w:t>
      </w:r>
      <w:r>
        <w:br/>
      </w:r>
      <w:r>
        <w:t xml:space="preserve">    (a) regained strength</w:t>
      </w:r>
      <w:r>
        <w:br/>
      </w:r>
      <w:r>
        <w:t xml:space="preserve">    (b) not wanting to do something</w:t>
      </w:r>
      <w:r>
        <w:br/>
      </w:r>
      <w:r>
        <w:t xml:space="preserve">    (c) not having gotten closer to</w:t>
      </w:r>
    </w:p>
    <w:p>
      <w:pPr>
        <w:pStyle w:val="Compact"/>
        <w:numPr>
          <w:ilvl w:val="0"/>
          <w:numId w:val="1001"/>
        </w:numPr>
      </w:pPr>
      <w:r>
        <w:rPr>
          <w:b/>
          <w:bCs/>
        </w:rPr>
        <w:t xml:space="preserve">Did you get any</w:t>
      </w:r>
      <w:r>
        <w:rPr>
          <w:b/>
          <w:bCs/>
        </w:rPr>
        <w:t xml:space="preserve"> </w:t>
      </w:r>
      <w:r>
        <w:rPr>
          <w:b/>
          <w:bCs/>
          <w:u w:val="single"/>
        </w:rPr>
        <w:t xml:space="preserve">negative</w:t>
      </w:r>
      <w:r>
        <w:rPr>
          <w:b/>
          <w:bCs/>
        </w:rPr>
        <w:t xml:space="preserve"> </w:t>
      </w:r>
      <w:r>
        <w:rPr>
          <w:b/>
          <w:bCs/>
        </w:rPr>
        <w:t xml:space="preserve">reactions from people at school?</w:t>
      </w:r>
      <w:r>
        <w:br/>
      </w:r>
      <w:r>
        <w:t xml:space="preserve">    (a) tell (a story)</w:t>
      </w:r>
      <w:r>
        <w:br/>
      </w:r>
      <w:r>
        <w:t xml:space="preserve">    (b) bad or harmful</w:t>
      </w:r>
      <w:r>
        <w:br/>
      </w:r>
      <w:r>
        <w:t xml:space="preserve">    (c) begin fighting</w:t>
      </w:r>
    </w:p>
    <w:p>
      <w:pPr>
        <w:pStyle w:val="Compact"/>
        <w:numPr>
          <w:ilvl w:val="0"/>
          <w:numId w:val="1001"/>
        </w:numPr>
      </w:pPr>
      <w:r>
        <w:rPr>
          <w:b/>
          <w:bCs/>
        </w:rPr>
        <w:t xml:space="preserve">He's active in the</w:t>
      </w:r>
      <w:r>
        <w:rPr>
          <w:b/>
          <w:bCs/>
        </w:rPr>
        <w:t xml:space="preserve"> </w:t>
      </w:r>
      <w:r>
        <w:rPr>
          <w:b/>
          <w:bCs/>
          <w:u w:val="single"/>
        </w:rPr>
        <w:t xml:space="preserve">Republican</w:t>
      </w:r>
      <w:r>
        <w:rPr>
          <w:b/>
          <w:bCs/>
        </w:rPr>
        <w:t xml:space="preserve"> </w:t>
      </w:r>
      <w:r>
        <w:rPr>
          <w:b/>
          <w:bCs/>
        </w:rPr>
        <w:t xml:space="preserve">party-yes, I said "Republican."</w:t>
      </w:r>
      <w:r>
        <w:br/>
      </w:r>
      <w:r>
        <w:t xml:space="preserve">    (a) of a system of government in which a majority of citizens elect representatives to make laws; or someone in favor of such a form of government</w:t>
      </w:r>
      <w:r>
        <w:br/>
      </w:r>
      <w:r>
        <w:t xml:space="preserve">    (b) of an organism in the early stages of development prior to birth, hatching, or sprouting  OR  of anything in an early stage of development</w:t>
      </w:r>
      <w:r>
        <w:br/>
      </w:r>
      <w:r>
        <w:t xml:space="preserve">    (c) relating to a Christian ceremony signifying spiritual cleansing and rebirth  OR  relating to a challenging experience that initiates or purifies</w:t>
      </w:r>
    </w:p>
    <w:p>
      <w:pPr>
        <w:pStyle w:val="Compact"/>
        <w:numPr>
          <w:ilvl w:val="0"/>
          <w:numId w:val="1001"/>
        </w:numPr>
      </w:pPr>
      <w:r>
        <w:rPr>
          <w:b/>
          <w:bCs/>
        </w:rPr>
        <w:t xml:space="preserve">Then they say stuff to me like, "That's good, Andy, but couldn't you have improved this part or</w:t>
      </w:r>
      <w:r>
        <w:rPr>
          <w:b/>
          <w:bCs/>
        </w:rPr>
        <w:t xml:space="preserve"> </w:t>
      </w:r>
      <w:r>
        <w:rPr>
          <w:b/>
          <w:bCs/>
          <w:u w:val="single"/>
        </w:rPr>
        <w:t xml:space="preserve">enhanced</w:t>
      </w:r>
      <w:r>
        <w:rPr>
          <w:b/>
          <w:bCs/>
        </w:rPr>
        <w:t xml:space="preserve"> </w:t>
      </w:r>
      <w:r>
        <w:rPr>
          <w:b/>
          <w:bCs/>
        </w:rPr>
        <w:t xml:space="preserve">this section?"</w:t>
      </w:r>
      <w:r>
        <w:br/>
      </w:r>
      <w:r>
        <w:t xml:space="preserve">    (a) increase quality or added more to</w:t>
      </w:r>
      <w:r>
        <w:br/>
      </w:r>
      <w:r>
        <w:t xml:space="preserve">    (b) recognized difference</w:t>
      </w:r>
      <w:r>
        <w:br/>
      </w:r>
      <w:r>
        <w:t xml:space="preserve">    (c) marked important text</w:t>
      </w:r>
    </w:p>
    <w:p>
      <w:pPr>
        <w:pStyle w:val="Compact"/>
        <w:numPr>
          <w:ilvl w:val="0"/>
          <w:numId w:val="1001"/>
        </w:numPr>
      </w:pPr>
      <w:r>
        <w:rPr>
          <w:b/>
          <w:bCs/>
        </w:rPr>
        <w:t xml:space="preserve">Very</w:t>
      </w:r>
      <w:r>
        <w:rPr>
          <w:b/>
          <w:bCs/>
        </w:rPr>
        <w:t xml:space="preserve"> </w:t>
      </w:r>
      <w:r>
        <w:rPr>
          <w:b/>
          <w:bCs/>
          <w:u w:val="single"/>
        </w:rPr>
        <w:t xml:space="preserve">cynical</w:t>
      </w:r>
      <w:r>
        <w:rPr>
          <w:b/>
          <w:bCs/>
        </w:rPr>
        <w:t xml:space="preserve"> </w:t>
      </w:r>
      <w:r>
        <w:rPr>
          <w:b/>
          <w:bCs/>
        </w:rPr>
        <w:t xml:space="preserve">observation, but probably true.</w:t>
      </w:r>
      <w:r>
        <w:br/>
      </w:r>
      <w:r>
        <w:t xml:space="preserve">    (a) characterized by recurrent and persistent thoughts and feelings and repetitive, ritualized behaviors</w:t>
      </w:r>
      <w:r>
        <w:br/>
      </w:r>
      <w:r>
        <w:t xml:space="preserve">    (b) related to the change of a light wave (or other wave) when it passes an opaque edge or narrow opening</w:t>
      </w:r>
      <w:r>
        <w:br/>
      </w:r>
      <w:r>
        <w:t xml:space="preserve">    (c) someone who expects the worst -- especially of people (such as expecting them to be selfish and lie)</w:t>
      </w:r>
    </w:p>
    <w:p>
      <w:pPr>
        <w:pStyle w:val="Compact"/>
        <w:numPr>
          <w:ilvl w:val="0"/>
          <w:numId w:val="1001"/>
        </w:numPr>
      </w:pPr>
      <w:r>
        <w:rPr>
          <w:b/>
          <w:bCs/>
        </w:rPr>
        <w:t xml:space="preserve">I pledge</w:t>
      </w:r>
      <w:r>
        <w:rPr>
          <w:b/>
          <w:bCs/>
        </w:rPr>
        <w:t xml:space="preserve"> </w:t>
      </w:r>
      <w:r>
        <w:rPr>
          <w:b/>
          <w:bCs/>
          <w:u w:val="single"/>
        </w:rPr>
        <w:t xml:space="preserve">allegiance</w:t>
      </w:r>
      <w:r>
        <w:rPr>
          <w:b/>
          <w:bCs/>
        </w:rPr>
        <w:t xml:space="preserve"> </w:t>
      </w:r>
      <w:r>
        <w:rPr>
          <w:b/>
          <w:bCs/>
        </w:rPr>
        <w:t xml:space="preserve">to the flag of the United States of America and to the republic for which it stands, one nation under God, indivisible, with liberty and justice for all.</w:t>
      </w:r>
      <w:r>
        <w:br/>
      </w:r>
      <w:r>
        <w:t xml:space="preserve">    (a) loyalty</w:t>
      </w:r>
      <w:r>
        <w:br/>
      </w:r>
      <w:r>
        <w:t xml:space="preserve">    (b) thought</w:t>
      </w:r>
      <w:r>
        <w:br/>
      </w:r>
      <w:r>
        <w:t xml:space="preserve">    (c) payment</w:t>
      </w:r>
    </w:p>
    <w:p>
      <w:pPr>
        <w:pStyle w:val="Compact"/>
        <w:numPr>
          <w:ilvl w:val="0"/>
          <w:numId w:val="1001"/>
        </w:numPr>
      </w:pPr>
      <w:r>
        <w:rPr>
          <w:b/>
          <w:bCs/>
        </w:rPr>
        <w:t xml:space="preserve">The tones of black and white have the greatest amount of</w:t>
      </w:r>
      <w:r>
        <w:rPr>
          <w:b/>
          <w:bCs/>
        </w:rPr>
        <w:t xml:space="preserve"> </w:t>
      </w:r>
      <w:r>
        <w:rPr>
          <w:b/>
          <w:bCs/>
          <w:u w:val="single"/>
        </w:rPr>
        <w:t xml:space="preserve">contrast</w:t>
      </w:r>
      <w:r>
        <w:rPr>
          <w:b/>
          <w:bCs/>
        </w:rPr>
        <w:t xml:space="preserve"> </w:t>
      </w:r>
      <w:r>
        <w:rPr>
          <w:b/>
          <w:bCs/>
        </w:rPr>
        <w:t xml:space="preserve">between them, therefore writers and poets, who have always dealt with extremes in passion and people, use black and white to create those images of contrast.</w:t>
      </w:r>
      <w:r>
        <w:br/>
      </w:r>
      <w:r>
        <w:t xml:space="preserve">    (a) come to terms with</w:t>
      </w:r>
      <w:r>
        <w:br/>
      </w:r>
      <w:r>
        <w:t xml:space="preserve">    (b) block or interfere</w:t>
      </w:r>
      <w:r>
        <w:br/>
      </w:r>
      <w:r>
        <w:t xml:space="preserve">    (c) notable difference</w:t>
      </w:r>
    </w:p>
    <w:p>
      <w:pPr>
        <w:pStyle w:val="Compact"/>
        <w:numPr>
          <w:ilvl w:val="0"/>
          <w:numId w:val="1001"/>
        </w:numPr>
      </w:pPr>
      <w:r>
        <w:rPr>
          <w:b/>
          <w:bCs/>
        </w:rPr>
        <w:t xml:space="preserve">"the bad guy is always a black-hearted villain. ... The tones of black and white have the greatest amount of contrast between them, therefore writers and poets, who have always dealt with extremes in passion and people, use black and white to create those images of contrast. Can you think of any other example where color is used as a</w:t>
      </w:r>
      <w:r>
        <w:rPr>
          <w:b/>
          <w:bCs/>
        </w:rPr>
        <w:t xml:space="preserve"> </w:t>
      </w:r>
      <w:r>
        <w:rPr>
          <w:b/>
          <w:bCs/>
          <w:u w:val="single"/>
        </w:rPr>
        <w:t xml:space="preserve">metaphor</w:t>
      </w:r>
      <w:r>
        <w:rPr>
          <w:b/>
          <w:bCs/>
        </w:rPr>
        <w:t xml:space="preserve"> </w:t>
      </w:r>
      <w:r>
        <w:rPr>
          <w:b/>
          <w:bCs/>
        </w:rPr>
        <w:t xml:space="preserve">to express an idea?"</w:t>
      </w:r>
      <w:r>
        <w:br/>
      </w:r>
      <w:r>
        <w:t xml:space="preserve">    (a) a melody that, after a short interval, is exactly repeated by a different instrument or voice to create competing melodic lines (a strict counterpoint)</w:t>
      </w:r>
      <w:r>
        <w:br/>
      </w:r>
      <w:r>
        <w:t xml:space="preserve">    (b) law:  an alternative to pleading guilty or not guilty, which says that even if the facts listed in charges are correct, they do not constitute a crime</w:t>
      </w:r>
      <w:r>
        <w:br/>
      </w:r>
      <w:r>
        <w:t xml:space="preserve">    (c) a figure of speech in which a word is used to refer to something that it does not literally denote in order to suggest a similarity -- as when Shakespeare wrote, "All the world's a stage."</w:t>
      </w:r>
    </w:p>
    <w:p>
      <w:pPr>
        <w:pStyle w:val="Compact"/>
        <w:numPr>
          <w:ilvl w:val="0"/>
          <w:numId w:val="1001"/>
        </w:numPr>
      </w:pPr>
      <w:r>
        <w:rPr>
          <w:b/>
          <w:bCs/>
        </w:rPr>
        <w:t xml:space="preserve">Let me give you another example of how color</w:t>
      </w:r>
      <w:r>
        <w:rPr>
          <w:b/>
          <w:bCs/>
        </w:rPr>
        <w:t xml:space="preserve"> </w:t>
      </w:r>
      <w:r>
        <w:rPr>
          <w:b/>
          <w:bCs/>
          <w:u w:val="single"/>
        </w:rPr>
        <w:t xml:space="preserve">bias</w:t>
      </w:r>
      <w:r>
        <w:rPr>
          <w:b/>
          <w:bCs/>
        </w:rPr>
        <w:t xml:space="preserve"> </w:t>
      </w:r>
      <w:r>
        <w:rPr>
          <w:b/>
          <w:bCs/>
        </w:rPr>
        <w:t xml:space="preserve">can be changed--and this one is racial in nature.</w:t>
      </w:r>
      <w:r>
        <w:br/>
      </w:r>
      <w:r>
        <w:t xml:space="preserve">    (a) a personal preference -- especially a prejudice that prevents objective consideration</w:t>
      </w:r>
      <w:r>
        <w:br/>
      </w:r>
      <w:r>
        <w:t xml:space="preserve">    (b) an approach to psychology that emphasizes observable measurable behavior</w:t>
      </w:r>
      <w:r>
        <w:br/>
      </w:r>
      <w:r>
        <w:t xml:space="preserve">    (c) a heart condition marked by chest pain due to reduced oxygen to the heart</w:t>
      </w:r>
    </w:p>
    <w:p>
      <w:pPr>
        <w:pStyle w:val="Compact"/>
        <w:numPr>
          <w:ilvl w:val="0"/>
          <w:numId w:val="1001"/>
        </w:numPr>
      </w:pPr>
      <w:r>
        <w:rPr>
          <w:b/>
          <w:bCs/>
        </w:rPr>
        <w:t xml:space="preserve">Stereotypes of color, race, and</w:t>
      </w:r>
      <w:r>
        <w:rPr>
          <w:b/>
          <w:bCs/>
        </w:rPr>
        <w:t xml:space="preserve"> </w:t>
      </w:r>
      <w:r>
        <w:rPr>
          <w:b/>
          <w:bCs/>
          <w:u w:val="single"/>
        </w:rPr>
        <w:t xml:space="preserve">gender</w:t>
      </w:r>
      <w:r>
        <w:rPr>
          <w:b/>
          <w:bCs/>
        </w:rPr>
        <w:t xml:space="preserve"> </w:t>
      </w:r>
      <w:r>
        <w:rPr>
          <w:b/>
          <w:bCs/>
        </w:rPr>
        <w:t xml:space="preserve">are slowly disappearing.</w:t>
      </w:r>
      <w:r>
        <w:br/>
      </w:r>
      <w:r>
        <w:t xml:space="preserve">    (a) male, female, or any of many trans categories</w:t>
      </w:r>
      <w:r>
        <w:br/>
      </w:r>
      <w:r>
        <w:t xml:space="preserve">    (b) quick, informal vote to see what people think</w:t>
      </w:r>
      <w:r>
        <w:br/>
      </w:r>
      <w:r>
        <w:t xml:space="preserve">    (c) an official charge (of having broken the law)</w:t>
      </w:r>
    </w:p>
    <w:p>
      <w:pPr>
        <w:pStyle w:val="Compact"/>
        <w:numPr>
          <w:ilvl w:val="0"/>
          <w:numId w:val="1001"/>
        </w:numPr>
      </w:pPr>
      <w:r>
        <w:rPr>
          <w:b/>
          <w:bCs/>
        </w:rPr>
        <w:t xml:space="preserve">He's got one little spark left--his refusal to surrender to Macduff and the forces of good--but don't you think his death is</w:t>
      </w:r>
      <w:r>
        <w:rPr>
          <w:b/>
          <w:bCs/>
        </w:rPr>
        <w:t xml:space="preserve"> </w:t>
      </w:r>
      <w:r>
        <w:rPr>
          <w:b/>
          <w:bCs/>
          <w:u w:val="single"/>
        </w:rPr>
        <w:t xml:space="preserve">inevitable</w:t>
      </w:r>
      <w:r>
        <w:rPr>
          <w:b/>
          <w:bCs/>
        </w:rPr>
        <w:t xml:space="preserve">, Marcus?</w:t>
      </w:r>
      <w:r>
        <w:br/>
      </w:r>
      <w:r>
        <w:t xml:space="preserve">    (a) size or dimension</w:t>
      </w:r>
      <w:r>
        <w:br/>
      </w:r>
      <w:r>
        <w:t xml:space="preserve">    (b) certain to happen</w:t>
      </w:r>
      <w:r>
        <w:br/>
      </w:r>
      <w:r>
        <w:t xml:space="preserve">    (c) circular movement</w:t>
      </w:r>
    </w:p>
    <w:p>
      <w:pPr>
        <w:pStyle w:val="Compact"/>
        <w:numPr>
          <w:ilvl w:val="0"/>
          <w:numId w:val="1001"/>
        </w:numPr>
      </w:pPr>
      <w:r>
        <w:rPr>
          <w:b/>
          <w:bCs/>
        </w:rPr>
        <w:t xml:space="preserve">It is a tale Told by an idiot, full of sound and fury,</w:t>
      </w:r>
      <w:r>
        <w:rPr>
          <w:b/>
          <w:bCs/>
        </w:rPr>
        <w:t xml:space="preserve"> </w:t>
      </w:r>
      <w:r>
        <w:rPr>
          <w:b/>
          <w:bCs/>
          <w:u w:val="single"/>
        </w:rPr>
        <w:t xml:space="preserve">Signifying</w:t>
      </w:r>
      <w:r>
        <w:rPr>
          <w:b/>
          <w:bCs/>
        </w:rPr>
        <w:t xml:space="preserve"> </w:t>
      </w:r>
      <w:r>
        <w:rPr>
          <w:b/>
          <w:bCs/>
        </w:rPr>
        <w:t xml:space="preserve">nothing.</w:t>
      </w:r>
      <w:r>
        <w:br/>
      </w:r>
      <w:r>
        <w:t xml:space="preserve">    (a) to indicate (to show or to mean)</w:t>
      </w:r>
      <w:r>
        <w:br/>
      </w:r>
      <w:r>
        <w:t xml:space="preserve">    (b) of the Netherlands or its people</w:t>
      </w:r>
      <w:r>
        <w:br/>
      </w:r>
      <w:r>
        <w:t xml:space="preserve">    (c) lacking things most people enjoy</w:t>
      </w:r>
    </w:p>
    <w:p>
      <w:pPr>
        <w:pStyle w:val="Compact"/>
        <w:numPr>
          <w:ilvl w:val="0"/>
          <w:numId w:val="1001"/>
        </w:numPr>
      </w:pPr>
      <w:r>
        <w:rPr>
          <w:b/>
          <w:bCs/>
        </w:rPr>
        <w:t xml:space="preserve">You have progressed from a state of "wanting to die" to the much more</w:t>
      </w:r>
      <w:r>
        <w:rPr>
          <w:b/>
          <w:bCs/>
        </w:rPr>
        <w:t xml:space="preserve"> </w:t>
      </w:r>
      <w:r>
        <w:rPr>
          <w:b/>
          <w:bCs/>
          <w:u w:val="single"/>
        </w:rPr>
        <w:t xml:space="preserve">positive</w:t>
      </w:r>
      <w:r>
        <w:rPr>
          <w:b/>
          <w:bCs/>
        </w:rPr>
        <w:t xml:space="preserve"> </w:t>
      </w:r>
      <w:r>
        <w:rPr>
          <w:b/>
          <w:bCs/>
        </w:rPr>
        <w:t xml:space="preserve">outlook of "learning to live."</w:t>
      </w:r>
      <w:r>
        <w:br/>
      </w:r>
      <w:r>
        <w:t xml:space="preserve">    (a) not sensible or careful</w:t>
      </w:r>
      <w:r>
        <w:br/>
      </w:r>
      <w:r>
        <w:t xml:space="preserve">    (b) unable to get closer to</w:t>
      </w:r>
      <w:r>
        <w:br/>
      </w:r>
      <w:r>
        <w:t xml:space="preserve">    (c) optimistic</w:t>
      </w:r>
    </w:p>
    <w:p>
      <w:pPr>
        <w:pStyle w:val="Compact"/>
        <w:numPr>
          <w:ilvl w:val="0"/>
          <w:numId w:val="1001"/>
        </w:numPr>
      </w:pPr>
      <w:r>
        <w:rPr>
          <w:b/>
          <w:bCs/>
        </w:rPr>
        <w:t xml:space="preserve">Well, this is quite a</w:t>
      </w:r>
      <w:r>
        <w:rPr>
          <w:b/>
          <w:bCs/>
        </w:rPr>
        <w:t xml:space="preserve"> </w:t>
      </w:r>
      <w:r>
        <w:rPr>
          <w:b/>
          <w:bCs/>
          <w:u w:val="single"/>
        </w:rPr>
        <w:t xml:space="preserve">revelation</w:t>
      </w:r>
      <w:r>
        <w:rPr>
          <w:b/>
          <w:bCs/>
        </w:rPr>
        <w:t xml:space="preserve">.</w:t>
      </w:r>
      <w:r>
        <w:br/>
      </w:r>
      <w:r>
        <w:t xml:space="preserve">    (a) of the philosophical &amp; religious system based on the teachings of Laozi (also spelled Taoist)</w:t>
      </w:r>
      <w:r>
        <w:br/>
      </w:r>
      <w:r>
        <w:t xml:space="preserve">    (b) a large, elongated gland located behind the stomach that secretes digestive enzymes and insulin</w:t>
      </w:r>
      <w:r>
        <w:br/>
      </w:r>
      <w:r>
        <w:t xml:space="preserve">    (c) something previously unknown; or making such a thing known</w:t>
      </w:r>
    </w:p>
    <w:p>
      <w:pPr>
        <w:pStyle w:val="Compact"/>
        <w:numPr>
          <w:ilvl w:val="0"/>
          <w:numId w:val="1001"/>
        </w:numPr>
      </w:pPr>
      <w:r>
        <w:rPr>
          <w:b/>
          <w:bCs/>
        </w:rPr>
        <w:t xml:space="preserve">I just know that time heals all wounds, and that you're young and strong and</w:t>
      </w:r>
      <w:r>
        <w:rPr>
          <w:b/>
          <w:bCs/>
        </w:rPr>
        <w:t xml:space="preserve"> </w:t>
      </w:r>
      <w:r>
        <w:rPr>
          <w:b/>
          <w:bCs/>
          <w:u w:val="single"/>
        </w:rPr>
        <w:t xml:space="preserve">resilient</w:t>
      </w:r>
      <w:r>
        <w:rPr>
          <w:b/>
          <w:bCs/>
        </w:rPr>
        <w:t xml:space="preserve">.</w:t>
      </w:r>
      <w:r>
        <w:br/>
      </w:r>
      <w:r>
        <w:t xml:space="preserve">    (a) power or responsibility that can be taken on or adopted</w:t>
      </w:r>
      <w:r>
        <w:br/>
      </w:r>
      <w:r>
        <w:t xml:space="preserve">    (b) able to withstand strain and/or quickly recover from it</w:t>
      </w:r>
      <w:r>
        <w:br/>
      </w:r>
      <w:r>
        <w:t xml:space="preserve">    (c) the characteristic of bouncing back light/heat/sound...</w:t>
      </w:r>
    </w:p>
    <w:p>
      <w:pPr>
        <w:pStyle w:val="Compact"/>
        <w:numPr>
          <w:ilvl w:val="0"/>
          <w:numId w:val="1001"/>
        </w:numPr>
      </w:pPr>
      <w:r>
        <w:rPr>
          <w:b/>
          <w:bCs/>
        </w:rPr>
        <w:t xml:space="preserve">But that name turned out to be a</w:t>
      </w:r>
      <w:r>
        <w:rPr>
          <w:b/>
          <w:bCs/>
        </w:rPr>
        <w:t xml:space="preserve"> </w:t>
      </w:r>
      <w:r>
        <w:rPr>
          <w:b/>
          <w:bCs/>
          <w:u w:val="single"/>
        </w:rPr>
        <w:t xml:space="preserve">detriment</w:t>
      </w:r>
      <w:r>
        <w:rPr>
          <w:b/>
          <w:bCs/>
        </w:rPr>
        <w:t xml:space="preserve"> </w:t>
      </w:r>
      <w:r>
        <w:rPr>
          <w:b/>
          <w:bCs/>
        </w:rPr>
        <w:t xml:space="preserve">rather than an asset to me.</w:t>
      </w:r>
      <w:r>
        <w:br/>
      </w:r>
      <w:r>
        <w:t xml:space="preserve">    (a) harm or damage</w:t>
      </w:r>
      <w:r>
        <w:br/>
      </w:r>
      <w:r>
        <w:t xml:space="preserve">    (b) a fat compound</w:t>
      </w:r>
      <w:r>
        <w:br/>
      </w:r>
      <w:r>
        <w:t xml:space="preserve">    (c) a hoofed mamma</w:t>
      </w:r>
    </w:p>
    <w:p>
      <w:pPr>
        <w:pStyle w:val="Compact"/>
        <w:numPr>
          <w:ilvl w:val="0"/>
          <w:numId w:val="1001"/>
        </w:numPr>
      </w:pPr>
      <w:r>
        <w:rPr>
          <w:b/>
          <w:bCs/>
        </w:rPr>
        <w:t xml:space="preserve">But that name turned out to be a detriment rather than an</w:t>
      </w:r>
      <w:r>
        <w:rPr>
          <w:b/>
          <w:bCs/>
        </w:rPr>
        <w:t xml:space="preserve"> </w:t>
      </w:r>
      <w:r>
        <w:rPr>
          <w:b/>
          <w:bCs/>
          <w:u w:val="single"/>
        </w:rPr>
        <w:t xml:space="preserve">asset</w:t>
      </w:r>
      <w:r>
        <w:rPr>
          <w:b/>
          <w:bCs/>
        </w:rPr>
        <w:t xml:space="preserve"> </w:t>
      </w:r>
      <w:r>
        <w:rPr>
          <w:b/>
          <w:bCs/>
        </w:rPr>
        <w:t xml:space="preserve">to me.</w:t>
      </w:r>
      <w:r>
        <w:br/>
      </w:r>
      <w:r>
        <w:t xml:space="preserve">    (a) particles emitted by nuclear decay</w:t>
      </w:r>
      <w:r>
        <w:br/>
      </w:r>
      <w:r>
        <w:t xml:space="preserve">    (b) something quoted (to make a point)</w:t>
      </w:r>
      <w:r>
        <w:br/>
      </w:r>
      <w:r>
        <w:t xml:space="preserve">    (c) positive trait or thing of value</w:t>
      </w:r>
    </w:p>
    <w:p>
      <w:pPr>
        <w:pStyle w:val="Compact"/>
        <w:numPr>
          <w:ilvl w:val="0"/>
          <w:numId w:val="1001"/>
        </w:numPr>
      </w:pPr>
      <w:r>
        <w:rPr>
          <w:b/>
          <w:bCs/>
        </w:rPr>
        <w:t xml:space="preserve">That's the only way to make it in this world--to</w:t>
      </w:r>
      <w:r>
        <w:rPr>
          <w:b/>
          <w:bCs/>
        </w:rPr>
        <w:t xml:space="preserve"> </w:t>
      </w:r>
      <w:r>
        <w:rPr>
          <w:b/>
          <w:bCs/>
          <w:u w:val="single"/>
        </w:rPr>
        <w:t xml:space="preserve">assimilate</w:t>
      </w:r>
      <w:r>
        <w:rPr>
          <w:b/>
          <w:bCs/>
        </w:rPr>
        <w:t xml:space="preserve"> </w:t>
      </w:r>
      <w:r>
        <w:rPr>
          <w:b/>
          <w:bCs/>
        </w:rPr>
        <w:t xml:space="preserve">into the society in which we live.</w:t>
      </w:r>
      <w:r>
        <w:br/>
      </w:r>
      <w:r>
        <w:t xml:space="preserve">    (a) fit into (become a part of by being similar to the other parts)</w:t>
      </w:r>
      <w:r>
        <w:br/>
      </w:r>
      <w:r>
        <w:t xml:space="preserve">    (b) understand a prevailing culture</w:t>
      </w:r>
      <w:r>
        <w:br/>
      </w:r>
      <w:r>
        <w:t xml:space="preserve">    (c) preserve an ancestral culture</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2026-07-31T18:34:10Z</dcterms:created>
  <dcterms:modified xsi:type="dcterms:W3CDTF">2026-07-31T18:34:10Z</dcterms:modified>
</cp:coreProperties>
</file>

<file path=docProps/custom.xml><?xml version="1.0" encoding="utf-8"?>
<Properties xmlns="http://schemas.openxmlformats.org/officeDocument/2006/custom-properties" xmlns:vt="http://schemas.openxmlformats.org/officeDocument/2006/docPropsVTypes"/>
</file>