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a47e4af41685fa9c54bbcc0c078b526d654c92"/>
    <w:p>
      <w:pPr>
        <w:pStyle w:val="Heading1"/>
      </w:pPr>
      <w:r>
        <w:rPr>
          <w:b/>
          <w:bCs/>
        </w:rPr>
        <w:t xml:space="preserve">Tear Down This Wall Speech</w:t>
      </w:r>
      <w:r>
        <w:br/>
      </w:r>
      <w:r>
        <w:rPr>
          <w:i/>
          <w:iCs/>
        </w:rPr>
        <w:t xml:space="preserve">Ronald Reagan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Yet I do not come here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</w:t>
      </w:r>
      <w:r>
        <w:rPr>
          <w:b/>
          <w:bCs/>
        </w:rPr>
        <w:t xml:space="preserve">.</w:t>
      </w:r>
      <w:r>
        <w:br/>
      </w:r>
      <w:r>
        <w:t xml:space="preserve">    (a) gradually add or remove</w:t>
      </w:r>
      <w:r>
        <w:br/>
      </w:r>
      <w:r>
        <w:t xml:space="preserve">    (b) make or cause to become</w:t>
      </w:r>
      <w:r>
        <w:br/>
      </w:r>
      <w:r>
        <w:t xml:space="preserve">    (c) express grief or regret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Speaking precisely 40 years ago this month, he said: "Our policy is directed not against any country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doctrine</w:t>
      </w:r>
      <w:r>
        <w:rPr>
          <w:b/>
          <w:bCs/>
        </w:rPr>
        <w:t xml:space="preserve">, but against hunger, poverty, desperation, and chaos."</w:t>
      </w:r>
      <w:r>
        <w:br/>
      </w:r>
      <w:r>
        <w:t xml:space="preserve">    (a) a substance that stimulates the production of antibodies to protect against a disease</w:t>
      </w:r>
      <w:r>
        <w:br/>
      </w:r>
      <w:r>
        <w:t xml:space="preserve">    (b) a belief (or system of beliefs or principles) accepted as authoritative by some group</w:t>
      </w:r>
      <w:r>
        <w:br/>
      </w:r>
      <w:r>
        <w:t xml:space="preserve">    (c) an economic system where most decisions are made through voluntary buying and selling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Where there was want, today there's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abundance</w:t>
      </w:r>
      <w:r>
        <w:rPr>
          <w:b/>
          <w:bCs/>
        </w:rPr>
        <w:t xml:space="preserve">—food, clothing, automobiles—the wonderful goods of the Ku'damm.</w:t>
      </w:r>
      <w:r>
        <w:br/>
      </w:r>
      <w:r>
        <w:t xml:space="preserve">    (a) large amount or quantity</w:t>
      </w:r>
      <w:r>
        <w:br/>
      </w:r>
      <w:r>
        <w:t xml:space="preserve">    (b) conflict or disagreement</w:t>
      </w:r>
      <w:r>
        <w:br/>
      </w:r>
      <w:r>
        <w:t xml:space="preserve">    (c) sharpness or intenseness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in the West today, we see a free world that has achieved a level of prosperity and well-being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unprecedented</w:t>
      </w:r>
      <w:r>
        <w:rPr>
          <w:b/>
          <w:bCs/>
        </w:rPr>
        <w:t xml:space="preserve"> </w:t>
      </w:r>
      <w:r>
        <w:rPr>
          <w:b/>
          <w:bCs/>
        </w:rPr>
        <w:t xml:space="preserve">in all human history.</w:t>
      </w:r>
      <w:r>
        <w:br/>
      </w:r>
      <w:r>
        <w:t xml:space="preserve">    (a) relating to understanding or explaining something in a particular way</w:t>
      </w:r>
      <w:r>
        <w:br/>
      </w:r>
      <w:r>
        <w:t xml:space="preserve">    (b) not having happened before; or nothing similar having happened before</w:t>
      </w:r>
      <w:r>
        <w:br/>
      </w:r>
      <w:r>
        <w:t xml:space="preserve">    (c) [of food] able to be prepared in a manner that keeps it from spoiling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understand the fear of war and the pain of division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afflict</w:t>
      </w:r>
      <w:r>
        <w:rPr>
          <w:b/>
          <w:bCs/>
        </w:rPr>
        <w:t xml:space="preserve"> </w:t>
      </w:r>
      <w:r>
        <w:rPr>
          <w:b/>
          <w:bCs/>
        </w:rPr>
        <w:t xml:space="preserve">this continent— and I pledge to you my country's efforts to help overcome these burdens.</w:t>
      </w:r>
      <w:r>
        <w:br/>
      </w:r>
      <w:r>
        <w:t xml:space="preserve">    (a) think carefully</w:t>
      </w:r>
      <w:r>
        <w:br/>
      </w:r>
      <w:r>
        <w:t xml:space="preserve">    (b) cause suffering</w:t>
      </w:r>
      <w:r>
        <w:br/>
      </w:r>
      <w:r>
        <w:t xml:space="preserve">    (c) strongly desire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Beginning 10 years ago, the Soviets challenged the Western alliance with a grave new threat, hundreds of new and more deadly SS-20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nuclear</w:t>
      </w:r>
      <w:r>
        <w:rPr>
          <w:b/>
          <w:bCs/>
        </w:rPr>
        <w:t xml:space="preserve"> </w:t>
      </w:r>
      <w:r>
        <w:rPr>
          <w:b/>
          <w:bCs/>
        </w:rPr>
        <w:t xml:space="preserve">missiles, capable of striking every capital in Europe.</w:t>
      </w:r>
      <w:r>
        <w:br/>
      </w:r>
      <w:r>
        <w:t xml:space="preserve">    (a) the quality of inappropriateness in size, amount, or degree</w:t>
      </w:r>
      <w:r>
        <w:br/>
      </w:r>
      <w:r>
        <w:t xml:space="preserve">    (b) relating to the central or most important part of something</w:t>
      </w:r>
      <w:r>
        <w:br/>
      </w:r>
      <w:r>
        <w:t xml:space="preserve">    (c) the condition of being exclusive to (someone or some group)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Western alliance responded by committing itself to a counter-</w:t>
      </w:r>
      <w:r>
        <w:rPr>
          <w:b/>
          <w:bCs/>
          <w:u w:val="single"/>
        </w:rPr>
        <w:t xml:space="preserve">deployment</w:t>
      </w:r>
      <w:r>
        <w:rPr>
          <w:b/>
          <w:bCs/>
        </w:rPr>
        <w:t xml:space="preserve"> </w:t>
      </w:r>
      <w:r>
        <w:rPr>
          <w:b/>
          <w:bCs/>
        </w:rPr>
        <w:t xml:space="preserve">unless the Soviets agreed to negotiate a better solution; namely, the elimination of such weapons on both sides.</w:t>
      </w:r>
      <w:r>
        <w:br/>
      </w:r>
      <w:r>
        <w:t xml:space="preserve">    (a) placing or activating</w:t>
      </w:r>
      <w:r>
        <w:br/>
      </w:r>
      <w:r>
        <w:t xml:space="preserve">    (b) long eventful journey</w:t>
      </w:r>
      <w:r>
        <w:br/>
      </w:r>
      <w:r>
        <w:t xml:space="preserve">    (c) a nerve or brain cell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through it all,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alliance</w:t>
      </w:r>
      <w:r>
        <w:rPr>
          <w:b/>
          <w:bCs/>
        </w:rPr>
        <w:t xml:space="preserve"> </w:t>
      </w:r>
      <w:r>
        <w:rPr>
          <w:b/>
          <w:bCs/>
        </w:rPr>
        <w:t xml:space="preserve">held firm.</w:t>
      </w:r>
      <w:r>
        <w:br/>
      </w:r>
      <w:r>
        <w:t xml:space="preserve">    (a) set of competing interests amongst neighbors</w:t>
      </w:r>
      <w:r>
        <w:br/>
      </w:r>
      <w:r>
        <w:t xml:space="preserve">    (b) association formed to support common interests</w:t>
      </w:r>
      <w:r>
        <w:br/>
      </w:r>
      <w:r>
        <w:t xml:space="preserve">    (c) sense of isolation due to competing interests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we pursue these arms reductions, I pledge to you that we will maintain the capacity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deter</w:t>
      </w:r>
      <w:r>
        <w:rPr>
          <w:b/>
          <w:bCs/>
        </w:rPr>
        <w:t xml:space="preserve"> </w:t>
      </w:r>
      <w:r>
        <w:rPr>
          <w:b/>
          <w:bCs/>
        </w:rPr>
        <w:t xml:space="preserve">Soviet aggression at any level at which it might occur.</w:t>
      </w:r>
      <w:r>
        <w:br/>
      </w:r>
      <w:r>
        <w:t xml:space="preserve">    (a) draw pictures to accompany</w:t>
      </w:r>
      <w:r>
        <w:br/>
      </w:r>
      <w:r>
        <w:t xml:space="preserve">    (b) hire again or occupy again</w:t>
      </w:r>
      <w:r>
        <w:br/>
      </w:r>
      <w:r>
        <w:t xml:space="preserve">    (c) try to prevent; or prevent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in cooperation with many of our allies, the United States is pursuing the Strategic Defense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Initiative</w:t>
      </w:r>
      <w:r>
        <w:rPr>
          <w:b/>
          <w:bCs/>
        </w:rPr>
        <w:t xml:space="preserve">—research to base deterrence not on the threat of offensive retaliation, but on defenses that truly defend; on systems, in short, that will not target populations, but shield them.</w:t>
      </w:r>
      <w:r>
        <w:br/>
      </w:r>
      <w:r>
        <w:t xml:space="preserve">    (a) the ability and tendency to determine what should be done and to start doing it without instruction; or to start something</w:t>
      </w:r>
      <w:r>
        <w:br/>
      </w:r>
      <w:r>
        <w:t xml:space="preserve">    (b) someone who is not civilized or not moral  OR  an offensive term for a person who does not believe in a preferred religion</w:t>
      </w:r>
      <w:r>
        <w:br/>
      </w:r>
      <w:r>
        <w:t xml:space="preserve">    (c) the state of not being relevant (not related to the subject being considered, or not important enough to want to consider)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in cooperation with many of our allies, the United States is pursuing the Strategic Defense Initiative—research to base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deterrence</w:t>
      </w:r>
      <w:r>
        <w:rPr>
          <w:b/>
          <w:bCs/>
        </w:rPr>
        <w:t xml:space="preserve"> </w:t>
      </w:r>
      <w:r>
        <w:rPr>
          <w:b/>
          <w:bCs/>
        </w:rPr>
        <w:t xml:space="preserve">not on the threat of offensive retaliation, but on defenses that truly defend; on systems, in short, that will not target populations, but shield them.</w:t>
      </w:r>
      <w:r>
        <w:br/>
      </w:r>
      <w:r>
        <w:t xml:space="preserve">    (a) the state or quality of being able to challenge</w:t>
      </w:r>
      <w:r>
        <w:br/>
      </w:r>
      <w:r>
        <w:t xml:space="preserve">    (b) something that discourages something not wanted</w:t>
      </w:r>
      <w:r>
        <w:br/>
      </w:r>
      <w:r>
        <w:t xml:space="preserve">    (c) the degree to which something can be translated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we must remember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crucial</w:t>
      </w:r>
      <w:r>
        <w:rPr>
          <w:b/>
          <w:bCs/>
        </w:rPr>
        <w:t xml:space="preserve"> </w:t>
      </w:r>
      <w:r>
        <w:rPr>
          <w:b/>
          <w:bCs/>
        </w:rPr>
        <w:t xml:space="preserve">fact: East and West do not mistrust each other because we are armed; we are armed because we mistrust each other.</w:t>
      </w:r>
      <w:r>
        <w:br/>
      </w:r>
      <w:r>
        <w:t xml:space="preserve">    (a) very important</w:t>
      </w:r>
      <w:r>
        <w:br/>
      </w:r>
      <w:r>
        <w:t xml:space="preserve">    (b) natural</w:t>
      </w:r>
      <w:r>
        <w:br/>
      </w:r>
      <w:r>
        <w:t xml:space="preserve">    (c) more than is needed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Philippines, in South and Central America,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democracy</w:t>
      </w:r>
      <w:r>
        <w:rPr>
          <w:b/>
          <w:bCs/>
        </w:rPr>
        <w:t xml:space="preserve"> </w:t>
      </w:r>
      <w:r>
        <w:rPr>
          <w:b/>
          <w:bCs/>
        </w:rPr>
        <w:t xml:space="preserve">has been given a rebirth.</w:t>
      </w:r>
      <w:r>
        <w:br/>
      </w:r>
      <w:r>
        <w:t xml:space="preserve">    (a) relating to logical examination of something to better understand it</w:t>
      </w:r>
      <w:r>
        <w:br/>
      </w:r>
      <w:r>
        <w:t xml:space="preserve">    (b) a system of government in which citizens have power with equal votes</w:t>
      </w:r>
      <w:r>
        <w:br/>
      </w:r>
      <w:r>
        <w:t xml:space="preserve">    (c) lack of interest; or the process of stopping interaction or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Yet in this age of redoubled economic growth, of information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innovation</w:t>
      </w:r>
      <w:r>
        <w:rPr>
          <w:b/>
          <w:bCs/>
        </w:rPr>
        <w:t xml:space="preserve">, the Soviet Union faces a choice: It must make fundamental changes, or it will become obsolete.</w:t>
      </w:r>
      <w:r>
        <w:br/>
      </w:r>
      <w:r>
        <w:t xml:space="preserve">    (a) a European country (sometimes called Holland) and that literally means</w:t>
      </w:r>
      <w:r>
        <w:t xml:space="preserve"> </w:t>
      </w:r>
      <w:r>
        <w:rPr>
          <w:i/>
          <w:iCs/>
        </w:rPr>
        <w:t xml:space="preserve">"lower countries"</w:t>
      </w:r>
      <w:r>
        <w:br/>
      </w:r>
      <w:r>
        <w:t xml:space="preserve">    (b) "spiritually renew" in a Christian ceremony  OR  initiate or purify by a challenging experience</w:t>
      </w:r>
      <w:r>
        <w:br/>
      </w:r>
      <w:r>
        <w:t xml:space="preserve">    (c) the introduction of something that is new and different; or something that is new and different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Yet in this age of redoubled economic growth, of information and innovation, the Soviet Union faces a choice: It must make fundamental changes, or it will become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obsolete</w:t>
      </w:r>
      <w:r>
        <w:rPr>
          <w:b/>
          <w:bCs/>
        </w:rPr>
        <w:t xml:space="preserve">.</w:t>
      </w:r>
      <w:r>
        <w:br/>
      </w:r>
      <w:r>
        <w:t xml:space="preserve">    (a) surprise -- often so much so that one doesn't know what to say or do</w:t>
      </w:r>
      <w:r>
        <w:br/>
      </w:r>
      <w:r>
        <w:t xml:space="preserve">    (b) an appropriate size, amount, or degree in relation to something else</w:t>
      </w:r>
      <w:r>
        <w:br/>
      </w:r>
      <w:r>
        <w:t xml:space="preserve">    (c) no longer in general use because it was replaced by something better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Certainly there's a great deal to be said for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fortitude</w:t>
      </w:r>
      <w:r>
        <w:rPr>
          <w:b/>
          <w:bCs/>
        </w:rPr>
        <w:t xml:space="preserve">, for your defiant courage.</w:t>
      </w:r>
      <w:r>
        <w:br/>
      </w:r>
      <w:r>
        <w:t xml:space="preserve">    (a) strength of mind that enables one to endure adversity with courage</w:t>
      </w:r>
      <w:r>
        <w:br/>
      </w:r>
      <w:r>
        <w:t xml:space="preserve">    (b) unconstrained in some way -- such as untied or no longer obligated</w:t>
      </w:r>
      <w:r>
        <w:br/>
      </w:r>
      <w:r>
        <w:t xml:space="preserve">    (c) the highest degree awarded in universities in many fields of study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Something instead, that has seen the difficulties of life in Berlin but chose to accept them, that continues to build this good and proud city in contrast to a surrounding totalitarian presence that refuses to release human energies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aspirations</w:t>
      </w:r>
      <w:r>
        <w:rPr>
          <w:b/>
          <w:bCs/>
        </w:rPr>
        <w:t xml:space="preserve">.</w:t>
      </w:r>
      <w:r>
        <w:br/>
      </w:r>
      <w:r>
        <w:t xml:space="preserve">    (a) desires</w:t>
      </w:r>
      <w:r>
        <w:br/>
      </w:r>
      <w:r>
        <w:t xml:space="preserve">    (b) battles</w:t>
      </w:r>
      <w:r>
        <w:br/>
      </w:r>
      <w:r>
        <w:t xml:space="preserve">    (c) results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totalitarian world produces backwardness because it does such violence to the spirit,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thwarting</w:t>
      </w:r>
      <w:r>
        <w:rPr>
          <w:b/>
          <w:bCs/>
        </w:rPr>
        <w:t xml:space="preserve"> </w:t>
      </w:r>
      <w:r>
        <w:rPr>
          <w:b/>
          <w:bCs/>
        </w:rPr>
        <w:t xml:space="preserve">the human impulse to create, to enjoy, to worship.</w:t>
      </w:r>
      <w:r>
        <w:br/>
      </w:r>
      <w:r>
        <w:t xml:space="preserve">    (a) interfering (in another's affairs or business); or handling (something that shouldn't be handled)</w:t>
      </w:r>
      <w:r>
        <w:br/>
      </w:r>
      <w:r>
        <w:t xml:space="preserve">    (b) to prevent someone from doing what they want to do; or (less commonly) to oppose someone's efforts</w:t>
      </w:r>
      <w:r>
        <w:br/>
      </w:r>
      <w:r>
        <w:t xml:space="preserve">    (c) changing the direction of a light wave (or other wave) by passing an opaque edge or narrow opening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Years ago, before the East Germans began rebuilding their churches, they erected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secular</w:t>
      </w:r>
      <w:r>
        <w:rPr>
          <w:b/>
          <w:bCs/>
        </w:rPr>
        <w:t xml:space="preserve"> </w:t>
      </w:r>
      <w:r>
        <w:rPr>
          <w:b/>
          <w:bCs/>
        </w:rPr>
        <w:t xml:space="preserve">structure: the television tower at Alexander Platz.</w:t>
      </w:r>
      <w:r>
        <w:br/>
      </w:r>
      <w:r>
        <w:t xml:space="preserve">    (a) non-religious</w:t>
      </w:r>
      <w:r>
        <w:br/>
      </w:r>
      <w:r>
        <w:t xml:space="preserve">    (b) inappropriate</w:t>
      </w:r>
      <w:r>
        <w:br/>
      </w:r>
      <w:r>
        <w:t xml:space="preserve">    (c) not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in Berlin, like the city itself, symbols of love, symbols of worship, cannot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suppressed</w:t>
      </w:r>
      <w:r>
        <w:rPr>
          <w:b/>
          <w:bCs/>
        </w:rPr>
        <w:t xml:space="preserve">.</w:t>
      </w:r>
      <w:r>
        <w:br/>
      </w:r>
      <w:r>
        <w:t xml:space="preserve">    (a) blended three or more musical notes</w:t>
      </w:r>
      <w:r>
        <w:br/>
      </w:r>
      <w:r>
        <w:t xml:space="preserve">    (b) not learned, discovered, or decided</w:t>
      </w:r>
      <w:r>
        <w:br/>
      </w:r>
      <w:r>
        <w:t xml:space="preserve">    (c) kept or tried to keep under control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2026-07-31T19:07:47Z</dcterms:created>
  <dcterms:modified xsi:type="dcterms:W3CDTF">2026-07-31T19:07:47Z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