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1af73ed88e5ddc870c885e90aba66072ef50cc"/>
    <w:p>
      <w:pPr>
        <w:pStyle w:val="Heading1"/>
      </w:pPr>
      <w:r>
        <w:rPr>
          <w:b/>
          <w:bCs/>
        </w:rPr>
        <w:t xml:space="preserve">Tartuffe</w:t>
      </w:r>
      <w:r>
        <w:br/>
      </w:r>
      <w:r>
        <w:rPr>
          <w:i/>
          <w:iCs/>
        </w:rPr>
        <w:t xml:space="preserve">Jean-Baptiste Poquelin Moliere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You, my dearie, are a bold lassy, A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and very sassy, You butt into everything to speak your mind.</w:t>
      </w:r>
      <w:r>
        <w:br/>
      </w:r>
      <w:r>
        <w:t xml:space="preserve">    (a) to concentrate, look at; or the act of concentration</w:t>
      </w:r>
      <w:r>
        <w:br/>
      </w:r>
      <w:r>
        <w:t xml:space="preserve">    (b) make one's home in; or live in; or stay (in a place)</w:t>
      </w:r>
      <w:r>
        <w:br/>
      </w:r>
      <w:r>
        <w:t xml:space="preserve">    (c) bold and unrestrained by what others consider proper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these good women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all with such Great severity; nor do they pardon much.</w:t>
      </w:r>
      <w:r>
        <w:br/>
      </w:r>
      <w:r>
        <w:t xml:space="preserve">    (a) harsh or formal criticism</w:t>
      </w:r>
      <w:r>
        <w:br/>
      </w:r>
      <w:r>
        <w:t xml:space="preserve">    (b) being a boundary or limit</w:t>
      </w:r>
      <w:r>
        <w:br/>
      </w:r>
      <w:r>
        <w:t xml:space="preserve">    (c) find, search, or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them you never hear the holy Credo— Just songs, chatter, gossip,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malice</w:t>
      </w:r>
      <w:r>
        <w:rPr>
          <w:b/>
          <w:bCs/>
        </w:rPr>
        <w:t xml:space="preserve">, and innuendo.</w:t>
      </w:r>
      <w:r>
        <w:br/>
      </w:r>
      <w:r>
        <w:t xml:space="preserve">    (a) the desire to hurt others or see them suffer</w:t>
      </w:r>
      <w:r>
        <w:br/>
      </w:r>
      <w:r>
        <w:t xml:space="preserve">    (b) not adjusting a lens to create a clear image</w:t>
      </w:r>
      <w:r>
        <w:br/>
      </w:r>
      <w:r>
        <w:t xml:space="preserve">    (c) the quality of lacking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Such trifles suffice to scandalize him That he even accused himself of sin For having slain with a bit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A flea that just happened to cross his path.</w:t>
      </w:r>
      <w:r>
        <w:br/>
      </w:r>
      <w:r>
        <w:t xml:space="preserve">    (a) extreme anger</w:t>
      </w:r>
      <w:r>
        <w:br/>
      </w:r>
      <w:r>
        <w:t xml:space="preserve">    (b) use of reason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this is the normal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 </w:t>
      </w:r>
      <w:r>
        <w:rPr>
          <w:b/>
          <w:bCs/>
        </w:rPr>
        <w:t xml:space="preserve">of your kind.</w:t>
      </w:r>
      <w:r>
        <w:br/>
      </w:r>
      <w:r>
        <w:t xml:space="preserve">    (a) specialized vocabulary</w:t>
      </w:r>
      <w:r>
        <w:br/>
      </w:r>
      <w:r>
        <w:t xml:space="preserve">    (b) mirror back (an image)</w:t>
      </w:r>
      <w:r>
        <w:br/>
      </w:r>
      <w:r>
        <w:t xml:space="preserve">    (c) create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decline any fanfare for their virtue; They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in vain ostentation; Their humane faith finds form in moderation; They never censure all of our actions, For they sense the vain pride in such transactions.</w:t>
      </w:r>
      <w:r>
        <w:br/>
      </w:r>
      <w:r>
        <w:t xml:space="preserve">    (a) think carefully</w:t>
      </w:r>
      <w:r>
        <w:br/>
      </w:r>
      <w:r>
        <w:t xml:space="preserve">    (b) enjoy to excess</w:t>
      </w:r>
      <w:r>
        <w:br/>
      </w:r>
      <w:r>
        <w:t xml:space="preserve">    (c) work or operate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And, leaving boastful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rhetoric</w:t>
      </w:r>
      <w:r>
        <w:rPr>
          <w:b/>
          <w:bCs/>
        </w:rPr>
        <w:t xml:space="preserve"> </w:t>
      </w:r>
      <w:r>
        <w:rPr>
          <w:b/>
          <w:bCs/>
        </w:rPr>
        <w:t xml:space="preserve">to others, By their own actions they reprove their brothers.</w:t>
      </w:r>
      <w:r>
        <w:br/>
      </w:r>
      <w:r>
        <w:t xml:space="preserve">    (a) the quality of being very bad (deserving no respect)</w:t>
      </w:r>
      <w:r>
        <w:br/>
      </w:r>
      <w:r>
        <w:t xml:space="preserve">    (b) the use of (or study of using) words to make a point</w:t>
      </w:r>
      <w:r>
        <w:br/>
      </w:r>
      <w:r>
        <w:t xml:space="preserve">    (c) the state or degree of being optimistic or 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good faith, perhaps, you praise his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zeal</w:t>
      </w:r>
      <w:r>
        <w:rPr>
          <w:b/>
          <w:bCs/>
        </w:rPr>
        <w:t xml:space="preserve">, But I think you're dazed by his meaningless Glitter.</w:t>
      </w:r>
      <w:r>
        <w:br/>
      </w:r>
      <w:r>
        <w:t xml:space="preserve">    (a) active interest and enthusiasm</w:t>
      </w:r>
      <w:r>
        <w:br/>
      </w:r>
      <w:r>
        <w:t xml:space="preserve">    (b) made by taking on as one's own</w:t>
      </w:r>
      <w:r>
        <w:br/>
      </w:r>
      <w:r>
        <w:t xml:space="preserve">    (c) relating to the chest (thorax)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...But perhaps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: Let's speak of the man—not his nobleness.</w:t>
      </w:r>
      <w:r>
        <w:br/>
      </w:r>
      <w:r>
        <w:t xml:space="preserve">    (a) pessimistic or disagreeable</w:t>
      </w:r>
      <w:r>
        <w:br/>
      </w:r>
      <w:r>
        <w:t xml:space="preserve">    (b) wander from a direct course</w:t>
      </w:r>
      <w:r>
        <w:br/>
      </w:r>
      <w:r>
        <w:t xml:space="preserve">    (c) develop or change gradually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excuse yourself through circumlocution: You've already made your own resolution, And you've seized upon a frivolous excuse To justify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lamentable</w:t>
      </w:r>
      <w:r>
        <w:rPr>
          <w:b/>
          <w:bCs/>
        </w:rPr>
        <w:t xml:space="preserve"> </w:t>
      </w:r>
      <w:r>
        <w:rPr>
          <w:b/>
          <w:bCs/>
        </w:rPr>
        <w:t xml:space="preserve">ruse.</w:t>
      </w:r>
      <w:r>
        <w:br/>
      </w:r>
      <w:r>
        <w:t xml:space="preserve">    (a) intentional</w:t>
      </w:r>
      <w:r>
        <w:br/>
      </w:r>
      <w:r>
        <w:t xml:space="preserve">    (b) regrettable</w:t>
      </w:r>
      <w:r>
        <w:br/>
      </w:r>
      <w:r>
        <w:t xml:space="preserve">    (c) not sincere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That's enough insults from you, Madam, and now I will bid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.</w:t>
      </w:r>
      <w:r>
        <w:br/>
      </w:r>
      <w:r>
        <w:t xml:space="preserve">    (a) greetings</w:t>
      </w:r>
      <w:r>
        <w:br/>
      </w:r>
      <w:r>
        <w:t xml:space="preserve">    (b) goodbye</w:t>
      </w:r>
      <w:r>
        <w:br/>
      </w:r>
      <w:r>
        <w:t xml:space="preserve">    (c) hello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confess that I'm playing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 </w:t>
      </w:r>
      <w:r>
        <w:rPr>
          <w:b/>
          <w:bCs/>
        </w:rPr>
        <w:t xml:space="preserve">part In presenting to you the gift of my heart, But I place all my faith in your kindness Like a beggar-man hindered by blindness.</w:t>
      </w:r>
      <w:r>
        <w:br/>
      </w:r>
      <w:r>
        <w:t xml:space="preserve">    (a) material wealth</w:t>
      </w:r>
      <w:r>
        <w:br/>
      </w:r>
      <w:r>
        <w:t xml:space="preserve">    (b) strongly biased</w:t>
      </w:r>
      <w:r>
        <w:br/>
      </w:r>
      <w:r>
        <w:t xml:space="preserve">    (c) bold and daring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very thought of sparing him is a joke,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insolent</w:t>
      </w:r>
      <w:r>
        <w:rPr>
          <w:b/>
          <w:bCs/>
        </w:rPr>
        <w:t xml:space="preserve"> </w:t>
      </w:r>
      <w:r>
        <w:rPr>
          <w:b/>
          <w:bCs/>
        </w:rPr>
        <w:t xml:space="preserve">pride of this base bloke Has triumphed too often over my just wrath, And has sown too much trouble along my path.</w:t>
      </w:r>
      <w:r>
        <w:br/>
      </w:r>
      <w:r>
        <w:t xml:space="preserve">    (a) rudely disrespectful -- especially toward someone in authority</w:t>
      </w:r>
      <w:r>
        <w:br/>
      </w:r>
      <w:r>
        <w:t xml:space="preserve">    (b) the characteristic of being excessively unhappy and unsociable</w:t>
      </w:r>
      <w:r>
        <w:br/>
      </w:r>
      <w:r>
        <w:t xml:space="preserve">    (c) the condition of continuing or seeming to continue without 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the false meekness of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hypocrite</w:t>
      </w:r>
      <w:r>
        <w:rPr>
          <w:b/>
          <w:bCs/>
        </w:rPr>
        <w:t xml:space="preserve"> </w:t>
      </w:r>
      <w:r>
        <w:rPr>
          <w:b/>
          <w:bCs/>
        </w:rPr>
        <w:t xml:space="preserve">Cause you to belie .... Orgon.</w:t>
      </w:r>
      <w:r>
        <w:br/>
      </w:r>
      <w:r>
        <w:t xml:space="preserve">    (a) Nazi organization for children aged 10 to 18</w:t>
      </w:r>
      <w:r>
        <w:br/>
      </w:r>
      <w:r>
        <w:t xml:space="preserve">    (b) someone who violates claimed moral standards</w:t>
      </w:r>
      <w:r>
        <w:br/>
      </w:r>
      <w:r>
        <w:t xml:space="preserve">    (c)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impudently</w:t>
      </w:r>
      <w:r>
        <w:rPr>
          <w:b/>
          <w:bCs/>
        </w:rPr>
        <w:t xml:space="preserve"> </w:t>
      </w:r>
      <w:r>
        <w:rPr>
          <w:b/>
          <w:bCs/>
        </w:rPr>
        <w:t xml:space="preserve">try every trick you can To alienate me from this holy man, But the harder you try to drive him away, The harder I'll try to get him to stay.</w:t>
      </w:r>
      <w:r>
        <w:br/>
      </w:r>
      <w:r>
        <w:t xml:space="preserve">    (a) improperly bold or disrespectful -- especially toward someone who is older or considered to be of higher status</w:t>
      </w:r>
      <w:r>
        <w:br/>
      </w:r>
      <w:r>
        <w:t xml:space="preserve">    (b) in a manner influenced by personal belief, feelings, or preferences (rather than being based purely upon fact)</w:t>
      </w:r>
      <w:r>
        <w:br/>
      </w:r>
      <w:r>
        <w:t xml:space="preserve">    (c) in a manner that uses a scale where each step is a multiple of the prior step rather than a fixed addition to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that villain, by whose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pretense</w:t>
      </w:r>
      <w:r>
        <w:rPr>
          <w:b/>
          <w:bCs/>
        </w:rPr>
        <w:t xml:space="preserve"> </w:t>
      </w:r>
      <w:r>
        <w:rPr>
          <w:b/>
          <w:bCs/>
        </w:rPr>
        <w:t xml:space="preserve">.... Orgon.</w:t>
      </w:r>
      <w:r>
        <w:br/>
      </w:r>
      <w:r>
        <w:t xml:space="preserve">    (a) a false appearance or action to help one pretend</w:t>
      </w:r>
      <w:r>
        <w:br/>
      </w:r>
      <w:r>
        <w:t xml:space="preserve">    (b) demonstration</w:t>
      </w:r>
      <w:r>
        <w:br/>
      </w:r>
      <w:r>
        <w:t xml:space="preserve">    (c) detailed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mere thought of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 </w:t>
      </w:r>
      <w:r>
        <w:rPr>
          <w:b/>
          <w:bCs/>
        </w:rPr>
        <w:t xml:space="preserve">Makes me suffer from a torture so crude .... The horror I feel ...My soul longs to cry .... I can't even speak, and I'm sure I will die.</w:t>
      </w:r>
      <w:r>
        <w:br/>
      </w:r>
      <w:r>
        <w:t xml:space="preserve">    (a) the process of excessive encouragement or excitement</w:t>
      </w:r>
      <w:r>
        <w:br/>
      </w:r>
      <w:r>
        <w:t xml:space="preserve">    (b) lack of gratefulness -- typically inappropriately so</w:t>
      </w:r>
      <w:r>
        <w:br/>
      </w:r>
      <w:r>
        <w:t xml:space="preserve">    (c) the ability to take or adopt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Supposing that he did act like a fool And that you are unfairly being called cruel, Shouldn't a Christian pardon the offense And purge his soul of desire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?</w:t>
      </w:r>
      <w:r>
        <w:br/>
      </w:r>
      <w:r>
        <w:t xml:space="preserve">    (a) something made from parts</w:t>
      </w:r>
      <w:r>
        <w:br/>
      </w:r>
      <w:r>
        <w:t xml:space="preserve">    (b) something that stands out</w:t>
      </w:r>
      <w:r>
        <w:br/>
      </w:r>
      <w:r>
        <w:t xml:space="preserve">    (c) the act of taking revenge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civil start meets my approbation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foreshadows</w:t>
      </w:r>
      <w:r>
        <w:rPr>
          <w:b/>
          <w:bCs/>
        </w:rPr>
        <w:t xml:space="preserve"> </w:t>
      </w:r>
      <w:r>
        <w:rPr>
          <w:b/>
          <w:bCs/>
        </w:rPr>
        <w:t xml:space="preserve">some accommodation.</w:t>
      </w:r>
      <w:r>
        <w:br/>
      </w:r>
      <w:r>
        <w:t xml:space="preserve">    (a) is a sign of</w:t>
      </w:r>
      <w:r>
        <w:br/>
      </w:r>
      <w:r>
        <w:t xml:space="preserve">    (b) bounces back</w:t>
      </w:r>
      <w:r>
        <w:br/>
      </w:r>
      <w:r>
        <w:t xml:space="preserve">    (c) fights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impudently the wretch mocks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veneration</w:t>
      </w:r>
      <w:r>
        <w:rPr>
          <w:b/>
          <w:bCs/>
        </w:rPr>
        <w:t xml:space="preserve">!</w:t>
      </w:r>
      <w:r>
        <w:br/>
      </w:r>
      <w:r>
        <w:t xml:space="preserve">    (a) feelings of respect and reverence</w:t>
      </w:r>
      <w:r>
        <w:br/>
      </w:r>
      <w:r>
        <w:t xml:space="preserve">    (b) because of a basic rule or belief</w:t>
      </w:r>
      <w:r>
        <w:br/>
      </w:r>
      <w:r>
        <w:t xml:space="preserve">    (c) interacts, interests, or attracts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2026-07-31T19:07:31Z</dcterms:created>
  <dcterms:modified xsi:type="dcterms:W3CDTF">2026-07-31T19:07:31Z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