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87165aa7485bf256232b9ed6ef673b6322204b"/>
    <w:p>
      <w:pPr>
        <w:pStyle w:val="Heading1"/>
      </w:pPr>
      <w:r>
        <w:rPr>
          <w:b/>
          <w:bCs/>
        </w:rPr>
        <w:t xml:space="preserve">Tangerine</w:t>
      </w:r>
      <w:r>
        <w:br/>
      </w:r>
      <w:r>
        <w:rPr>
          <w:i/>
          <w:iCs/>
        </w:rPr>
        <w:t xml:space="preserve">Edward Bloor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turned back around anyway, and I looked west down our street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receding</w:t>
      </w:r>
      <w:r>
        <w:rPr>
          <w:b/>
          <w:bCs/>
        </w:rPr>
        <w:t xml:space="preserve"> </w:t>
      </w:r>
      <w:r>
        <w:rPr>
          <w:b/>
          <w:bCs/>
        </w:rPr>
        <w:t xml:space="preserve">line of black mailboxes.</w:t>
      </w:r>
      <w:r>
        <w:br/>
      </w:r>
      <w:r>
        <w:t xml:space="preserve">    (a) moving away or diminishing (become less)</w:t>
      </w:r>
      <w:r>
        <w:br/>
      </w:r>
      <w:r>
        <w:t xml:space="preserve">    (b) opposing (struggling against each other)</w:t>
      </w:r>
      <w:r>
        <w:br/>
      </w:r>
      <w:r>
        <w:t xml:space="preserve">    (c) examining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one is called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Manors</w:t>
      </w:r>
      <w:r>
        <w:rPr>
          <w:b/>
          <w:bCs/>
        </w:rPr>
        <w:t xml:space="preserve"> </w:t>
      </w:r>
      <w:r>
        <w:rPr>
          <w:b/>
          <w:bCs/>
        </w:rPr>
        <w:t xml:space="preserve">of Coventry.</w:t>
      </w:r>
      <w:r>
        <w:br/>
      </w:r>
      <w:r>
        <w:t xml:space="preserve">    (a) a large house of a wealthy person</w:t>
      </w:r>
      <w:r>
        <w:br/>
      </w:r>
      <w:r>
        <w:br/>
      </w:r>
      <w:r>
        <w:t xml:space="preserve">or historically:</w:t>
      </w:r>
      <w:r>
        <w:br/>
      </w:r>
      <w:r>
        <w:br/>
      </w:r>
      <w:r>
        <w:t xml:space="preserve">the main house of a lord and the land around it that was worked by tenant farmers</w:t>
      </w:r>
      <w:r>
        <w:br/>
      </w:r>
      <w:r>
        <w:t xml:space="preserve">    (b) people who monitor criminals who do not have to be in prison as long as they demonstrate good behavior and obey special restrictions</w:t>
      </w:r>
      <w:r>
        <w:br/>
      </w:r>
      <w:r>
        <w:t xml:space="preserve">    (c) enthusiastic expressions of feelings or thoughts  OR  things flowing or given off (often under pressure such as blood or leaking gas)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relentlessly</w:t>
      </w:r>
      <w:r>
        <w:rPr>
          <w:b/>
          <w:bCs/>
        </w:rPr>
        <w:t xml:space="preserve"> </w:t>
      </w:r>
      <w:r>
        <w:rPr>
          <w:b/>
          <w:bCs/>
        </w:rPr>
        <w:t xml:space="preserve">cheerful, even in the face of Mom's rising anger.</w:t>
      </w:r>
      <w:r>
        <w:br/>
      </w:r>
      <w:r>
        <w:t xml:space="preserve">    (a) in a pessimistic or disagreeable manner</w:t>
      </w:r>
      <w:r>
        <w:br/>
      </w:r>
      <w:r>
        <w:t xml:space="preserve">    (b) in an extreme manner that does not stop</w:t>
      </w:r>
      <w:r>
        <w:br/>
      </w:r>
      <w:r>
        <w:t xml:space="preserve">    (c) enthusiastically or with great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Being vision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impaired</w:t>
      </w:r>
      <w:r>
        <w:rPr>
          <w:b/>
          <w:bCs/>
        </w:rPr>
        <w:t xml:space="preserve">, Paul is entitled to take part in our IEP program.</w:t>
      </w:r>
      <w:r>
        <w:br/>
      </w:r>
      <w:r>
        <w:t xml:space="preserve">    (a) made worse or less effective</w:t>
      </w:r>
      <w:r>
        <w:br/>
      </w:r>
      <w:r>
        <w:t xml:space="preserve">    (b) calculated or judged too low</w:t>
      </w:r>
      <w:r>
        <w:br/>
      </w:r>
      <w:r>
        <w:t xml:space="preserve">    (c) not judged in a negative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they can't do that, they run up and down the dirt road behind our wall,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perimeter</w:t>
      </w:r>
      <w:r>
        <w:rPr>
          <w:b/>
          <w:bCs/>
        </w:rPr>
        <w:t xml:space="preserve"> </w:t>
      </w:r>
      <w:r>
        <w:rPr>
          <w:b/>
          <w:bCs/>
        </w:rPr>
        <w:t xml:space="preserve">road.</w:t>
      </w:r>
      <w:r>
        <w:br/>
      </w:r>
      <w:r>
        <w:t xml:space="preserve">    (a) a hoofed mamma</w:t>
      </w:r>
      <w:r>
        <w:br/>
      </w:r>
      <w:r>
        <w:t xml:space="preserve">    (b) the outer edge</w:t>
      </w:r>
      <w:r>
        <w:br/>
      </w:r>
      <w:r>
        <w:t xml:space="preserve">    (c) a fat compound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addition to my regular glasses, I have special goggles,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prescription</w:t>
      </w:r>
      <w:r>
        <w:rPr>
          <w:b/>
          <w:bCs/>
        </w:rPr>
        <w:t xml:space="preserve"> </w:t>
      </w:r>
      <w:r>
        <w:rPr>
          <w:b/>
          <w:bCs/>
        </w:rPr>
        <w:t xml:space="preserve">goggles, for playing sports.</w:t>
      </w:r>
      <w:r>
        <w:br/>
      </w:r>
      <w:r>
        <w:t xml:space="preserve">    (a) a recommendation or requirement  OR  (from a medical doctor) an instruction -- such as writing that a patient should take antibiotics</w:t>
      </w:r>
      <w:r>
        <w:br/>
      </w:r>
      <w:r>
        <w:t xml:space="preserve">    (b) submissiveness -- often an attitude of someone who is so submissive or eager to serve and please that they seem to lack self-respect</w:t>
      </w:r>
      <w:r>
        <w:br/>
      </w:r>
      <w:r>
        <w:t xml:space="preserve">    (c) lymph node -- one of many bean-sized organs that filter bacteria and other toxins from circulating white-blood-cell filled lymph fluid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Erik got out of the passenger side and walked up to Mom, slowly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solemnly</w:t>
      </w:r>
      <w:r>
        <w:rPr>
          <w:b/>
          <w:bCs/>
        </w:rPr>
        <w:t xml:space="preserve">.</w:t>
      </w:r>
      <w:r>
        <w:br/>
      </w:r>
      <w:r>
        <w:t xml:space="preserve">    (a) with seriousness and dignity</w:t>
      </w:r>
      <w:r>
        <w:br/>
      </w:r>
      <w:r>
        <w:t xml:space="preserve">    (b) in a manner that is not good</w:t>
      </w:r>
      <w:r>
        <w:br/>
      </w:r>
      <w:r>
        <w:t xml:space="preserve">    (c) in a manner that finds fault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migrant</w:t>
      </w:r>
      <w:r>
        <w:rPr>
          <w:b/>
          <w:bCs/>
        </w:rPr>
        <w:t xml:space="preserve"> </w:t>
      </w:r>
      <w:r>
        <w:rPr>
          <w:b/>
          <w:bCs/>
        </w:rPr>
        <w:t xml:space="preserve">workers would come and pick fruit for a few weeks and then move on.</w:t>
      </w:r>
      <w:r>
        <w:br/>
      </w:r>
      <w:r>
        <w:t xml:space="preserve">    (a) one who moves from one place to another</w:t>
      </w:r>
      <w:r>
        <w:br/>
      </w:r>
      <w:r>
        <w:t xml:space="preserve">    (b) somone who makes or manufactures things</w:t>
      </w:r>
      <w:r>
        <w:br/>
      </w:r>
      <w:r>
        <w:t xml:space="preserve">    (c) someone who blocks (prevents) an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after another the doors of the portables opened and the teachers looked out, staring into the dense rain, trying to spot the cause of all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circular movement</w:t>
      </w:r>
      <w:r>
        <w:br/>
      </w:r>
      <w:r>
        <w:t xml:space="preserve">    (b) noisy disturbance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Inconsistent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scheme of the other nests, but a nice touch.</w:t>
      </w:r>
      <w:r>
        <w:br/>
      </w:r>
      <w:r>
        <w:t xml:space="preserve">    (a) igneous or sedimentary rock that changes due to pressure, heat, or chemical reactions (such as marble)</w:t>
      </w:r>
      <w:r>
        <w:br/>
      </w:r>
      <w:r>
        <w:t xml:space="preserve">    (b)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  <w:r>
        <w:br/>
      </w:r>
      <w:r>
        <w:t xml:space="preserve">    (c) the character or degree of bouncing back light (or more rarely: heat, sound, electromagnetic waves...)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her head down, talking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earnestly</w:t>
      </w:r>
      <w:r>
        <w:rPr>
          <w:b/>
          <w:bCs/>
        </w:rPr>
        <w:t xml:space="preserve"> </w:t>
      </w:r>
      <w:r>
        <w:rPr>
          <w:b/>
          <w:bCs/>
        </w:rPr>
        <w:t xml:space="preserve">to Shandra.</w:t>
      </w:r>
      <w:r>
        <w:br/>
      </w:r>
      <w:r>
        <w:t xml:space="preserve">    (a) finally; or in the end</w:t>
      </w:r>
      <w:r>
        <w:br/>
      </w:r>
      <w:r>
        <w:t xml:space="preserve">    (b) in a self-aware manner</w:t>
      </w:r>
      <w:r>
        <w:br/>
      </w:r>
      <w:r>
        <w:t xml:space="preserve">    (c) sincerely or seriously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Kinnow players never recovered from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assault</w:t>
      </w:r>
      <w:r>
        <w:rPr>
          <w:b/>
          <w:bCs/>
        </w:rPr>
        <w:t xml:space="preserve">, although they did manage to move the ball into our end of the field.</w:t>
      </w:r>
      <w:r>
        <w:br/>
      </w:r>
      <w:r>
        <w:t xml:space="preserve">    (a) attack</w:t>
      </w:r>
      <w:r>
        <w:br/>
      </w:r>
      <w:r>
        <w:t xml:space="preserve">    (b) unwrap</w:t>
      </w:r>
      <w:r>
        <w:br/>
      </w:r>
      <w:r>
        <w:t xml:space="preserve">    (c) follow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anything major, like a school report, I use Dad's big IBM, which is down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alcove</w:t>
      </w:r>
      <w:r>
        <w:rPr>
          <w:b/>
          <w:bCs/>
        </w:rPr>
        <w:t xml:space="preserve"> </w:t>
      </w:r>
      <w:r>
        <w:rPr>
          <w:b/>
          <w:bCs/>
        </w:rPr>
        <w:t xml:space="preserve">off the great room.</w:t>
      </w:r>
      <w:r>
        <w:br/>
      </w:r>
      <w:r>
        <w:t xml:space="preserve">    (a) a room leading to a larger or more important room</w:t>
      </w:r>
      <w:r>
        <w:br/>
      </w:r>
      <w:r>
        <w:t xml:space="preserve">    (b) a recessed or secluded space -- such as in a room or garden</w:t>
      </w:r>
      <w:r>
        <w:br/>
      </w:r>
      <w:r>
        <w:t xml:space="preserve">    (c) extensive plain without trees (associated with eastern Russia and Siberia)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even started two games at fullback after Shandra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collided</w:t>
      </w:r>
      <w:r>
        <w:rPr>
          <w:b/>
          <w:bCs/>
        </w:rPr>
        <w:t xml:space="preserve"> </w:t>
      </w:r>
      <w:r>
        <w:rPr>
          <w:b/>
          <w:bCs/>
        </w:rPr>
        <w:t xml:space="preserve">with Dolly in practice and wrenched Dolly's back.</w:t>
      </w:r>
      <w:r>
        <w:br/>
      </w:r>
      <w:r>
        <w:t xml:space="preserve">    (a) exposed as not true, real, or as valuable as others thought</w:t>
      </w:r>
      <w:r>
        <w:br/>
      </w:r>
      <w:r>
        <w:t xml:space="preserve">    (b) crashed together with violent impact; or came into conflict</w:t>
      </w:r>
      <w:r>
        <w:br/>
      </w:r>
      <w:r>
        <w:t xml:space="preserve">    (c) edited by omitting or modifying parts considered indelicate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years later the U.S.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boycotted</w:t>
      </w:r>
      <w:r>
        <w:rPr>
          <w:b/>
          <w:bCs/>
        </w:rPr>
        <w:t xml:space="preserve"> </w:t>
      </w:r>
      <w:r>
        <w:rPr>
          <w:b/>
          <w:bCs/>
        </w:rPr>
        <w:t xml:space="preserve">the Olympic games in Moscow, so none of our athletes got to go.</w:t>
      </w:r>
      <w:r>
        <w:br/>
      </w:r>
      <w:r>
        <w:t xml:space="preserve">    (a) refused to participate in (as a protest)</w:t>
      </w:r>
      <w:r>
        <w:br/>
      </w:r>
      <w:r>
        <w:t xml:space="preserve">    (b) presented something to treat as true in order to advance a discussion or to further investigation even though it might not be true</w:t>
      </w:r>
      <w:r>
        <w:br/>
      </w:r>
      <w:r>
        <w:t xml:space="preserve">    (c) expressed feelings or thoughts enthusiastically  OR  squirted or gave off (typically under pressure such as blood or leaking gas)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Victor seemed more intent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intimidating</w:t>
      </w:r>
      <w:r>
        <w:rPr>
          <w:b/>
          <w:bCs/>
        </w:rPr>
        <w:t xml:space="preserve"> </w:t>
      </w:r>
      <w:r>
        <w:rPr>
          <w:b/>
          <w:bCs/>
        </w:rPr>
        <w:t xml:space="preserve">Gino than he was on getting the ball.</w:t>
      </w:r>
      <w:r>
        <w:br/>
      </w:r>
      <w:r>
        <w:t xml:space="preserve">    (a) making fearful</w:t>
      </w:r>
      <w:r>
        <w:br/>
      </w:r>
      <w:r>
        <w:t xml:space="preserve">    (b) avoiding waste</w:t>
      </w:r>
      <w:r>
        <w:br/>
      </w:r>
      <w:r>
        <w:t xml:space="preserve">    (c) briefly seeing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punched shots away;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deflected</w:t>
      </w:r>
      <w:r>
        <w:rPr>
          <w:b/>
          <w:bCs/>
        </w:rPr>
        <w:t xml:space="preserve"> </w:t>
      </w:r>
      <w:r>
        <w:rPr>
          <w:b/>
          <w:bCs/>
        </w:rPr>
        <w:t xml:space="preserve">shots over the goalpost; I came out and slid into them before they could get shots off.</w:t>
      </w:r>
      <w:r>
        <w:br/>
      </w:r>
      <w:r>
        <w:t xml:space="preserve">    (a) excessively examined in an attempt to better understand</w:t>
      </w:r>
      <w:r>
        <w:br/>
      </w:r>
      <w:r>
        <w:t xml:space="preserve">    (b) made something lighter -- such as an area of a painting</w:t>
      </w:r>
      <w:r>
        <w:br/>
      </w:r>
      <w:r>
        <w:t xml:space="preserve">    (c) turned aside from a fixed direction or line of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pulled off the blankets and stood up,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humiliated</w:t>
      </w:r>
      <w:r>
        <w:rPr>
          <w:b/>
          <w:bCs/>
        </w:rPr>
        <w:t xml:space="preserve">.</w:t>
      </w:r>
      <w:r>
        <w:br/>
      </w:r>
      <w:r>
        <w:t xml:space="preserve">    (a) caused great mental or physical suffering</w:t>
      </w:r>
      <w:r>
        <w:br/>
      </w:r>
      <w:r>
        <w:t xml:space="preserve">    (b) not altered in an unnatural or untrue way</w:t>
      </w:r>
      <w:r>
        <w:br/>
      </w:r>
      <w:r>
        <w:t xml:space="preserve">    (c) extremely embarrassed (decreased dignity)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they would have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 </w:t>
      </w:r>
      <w:r>
        <w:rPr>
          <w:b/>
          <w:bCs/>
        </w:rPr>
        <w:t xml:space="preserve">their last victory against Tangerine High.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to lose or surrender something -- often as a penalty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penalty for this and for any other Level Four Infraction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expulsion</w:t>
      </w:r>
      <w:r>
        <w:rPr>
          <w:b/>
          <w:bCs/>
        </w:rPr>
        <w:t xml:space="preserve">.</w:t>
      </w:r>
      <w:r>
        <w:br/>
      </w:r>
      <w:r>
        <w:t xml:space="preserve">    (a) the act of forcing out</w:t>
      </w:r>
      <w:r>
        <w:br/>
      </w:r>
      <w:r>
        <w:t xml:space="preserve">    (b) not easily set on fire</w:t>
      </w:r>
      <w:r>
        <w:br/>
      </w:r>
      <w:r>
        <w:t xml:space="preserve">    (c) surrounding conditions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2026-07-31T20:02:42Z</dcterms:created>
  <dcterms:modified xsi:type="dcterms:W3CDTF">2026-07-31T20:02:42Z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