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amar-mal-peet-vocabulary-in-context"/>
    <w:p>
      <w:pPr>
        <w:pStyle w:val="Heading1"/>
      </w:pPr>
      <w:r>
        <w:rPr>
          <w:b/>
          <w:bCs/>
        </w:rPr>
        <w:t xml:space="preserve">Tamar</w:t>
      </w:r>
      <w:r>
        <w:br/>
      </w:r>
      <w:r>
        <w:rPr>
          <w:i/>
          <w:iCs/>
        </w:rPr>
        <w:t xml:space="preserve">Mal Peet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was a child, fussy about his food, Marijke had told him stories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rationing</w:t>
      </w:r>
      <w:r>
        <w:rPr>
          <w:b/>
          <w:bCs/>
        </w:rPr>
        <w:t xml:space="preserve"> </w:t>
      </w:r>
      <w:r>
        <w:rPr>
          <w:b/>
          <w:bCs/>
        </w:rPr>
        <w:t xml:space="preserve">and hunger and people who would kill each other for a chicken.</w:t>
      </w:r>
      <w:r>
        <w:br/>
      </w:r>
      <w:r>
        <w:t xml:space="preserve">    (a) restricting the amount of something each person can have -- such as food or gasoline when there is a shortage</w:t>
      </w:r>
      <w:r>
        <w:br/>
      </w:r>
      <w:r>
        <w:t xml:space="preserve">    (b) "spiritual renewing" a person in a Christian ceremony  OR  initiating or purifying by a challenging experience</w:t>
      </w:r>
      <w:r>
        <w:br/>
      </w:r>
      <w:r>
        <w:t xml:space="preserve">    (c) treating something in an educated, intellectual way -- often excluding emotional or practical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, or something?</w:t>
      </w:r>
      <w:r>
        <w:br/>
      </w:r>
      <w:r>
        <w:t xml:space="preserve">    (a) not thoughtful about the past</w:t>
      </w:r>
      <w:r>
        <w:br/>
      </w:r>
      <w:r>
        <w:t xml:space="preserve">    (b) evil, harmful, or frightening</w:t>
      </w:r>
      <w:r>
        <w:br/>
      </w:r>
      <w:r>
        <w:t xml:space="preserve">    (c) not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almost as afraid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liberation</w:t>
      </w:r>
      <w:r>
        <w:rPr>
          <w:b/>
          <w:bCs/>
        </w:rPr>
        <w:t xml:space="preserve"> </w:t>
      </w:r>
      <w:r>
        <w:rPr>
          <w:b/>
          <w:bCs/>
        </w:rPr>
        <w:t xml:space="preserve">as I am of anything else.</w:t>
      </w:r>
      <w:r>
        <w:br/>
      </w:r>
      <w:r>
        <w:t xml:space="preserve">    (a) aroused or inspired again</w:t>
      </w:r>
      <w:r>
        <w:br/>
      </w:r>
      <w:r>
        <w:t xml:space="preserve">    (b) expressing intense hatred</w:t>
      </w:r>
      <w:r>
        <w:br/>
      </w:r>
      <w:r>
        <w:t xml:space="preserve">    (c) the act of being set free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colleagues</w:t>
      </w:r>
      <w:r>
        <w:rPr>
          <w:b/>
          <w:bCs/>
        </w:rPr>
        <w:t xml:space="preserve"> </w:t>
      </w:r>
      <w:r>
        <w:rPr>
          <w:b/>
          <w:bCs/>
        </w:rPr>
        <w:t xml:space="preserve">gave us this information just before he died.</w:t>
      </w:r>
      <w:r>
        <w:br/>
      </w:r>
      <w:r>
        <w:t xml:space="preserve">    (a) scales where each step is a multiple of the prior step rather than a fixed addition to it</w:t>
      </w:r>
      <w:r>
        <w:br/>
      </w:r>
      <w:r>
        <w:t xml:space="preserve">    (b) fellow workers -- especially in a respected profession such as teaching, medicine, or law</w:t>
      </w:r>
      <w:r>
        <w:br/>
      </w:r>
      <w:r>
        <w:t xml:space="preserve">    (c) mammals of a specific type that seldom move and are typically very slow when they do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visit my aunt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asylum</w:t>
      </w:r>
      <w:r>
        <w:rPr>
          <w:b/>
          <w:bCs/>
        </w:rPr>
        <w:t xml:space="preserve"> </w:t>
      </w:r>
      <w:r>
        <w:rPr>
          <w:b/>
          <w:bCs/>
        </w:rPr>
        <w:t xml:space="preserve">two or three times a week.</w:t>
      </w:r>
      <w:r>
        <w:br/>
      </w:r>
      <w:r>
        <w:t xml:space="preserve">    (a) something taken on or adopted</w:t>
      </w:r>
      <w:r>
        <w:br/>
      </w:r>
      <w:r>
        <w:t xml:space="preserve">    (b) aka analysist -- psychiatrist</w:t>
      </w:r>
      <w:r>
        <w:br/>
      </w:r>
      <w:r>
        <w:t xml:space="preserve">    (c) hospital for the mentally 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Dart attempted to make his stutter sound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.</w:t>
      </w:r>
      <w:r>
        <w:br/>
      </w:r>
      <w:r>
        <w:t xml:space="preserve">    (a) angered or annoyed at something unjust or wrong</w:t>
      </w:r>
      <w:r>
        <w:br/>
      </w:r>
      <w:r>
        <w:t xml:space="preserve">    (b) accepted of something undesired as unavoidable</w:t>
      </w:r>
      <w:r>
        <w:br/>
      </w:r>
      <w:r>
        <w:t xml:space="preserve">    (c) surprised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Pieter Grotius's workplace was a 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confusion of the shop.</w:t>
      </w:r>
      <w:r>
        <w:br/>
      </w:r>
      <w:r>
        <w:t xml:space="preserve">    (a) come to terms with</w:t>
      </w:r>
      <w:r>
        <w:br/>
      </w:r>
      <w:r>
        <w:t xml:space="preserve">    (b) something notably different compared (to something)</w:t>
      </w:r>
      <w:r>
        <w:br/>
      </w:r>
      <w:r>
        <w:t xml:space="preserve">    (c) block or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immense number of paint pots filled a shelf, arranged in a strict colour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 </w:t>
      </w:r>
      <w:r>
        <w:rPr>
          <w:b/>
          <w:bCs/>
        </w:rPr>
        <w:t xml:space="preserve">like a stretched and flattened rainbow.</w:t>
      </w:r>
      <w:r>
        <w:br/>
      </w:r>
      <w:r>
        <w:t xml:space="preserve">    (a) something repeated regularly</w:t>
      </w:r>
      <w:r>
        <w:br/>
      </w:r>
      <w:r>
        <w:t xml:space="preserve">    (b) arranged in a specific order</w:t>
      </w:r>
      <w:r>
        <w:br/>
      </w:r>
      <w:r>
        <w:t xml:space="preserve">    (c) tell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Grandad's head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recoiled</w:t>
      </w:r>
      <w:r>
        <w:rPr>
          <w:b/>
          <w:bCs/>
        </w:rPr>
        <w:t xml:space="preserve"> </w:t>
      </w:r>
      <w:r>
        <w:rPr>
          <w:b/>
          <w:bCs/>
        </w:rPr>
        <w:t xml:space="preserve">as if she had struck him physically, and he stumbled out of the car.</w:t>
      </w:r>
      <w:r>
        <w:br/>
      </w:r>
      <w:r>
        <w:t xml:space="preserve">    (a) excessively excited</w:t>
      </w:r>
      <w:r>
        <w:br/>
      </w:r>
      <w:r>
        <w:t xml:space="preserve">    (b) moved back suddenly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eyes were still very wild and she was turning her head from side to side, trying to work out where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stationary</w:t>
      </w:r>
      <w:r>
        <w:rPr>
          <w:b/>
          <w:bCs/>
        </w:rPr>
        <w:t xml:space="preserve"> </w:t>
      </w:r>
      <w:r>
        <w:rPr>
          <w:b/>
          <w:bCs/>
        </w:rPr>
        <w:t xml:space="preserve">car was taking her, looking for familiar landmarks along the imaginary route.</w:t>
      </w:r>
      <w:r>
        <w:br/>
      </w:r>
      <w:r>
        <w:t xml:space="preserve">    (a) male, female, or any of many trans categories</w:t>
      </w:r>
      <w:r>
        <w:br/>
      </w:r>
      <w:r>
        <w:t xml:space="preserve">    (b) standing still; or not capable of being moved</w:t>
      </w:r>
      <w:r>
        <w:br/>
      </w:r>
      <w:r>
        <w:t xml:space="preserve">    (c) an official charge (of having broken the law)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I was fourteen or so, her two languages were leaking into one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continuously</w:t>
      </w:r>
      <w:r>
        <w:rPr>
          <w:b/>
          <w:bCs/>
        </w:rPr>
        <w:t xml:space="preserve">.</w:t>
      </w:r>
      <w:r>
        <w:br/>
      </w:r>
      <w:r>
        <w:t xml:space="preserve">    (a) continuing in time or space without interruption or irregularity</w:t>
      </w:r>
      <w:r>
        <w:br/>
      </w:r>
      <w:r>
        <w:t xml:space="preserve">    (b) in a manner that serves to help explain or demonstrate something</w:t>
      </w:r>
      <w:r>
        <w:br/>
      </w:r>
      <w:r>
        <w:t xml:space="preserve">    (c) in a manner that tests someone or something for a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went on to say that despite "recent setbacks"—Koop snorted at this veiled reference to the Operation Market Garden disaster—an Allied victory in Europe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 </w:t>
      </w:r>
      <w:r>
        <w:rPr>
          <w:b/>
          <w:bCs/>
        </w:rPr>
        <w:t xml:space="preserve">and the liberation of all the Netherlands was at hand.</w:t>
      </w:r>
      <w:r>
        <w:br/>
      </w:r>
      <w:r>
        <w:t xml:space="preserve">    (a) circular movement</w:t>
      </w:r>
      <w:r>
        <w:br/>
      </w:r>
      <w:r>
        <w:t xml:space="preserve">    (b) certain to happen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sounded false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pompous</w:t>
      </w:r>
      <w:r>
        <w:rPr>
          <w:b/>
          <w:bCs/>
        </w:rPr>
        <w:t xml:space="preserve">, a quotation from somewhere.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self-important or arrogant in speech or behavior -- especially in a way that seems exaggerated or overly formal</w:t>
      </w:r>
      <w:r>
        <w:br/>
      </w:r>
      <w:r>
        <w:br/>
      </w:r>
      <w:r>
        <w:t xml:space="preserve">or more rarely:  showing ceremonial splendor (pomp)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aborted medical training was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irrelevant</w:t>
      </w:r>
      <w:r>
        <w:rPr>
          <w:b/>
          <w:bCs/>
        </w:rPr>
        <w:t xml:space="preserve">.</w:t>
      </w:r>
      <w:r>
        <w:br/>
      </w:r>
      <w:r>
        <w:t xml:space="preserve">    (a) not relevant (not related to the subject being considered, or not important enough to want to consider)</w:t>
      </w:r>
      <w:r>
        <w:br/>
      </w:r>
      <w:r>
        <w:t xml:space="preserve">    (b) the character or degree of bouncing back light (or more rarely: heat, sound, electromagnetic waves...)</w:t>
      </w:r>
      <w:r>
        <w:br/>
      </w:r>
      <w:r>
        <w:t xml:space="preserve">    (c) a person who works from within to destroy an established order; or relating to such destructive efforts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end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radio watches he'd slip quietly back to his room through the dark murmuring house.</w:t>
      </w:r>
      <w:r>
        <w:br/>
      </w:r>
      <w:r>
        <w:t xml:space="preserve">    (a) the quality of being unchanging or continuous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active during the night; or relating to night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recalled Tamar's cowardice in the plane on the night of the drop, the look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stupefied</w:t>
      </w:r>
      <w:r>
        <w:rPr>
          <w:b/>
          <w:bCs/>
        </w:rPr>
        <w:t xml:space="preserve"> </w:t>
      </w:r>
      <w:r>
        <w:rPr>
          <w:b/>
          <w:bCs/>
        </w:rPr>
        <w:t xml:space="preserve">terror on his face as he stood at the hatch.</w:t>
      </w:r>
      <w:r>
        <w:br/>
      </w:r>
      <w:r>
        <w:t xml:space="preserve">    (a) donated a portion of one's income to a church</w:t>
      </w:r>
      <w:r>
        <w:br/>
      </w:r>
      <w:r>
        <w:t xml:space="preserve">    (b) made unable to think; or completely surprised</w:t>
      </w:r>
      <w:r>
        <w:br/>
      </w:r>
      <w:r>
        <w:t xml:space="preserve">    (c) caused to happen or occurred as a consequence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was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melodramatic</w:t>
      </w:r>
      <w:r>
        <w:rPr>
          <w:b/>
          <w:bCs/>
        </w:rPr>
        <w:t xml:space="preserve">, maybe, but it is pretty weird when you see your name everywhere and it's got nothing to do with you.</w:t>
      </w:r>
      <w:r>
        <w:br/>
      </w:r>
      <w:r>
        <w:t xml:space="preserve">    (a) a story or behavior that is overly dramatic</w:t>
      </w:r>
      <w:r>
        <w:br/>
      </w:r>
      <w:r>
        <w:t xml:space="preserve">    (b) temperature scale used in most of the world</w:t>
      </w:r>
      <w:r>
        <w:br/>
      </w:r>
      <w:r>
        <w:t xml:space="preserve">    (c) devices that convert light into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one of very few people gifted with a cool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mind, he knew that only a small number of individuals were strong enough to reject happiness and gratification in order to shape the history of the world, and he was one of them.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orders from Amsterdam.</w:t>
      </w:r>
      <w:r>
        <w:br/>
      </w:r>
      <w:r>
        <w:t xml:space="preserve">    (a) clear, straightforward, or to the point</w:t>
      </w:r>
      <w:r>
        <w:br/>
      </w:r>
      <w:r>
        <w:t xml:space="preserve">    (b) meticulousness (care for small details)</w:t>
      </w:r>
      <w:r>
        <w:br/>
      </w:r>
      <w:r>
        <w:t xml:space="preserve">    (c) the state or degree of being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Koop had the Luger in his right hand, resting it against his chest, the muzzle pointing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at Dart.</w:t>
      </w:r>
      <w:r>
        <w:br/>
      </w:r>
      <w:r>
        <w:t xml:space="preserve">    (a) in a manner that is appropriate or related in size, amount, or degree</w:t>
      </w:r>
      <w:r>
        <w:br/>
      </w:r>
      <w:r>
        <w:t xml:space="preserve">    (b) straight (exactly where stated; used for emphasis)</w:t>
      </w:r>
      <w:r>
        <w:br/>
      </w:r>
      <w:r>
        <w:t xml:space="preserve">    (c) in a manner that is not sexually attractive, or persuasively tempting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2026-07-31T19:07:15Z</dcterms:created>
  <dcterms:modified xsi:type="dcterms:W3CDTF">2026-07-31T19:07:15Z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