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feb3cf7fb13b79c81923d055f996cd3db6ca8f"/>
    <w:p>
      <w:pPr>
        <w:pStyle w:val="Heading1"/>
      </w:pPr>
      <w:r>
        <w:rPr>
          <w:b/>
          <w:bCs/>
        </w:rPr>
        <w:t xml:space="preserve">Take the Tortillas out of Your Poetry</w:t>
      </w:r>
      <w:r>
        <w:br/>
      </w:r>
      <w:r>
        <w:rPr>
          <w:i/>
          <w:iCs/>
        </w:rPr>
        <w:t xml:space="preserve">Rudolfo Anaya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me, reading has always been a path toward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fulfillment.</w:t>
      </w:r>
      <w:r>
        <w:br/>
      </w:r>
      <w:r>
        <w:t xml:space="preserve">    (a) the act of being set free</w:t>
      </w:r>
      <w:r>
        <w:br/>
      </w:r>
      <w:r>
        <w:t xml:space="preserve">    (b) aroused or inspired again</w:t>
      </w:r>
      <w:r>
        <w:br/>
      </w:r>
      <w:r>
        <w:t xml:space="preserve">    (c) expressing intense hatred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Censorship has affected me directly, and I have formed some ideas on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insidious</w:t>
      </w:r>
      <w:r>
        <w:rPr>
          <w:b/>
          <w:bCs/>
        </w:rPr>
        <w:t xml:space="preserve"> </w:t>
      </w:r>
      <w:r>
        <w:rPr>
          <w:b/>
          <w:bCs/>
        </w:rPr>
        <w:t xml:space="preserve">activity, but fist, I want to give an example of censorship which recently affected a friend of mine.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not appearing dangerous, but actually very harmful over time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treacherous  (dangerous due to trickery or from hidden or unpredictable risks)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some time I have been encouraging Chicano writers to apply for literary fellowships from the National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Endowment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Arts.</w:t>
      </w:r>
      <w:r>
        <w:br/>
      </w:r>
      <w:r>
        <w:t xml:space="preserve">    (a) the invested money that provides income for an institution; or an instance of giving such money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abilities or qualities -- especially those that are nature-given</w:t>
      </w:r>
      <w:r>
        <w:br/>
      </w:r>
      <w:r>
        <w:t xml:space="preserve">    (b) a musical play with orchestra in which most of the dialogue is sung (or the art form that consists of such musicals; or describing something as related to that art form)</w:t>
      </w:r>
      <w:r>
        <w:br/>
      </w:r>
      <w:r>
        <w:t xml:space="preserve">    (c) a person with or something related to an eating disorder in which overeating is followed by guilt and unhealthy attempts at correction -- especially self-induced vomiting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friend rightfully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deduced</w:t>
      </w:r>
      <w:r>
        <w:rPr>
          <w:b/>
          <w:bCs/>
        </w:rPr>
        <w:t xml:space="preserve"> </w:t>
      </w:r>
      <w:r>
        <w:rPr>
          <w:b/>
          <w:bCs/>
        </w:rPr>
        <w:t xml:space="preserve">that his poetry was not receiving a fair reading.</w:t>
      </w:r>
      <w:r>
        <w:br/>
      </w:r>
      <w:r>
        <w:t xml:space="preserve">    (a) concluded by reasoning</w:t>
      </w:r>
      <w:r>
        <w:br/>
      </w:r>
      <w:r>
        <w:t xml:space="preserve">    (b) not roughly calculated</w:t>
      </w:r>
      <w:r>
        <w:br/>
      </w:r>
      <w:r>
        <w:t xml:space="preserve">    (c) influenced or effected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friend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censoring</w:t>
      </w:r>
      <w:r>
        <w:rPr>
          <w:b/>
          <w:bCs/>
        </w:rPr>
        <w:t xml:space="preserve"> </w:t>
      </w:r>
      <w:r>
        <w:rPr>
          <w:b/>
          <w:bCs/>
        </w:rPr>
        <w:t xml:space="preserve">his creativity in order to fit the imposed criteria.</w:t>
      </w:r>
      <w:r>
        <w:br/>
      </w:r>
      <w:r>
        <w:t xml:space="preserve">    (a) treating in a manner that demonstrates a sense of superiority, but is supposed to seem kind</w:t>
      </w:r>
      <w:r>
        <w:br/>
      </w:r>
      <w:r>
        <w:t xml:space="preserve">    (b) removing or suppressing something considered obscene, immoral, or politically unacceptable</w:t>
      </w:r>
      <w:r>
        <w:br/>
      </w:r>
      <w:r>
        <w:t xml:space="preserve">    (c) persuading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friend was censoring his creativity in order to fit the imposed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.</w:t>
      </w:r>
      <w:r>
        <w:br/>
      </w:r>
      <w:r>
        <w:t xml:space="preserve">    (a) reference points against which things can be evaluated</w:t>
      </w:r>
      <w:r>
        <w:br/>
      </w:r>
      <w:r>
        <w:t xml:space="preserve">    (b) speaks with someone about something for the first time</w:t>
      </w:r>
      <w:r>
        <w:br/>
      </w:r>
      <w:r>
        <w:t xml:space="preserve">    (c) the act of protecting something or keeping it as it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not believe we should have to leave 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elements of our language and culture to contribute to American literature, but, unfortunately, this is a conclusion I am forced to reach.</w:t>
      </w:r>
      <w:r>
        <w:br/>
      </w:r>
      <w:r>
        <w:t xml:space="preserve">    (a) more than is needed</w:t>
      </w:r>
      <w:r>
        <w:br/>
      </w:r>
      <w:r>
        <w:t xml:space="preserve">    (b) natural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are the methods of commission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omission</w:t>
      </w:r>
      <w:r>
        <w:rPr>
          <w:b/>
          <w:bCs/>
        </w:rPr>
        <w:t xml:space="preserve"> </w:t>
      </w:r>
      <w:r>
        <w:rPr>
          <w:b/>
          <w:bCs/>
        </w:rPr>
        <w:t xml:space="preserve">that censorship employs?</w:t>
      </w:r>
      <w:r>
        <w:br/>
      </w:r>
      <w:r>
        <w:t xml:space="preserve">    (a) something left out that should have been included</w:t>
      </w:r>
      <w:r>
        <w:br/>
      </w:r>
      <w:r>
        <w:t xml:space="preserve">    (b) an impressive country house (or castle) in France</w:t>
      </w:r>
      <w:r>
        <w:br/>
      </w:r>
      <w:r>
        <w:t xml:space="preserve">    (c) people who do not believe in the existence of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we leave out our tortillas—and by that I mean the language, history, cultural values,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themes</w:t>
      </w:r>
      <w:r>
        <w:rPr>
          <w:b/>
          <w:bCs/>
        </w:rPr>
        <w:t xml:space="preserve"> </w:t>
      </w:r>
      <w:r>
        <w:rPr>
          <w:b/>
          <w:bCs/>
        </w:rPr>
        <w:t xml:space="preserve">of our literature—the very culture we're portraying will die.</w:t>
      </w:r>
      <w:r>
        <w:br/>
      </w:r>
      <w:r>
        <w:t xml:space="preserve">    (a) recurring ideas</w:t>
      </w:r>
      <w:r>
        <w:br/>
      </w:r>
      <w:r>
        <w:t xml:space="preserve">    (b) (noun) strips of hair that are lighter in color  OR  (verb) makes strips of hair lighter in color</w:t>
      </w:r>
      <w:r>
        <w:br/>
      </w:r>
      <w:r>
        <w:t xml:space="preserve">    (c) changes the direction of a light wave (or other wave) by passing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a time when multicultural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diversity</w:t>
      </w:r>
      <w:r>
        <w:rPr>
          <w:b/>
          <w:bCs/>
        </w:rPr>
        <w:t xml:space="preserve"> </w:t>
      </w:r>
      <w:r>
        <w:rPr>
          <w:b/>
          <w:bCs/>
        </w:rPr>
        <w:t xml:space="preserve">is challenging the literary canon of this country, the major publishers still are barely now responding to the literary output of Chicano writers.</w:t>
      </w:r>
      <w:r>
        <w:br/>
      </w:r>
      <w:r>
        <w:t xml:space="preserve">    (a) classical music in which a theme is introduced and then extended and developed through some number of successive imitations</w:t>
      </w:r>
      <w:r>
        <w:br/>
      </w:r>
      <w:r>
        <w:t xml:space="preserve">    (b) the ability and tendency to determine what should be done and to start doing it without instruction; or to start something</w:t>
      </w:r>
      <w:r>
        <w:br/>
      </w:r>
      <w:r>
        <w:t xml:space="preserve">    (c) the condition of variety -- especially in reference to members of a population group who are of different races or cultures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presses of the 1960s were created to contest the status quo.</w:t>
      </w:r>
      <w:r>
        <w:br/>
      </w:r>
      <w:r>
        <w:t xml:space="preserve">    (a) non-traditional or non-standard</w:t>
      </w:r>
      <w:r>
        <w:br/>
      </w:r>
      <w:r>
        <w:t xml:space="preserve">    (b) poor ability to make a decision</w:t>
      </w:r>
      <w:r>
        <w:br/>
      </w:r>
      <w:r>
        <w:t xml:space="preserve">    (c) relating to a period of testing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alternative presses of the 1960s were created to contest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status quo</w:t>
      </w:r>
      <w:r>
        <w:rPr>
          <w:b/>
          <w:bCs/>
        </w:rPr>
        <w:t xml:space="preserve">.</w:t>
      </w:r>
      <w:r>
        <w:br/>
      </w:r>
      <w:r>
        <w:t xml:space="preserve">    (a) the existing situation (the way things are now or the way they typically are)</w:t>
      </w:r>
      <w:r>
        <w:br/>
      </w:r>
      <w:r>
        <w:t xml:space="preserve">    (b) an artist who created medieval European art associated with Gothic cathedrals</w:t>
      </w:r>
      <w:r>
        <w:br/>
      </w:r>
      <w:r>
        <w:t xml:space="preserve">    (c) 3-dimensional X-ray images of parts of the body using computerized tomography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Censorship is fear clothed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guise</w:t>
      </w:r>
      <w:r>
        <w:rPr>
          <w:b/>
          <w:bCs/>
        </w:rPr>
        <w:t xml:space="preserve"> </w:t>
      </w:r>
      <w:r>
        <w:rPr>
          <w:b/>
          <w:bCs/>
        </w:rPr>
        <w:t xml:space="preserve">of misguided righteousness.</w:t>
      </w:r>
      <w:r>
        <w:br/>
      </w:r>
      <w:r>
        <w:t xml:space="preserve">    (a) the act of again being in a working position; or the act of starting again</w:t>
      </w:r>
      <w:r>
        <w:br/>
      </w:r>
      <w:r>
        <w:t xml:space="preserve">    (b) an outward appearance -- often one that hides the true nature of something</w:t>
      </w:r>
      <w:r>
        <w:br/>
      </w:r>
      <w:r>
        <w:t xml:space="preserve">    (c) someone involved in challenging, arguing about, or fighting over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course, our poetry and literature reflected to our communities our history and our right to exist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 </w:t>
      </w:r>
      <w:r>
        <w:rPr>
          <w:b/>
          <w:bCs/>
        </w:rPr>
        <w:t xml:space="preserve">culture.</w:t>
      </w:r>
      <w:r>
        <w:br/>
      </w:r>
      <w:r>
        <w:t xml:space="preserve">    (a) unbelieving; or having difficulty accepting something so unexpected</w:t>
      </w:r>
      <w:r>
        <w:br/>
      </w:r>
      <w:r>
        <w:t xml:space="preserve">    (b) clear, easily noticed, and/or identifiable as different or separate</w:t>
      </w:r>
      <w:r>
        <w:br/>
      </w:r>
      <w:r>
        <w:t xml:space="preserve">    (c) not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Fifteen million Chicanos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clamoring</w:t>
      </w:r>
      <w:r>
        <w:rPr>
          <w:b/>
          <w:bCs/>
        </w:rPr>
        <w:t xml:space="preserve"> </w:t>
      </w:r>
      <w:r>
        <w:rPr>
          <w:b/>
          <w:bCs/>
        </w:rPr>
        <w:t xml:space="preserve">at the door, insisting that the schools also belonged to us, that we had a right to our literature in the schools, and the conservative opposition in power fought back by burning our books.</w:t>
      </w:r>
      <w:r>
        <w:br/>
      </w:r>
      <w:r>
        <w:t xml:space="preserve">    (a) walking in an awkward, shuffling way</w:t>
      </w:r>
      <w:r>
        <w:br/>
      </w:r>
      <w:r>
        <w:t xml:space="preserve">    (b) suggesting that someone was involved</w:t>
      </w:r>
      <w:r>
        <w:br/>
      </w:r>
      <w:r>
        <w:t xml:space="preserve">    (c) demanding loudly and/or persistently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narrow-minded</w:t>
      </w:r>
      <w:r>
        <w:rPr>
          <w:b/>
          <w:bCs/>
        </w:rPr>
        <w:t xml:space="preserve"> </w:t>
      </w:r>
      <w:r>
        <w:rPr>
          <w:b/>
          <w:bCs/>
        </w:rPr>
        <w:t xml:space="preserve">reactionaries are still fighting us.</w:t>
      </w:r>
      <w:r>
        <w:br/>
      </w:r>
      <w:r>
        <w:t xml:space="preserve">    (a) not relating to any single sect -- usually indicating the inclusion of all religious groups</w:t>
      </w:r>
      <w:r>
        <w:br/>
      </w:r>
      <w:r>
        <w:t xml:space="preserve">    (b) unwilling to consider other views; or limited in perspective due to insufficient background</w:t>
      </w:r>
      <w:r>
        <w:br/>
      </w:r>
      <w:r>
        <w:t xml:space="preserve">    (c) the quality or degree of being in a crosswise direction (at a right angle to the long axis)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threat to keep us subservient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abate</w:t>
      </w:r>
      <w:r>
        <w:rPr>
          <w:b/>
          <w:bCs/>
        </w:rPr>
        <w:t xml:space="preserve">.</w:t>
      </w:r>
      <w:r>
        <w:br/>
      </w:r>
      <w:r>
        <w:t xml:space="preserve">    (a) learn, discover, or decide in advance</w:t>
      </w:r>
      <w:r>
        <w:br/>
      </w:r>
      <w:r>
        <w:t xml:space="preserve">    (b) protect something or keep it as it is</w:t>
      </w:r>
      <w:r>
        <w:br/>
      </w:r>
      <w:r>
        <w:t xml:space="preserve">    (c) to become less in amount or intensity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English-Only movement continued the old censorship we had felt on the school playgrounds, but now the game had moved into the state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legislatures</w:t>
      </w:r>
      <w:r>
        <w:rPr>
          <w:b/>
          <w:bCs/>
        </w:rPr>
        <w:t xml:space="preserve">.</w:t>
      </w:r>
      <w:r>
        <w:br/>
      </w:r>
      <w:r>
        <w:t xml:space="preserve">    (a) organizations, each of which is comprised of firms in a single industry</w:t>
      </w:r>
      <w:r>
        <w:br/>
      </w:r>
      <w:r>
        <w:t xml:space="preserve">    (b) thousands of very small unit of electrical energy (thousands of joules)</w:t>
      </w:r>
      <w:r>
        <w:br/>
      </w:r>
      <w:r>
        <w:t xml:space="preserve">    (c) groups of government representatives that have the power to create laws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Art is a very human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, and itcontains within its process and the objects it produces a road to liberation.</w:t>
      </w:r>
      <w:r>
        <w:br/>
      </w:r>
      <w:r>
        <w:t xml:space="preserve">    (a) a slight amount; or to contain a slight amount</w:t>
      </w:r>
      <w:r>
        <w:br/>
      </w:r>
      <w:r>
        <w:t xml:space="preserve">    (b) to attempt; or a project or activity attempted</w:t>
      </w:r>
      <w:r>
        <w:br/>
      </w:r>
      <w:r>
        <w:t xml:space="preserve">    (c) to write or exchange written letters or emails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liberation is significant not only to the individual artist, 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community.</w:t>
      </w:r>
      <w:r>
        <w:br/>
      </w:r>
      <w:r>
        <w:t xml:space="preserve">    (a) of the philosophical &amp; religious system based on the teachings of Laozi (also spelled Taoist)</w:t>
      </w:r>
      <w:r>
        <w:br/>
      </w:r>
      <w:r>
        <w:t xml:space="preserve">    (b) a large, elongated gland located behind the stomach that secretes digestive enzymes and insulin</w:t>
      </w:r>
      <w:r>
        <w:br/>
      </w:r>
      <w:r>
        <w:t xml:space="preserve">    (c) something previously unknown; or making such a thing known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2026-07-31T19:07:09Z</dcterms:created>
  <dcterms:modified xsi:type="dcterms:W3CDTF">2026-07-31T19:07:09Z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