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058033a84f5f64e6b6f15a7bf004f0a61b1d11"/>
    <w:p>
      <w:pPr>
        <w:pStyle w:val="Heading1"/>
      </w:pPr>
      <w:r>
        <w:rPr>
          <w:b/>
          <w:bCs/>
        </w:rPr>
        <w:t xml:space="preserve">Sweet Far Thing</w:t>
      </w:r>
      <w:r>
        <w:br/>
      </w:r>
      <w:r>
        <w:rPr>
          <w:i/>
          <w:iCs/>
        </w:rPr>
        <w:t xml:space="preserve">Libba Bray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hideously</w:t>
      </w:r>
      <w:r>
        <w:rPr>
          <w:b/>
          <w:bCs/>
        </w:rPr>
        <w:t xml:space="preserve"> </w:t>
      </w:r>
      <w:r>
        <w:rPr>
          <w:b/>
          <w:bCs/>
        </w:rPr>
        <w:t xml:space="preserve">jealous.</w:t>
      </w:r>
      <w:r>
        <w:br/>
      </w:r>
      <w:r>
        <w:t xml:space="preserve">    (a) in a manner that causes great mental or physical suffering</w:t>
      </w:r>
      <w:r>
        <w:br/>
      </w:r>
      <w:r>
        <w:t xml:space="preserve">    (b) in an extremely ugly, offensive, and/or frightening manner</w:t>
      </w:r>
      <w:r>
        <w:br/>
      </w:r>
      <w:r>
        <w:t xml:space="preserve">    (c) in a manner that relates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Come May, when Felicity and I make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debuts</w:t>
      </w:r>
      <w:r>
        <w:rPr>
          <w:b/>
          <w:bCs/>
        </w:rPr>
        <w:t xml:space="preserve">, Ann will go to work for them as governess to their two children.</w:t>
      </w:r>
      <w:r>
        <w:br/>
      </w:r>
      <w:r>
        <w:t xml:space="preserve">    (a) boundaries or limits</w:t>
      </w:r>
      <w:r>
        <w:br/>
      </w:r>
      <w:r>
        <w:t xml:space="preserve">    (b) gains advantage from</w:t>
      </w:r>
      <w:r>
        <w:br/>
      </w:r>
      <w:r>
        <w:t xml:space="preserve">    (c) a first presentation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she is covered in fresh welts that will soon blend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tapestry</w:t>
      </w:r>
      <w:r>
        <w:rPr>
          <w:b/>
          <w:bCs/>
        </w:rPr>
        <w:t xml:space="preserve"> </w:t>
      </w:r>
      <w:r>
        <w:rPr>
          <w:b/>
          <w:bCs/>
        </w:rPr>
        <w:t xml:space="preserve">of old scars woven into her flesh.</w:t>
      </w:r>
      <w:r>
        <w:br/>
      </w:r>
      <w:r>
        <w:t xml:space="preserve">    (a) suffer through (or put up with something difficult or unpleasant)</w:t>
      </w:r>
      <w:r>
        <w:br/>
      </w:r>
      <w:r>
        <w:t xml:space="preserve">    (b) communication through gestures and body movements (without words)</w:t>
      </w:r>
      <w:r>
        <w:br/>
      </w:r>
      <w:r>
        <w:t xml:space="preserve">    (c) something consisting of many interconnected, non-mechanical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Felicity checks behind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tapestries</w:t>
      </w:r>
      <w:r>
        <w:rPr>
          <w:b/>
          <w:bCs/>
        </w:rPr>
        <w:t xml:space="preserve"> </w:t>
      </w:r>
      <w:r>
        <w:rPr>
          <w:b/>
          <w:bCs/>
        </w:rPr>
        <w:t xml:space="preserve">in the room on the chance it's all a game of hide-and-seek.</w:t>
      </w:r>
      <w:r>
        <w:br/>
      </w:r>
      <w:r>
        <w:t xml:space="preserve">    (a) understands or explains something in a particular way</w:t>
      </w:r>
      <w:r>
        <w:br/>
      </w:r>
      <w:r>
        <w:t xml:space="preserve">    (b) admits ceremoniously into an organization or position</w:t>
      </w:r>
      <w:r>
        <w:br/>
      </w:r>
      <w:r>
        <w:t xml:space="preserve">    (c) rug-like artworks -- often hung on a wall for display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promised to join hands with my friends, with Kartik, and with the tribes of the realms to make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alliance</w:t>
      </w:r>
      <w:r>
        <w:rPr>
          <w:b/>
          <w:bCs/>
        </w:rPr>
        <w:t xml:space="preserve">, with a share of magic for all.</w:t>
      </w:r>
      <w:r>
        <w:br/>
      </w:r>
      <w:r>
        <w:t xml:space="preserve">    (a) association formed to support common interests</w:t>
      </w:r>
      <w:r>
        <w:br/>
      </w:r>
      <w:r>
        <w:t xml:space="preserve">    (b) sense of isolation due to competing interests</w:t>
      </w:r>
      <w:r>
        <w:br/>
      </w:r>
      <w:r>
        <w:t xml:space="preserve">    (c) set of competing interests amongst neighbors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man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intrigued</w:t>
      </w:r>
      <w:r>
        <w:rPr>
          <w:b/>
          <w:bCs/>
        </w:rPr>
        <w:t xml:space="preserve">.</w:t>
      </w:r>
      <w:r>
        <w:br/>
      </w:r>
      <w:r>
        <w:t xml:space="preserve">    (a) stopped (something from happening)</w:t>
      </w:r>
      <w:r>
        <w:br/>
      </w:r>
      <w:r>
        <w:t xml:space="preserve">    (b) not provided with investment funds</w:t>
      </w:r>
      <w:r>
        <w:br/>
      </w:r>
      <w:r>
        <w:t xml:space="preserve">    (c) 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your stories may surpass his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intrigue</w:t>
      </w:r>
      <w:r>
        <w:rPr>
          <w:b/>
          <w:bCs/>
        </w:rPr>
        <w:t xml:space="preserve"> </w:t>
      </w:r>
      <w:r>
        <w:rPr>
          <w:b/>
          <w:bCs/>
        </w:rPr>
        <w:t xml:space="preserve">and dastardly deeds!</w:t>
      </w:r>
      <w:r>
        <w:br/>
      </w:r>
      <w:r>
        <w:t xml:space="preserve">    (a) a subtle characteristic</w:t>
      </w:r>
      <w:r>
        <w:br/>
      </w:r>
      <w:r>
        <w:t xml:space="preserve">    (b) interaction or interest</w:t>
      </w:r>
      <w:r>
        <w:br/>
      </w:r>
      <w:r>
        <w:t xml:space="preserve">    (c) secret schemes or plots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conjure</w:t>
      </w:r>
      <w:r>
        <w:rPr>
          <w:b/>
          <w:bCs/>
        </w:rPr>
        <w:t xml:space="preserve"> </w:t>
      </w:r>
      <w:r>
        <w:rPr>
          <w:b/>
          <w:bCs/>
        </w:rPr>
        <w:t xml:space="preserve">her memory.</w:t>
      </w:r>
      <w:r>
        <w:br/>
      </w:r>
      <w:r>
        <w:t xml:space="preserve">    (a) read, listen, or watch with eager interest</w:t>
      </w:r>
      <w:r>
        <w:br/>
      </w:r>
      <w:r>
        <w:t xml:space="preserve">    (b) provide better understanding or make clear</w:t>
      </w:r>
      <w:r>
        <w:br/>
      </w:r>
      <w:r>
        <w:t xml:space="preserve">    (c) summon into action or bring into existence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"Really, you are brooding, Gemma, and have been all afternoon," Felicity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chides</w:t>
      </w:r>
      <w:r>
        <w:rPr>
          <w:b/>
          <w:bCs/>
        </w:rPr>
        <w:t xml:space="preserve"> </w:t>
      </w:r>
      <w:r>
        <w:rPr>
          <w:b/>
          <w:bCs/>
        </w:rPr>
        <w:t xml:space="preserve">as we walk the well-worn path to the chapel for evening prayers.</w:t>
      </w:r>
      <w:r>
        <w:br/>
      </w:r>
      <w:r>
        <w:t xml:space="preserve">    (a) boundaries or limits</w:t>
      </w:r>
      <w:r>
        <w:br/>
      </w:r>
      <w:r>
        <w:t xml:space="preserve">    (b) scolds or criticizes</w:t>
      </w:r>
      <w:r>
        <w:br/>
      </w:r>
      <w:r>
        <w:t xml:space="preserve">    (c) gains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Two of the Hajin carry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bushels</w:t>
      </w:r>
      <w:r>
        <w:rPr>
          <w:b/>
          <w:bCs/>
        </w:rPr>
        <w:t xml:space="preserve"> </w:t>
      </w:r>
      <w:r>
        <w:rPr>
          <w:b/>
          <w:bCs/>
        </w:rPr>
        <w:t xml:space="preserve">of bright red poppies gathered from the fields below.</w:t>
      </w:r>
      <w:r>
        <w:br/>
      </w:r>
      <w:r>
        <w:t xml:space="preserve">    (a) scales where each step is a multiple of the prior step rather than a fixed addition to it</w:t>
      </w:r>
      <w:r>
        <w:br/>
      </w:r>
      <w:r>
        <w:t xml:space="preserve">    (b) a large amount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unit of measure used for dry goods (filling an 8 gallon container)</w:t>
      </w:r>
      <w:r>
        <w:br/>
      </w:r>
      <w:r>
        <w:t xml:space="preserve">    (c) fellow workers -- especially in a respected profession such as teaching, medicine, or law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Several magnificent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centaurs</w:t>
      </w:r>
      <w:r>
        <w:rPr>
          <w:b/>
          <w:bCs/>
        </w:rPr>
        <w:t xml:space="preserve"> </w:t>
      </w:r>
      <w:r>
        <w:rPr>
          <w:b/>
          <w:bCs/>
        </w:rPr>
        <w:t xml:space="preserve">step out from behind the lush ferns.</w:t>
      </w:r>
      <w:r>
        <w:br/>
      </w:r>
      <w:r>
        <w:t xml:space="preserve">    (a) images (seen on a mirror or other shiny surface)</w:t>
      </w:r>
      <w:r>
        <w:br/>
      </w:r>
      <w:r>
        <w:t xml:space="preserve">    (b) electronic components that act as one-way valves</w:t>
      </w:r>
      <w:r>
        <w:br/>
      </w:r>
      <w:r>
        <w:t xml:space="preserve">    (c) mythical beings that are half man and half horse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as I remember it: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pallets sit on a floor made of golden straw.</w:t>
      </w:r>
      <w:r>
        <w:br/>
      </w:r>
      <w:r>
        <w:t xml:space="preserve">    (a) magnificent (impressively wonderful) -- often indicating something expensive</w:t>
      </w:r>
      <w:r>
        <w:br/>
      </w:r>
      <w:r>
        <w:t xml:space="preserve">    (b) the quality of behaving in an instinctive, uninhibited, and unplanned manner</w:t>
      </w:r>
      <w:r>
        <w:br/>
      </w:r>
      <w:r>
        <w:t xml:space="preserve">    (c) the state or degree of having the ability to change for different situations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whole ghastly night rises in me like a battered dog who'll take no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taunting</w:t>
      </w:r>
      <w:r>
        <w:rPr>
          <w:b/>
          <w:bCs/>
        </w:rPr>
        <w:t xml:space="preserve">.</w:t>
      </w:r>
      <w:r>
        <w:br/>
      </w:r>
      <w:r>
        <w:t xml:space="preserve">    (a) intentionally angering, challenging, or upsetting</w:t>
      </w:r>
      <w:r>
        <w:br/>
      </w:r>
      <w:r>
        <w:t xml:space="preserve">    (b) keeping people and goods from reaching a location</w:t>
      </w:r>
      <w:r>
        <w:br/>
      </w:r>
      <w:r>
        <w:t xml:space="preserve">    (c) giving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will know what true power is and tremble.... 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appalling</w:t>
      </w:r>
      <w:r>
        <w:rPr>
          <w:b/>
          <w:bCs/>
        </w:rPr>
        <w:t xml:space="preserve"> </w:t>
      </w:r>
      <w:r>
        <w:rPr>
          <w:b/>
          <w:bCs/>
        </w:rPr>
        <w:t xml:space="preserve">little beasts.</w:t>
      </w:r>
      <w:r>
        <w:br/>
      </w:r>
      <w:r>
        <w:t xml:space="preserve">    (a) telling someone about something</w:t>
      </w:r>
      <w:r>
        <w:br/>
      </w:r>
      <w:r>
        <w:t xml:space="preserve">    (b) shockingly terrible or horrible</w:t>
      </w:r>
      <w:r>
        <w:br/>
      </w:r>
      <w:r>
        <w:t xml:space="preserve">    (c) commending or praising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is hardly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edifying</w:t>
      </w:r>
      <w:r>
        <w:rPr>
          <w:b/>
          <w:bCs/>
        </w:rPr>
        <w:t xml:space="preserve">.</w:t>
      </w:r>
      <w:r>
        <w:br/>
      </w:r>
      <w:r>
        <w:t xml:space="preserve">    (a) disagreeing</w:t>
      </w:r>
      <w:r>
        <w:br/>
      </w:r>
      <w:r>
        <w:t xml:space="preserve">    (b) instructive</w:t>
      </w:r>
      <w:r>
        <w:br/>
      </w:r>
      <w:r>
        <w:t xml:space="preserve">    (c) translating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first, I thought my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deceived</w:t>
      </w:r>
      <w:r>
        <w:rPr>
          <w:b/>
          <w:bCs/>
        </w:rPr>
        <w:t xml:space="preserve"> </w:t>
      </w:r>
      <w:r>
        <w:rPr>
          <w:b/>
          <w:bCs/>
        </w:rPr>
        <w:t xml:space="preserve">me, for he disappeared in the crowd, but happily, I found him again.</w:t>
      </w:r>
      <w:r>
        <w:br/>
      </w:r>
      <w:r>
        <w:t xml:space="preserve">    (a) told (a story)</w:t>
      </w:r>
      <w:r>
        <w:br/>
      </w:r>
      <w:r>
        <w:t xml:space="preserve">    (b) began fighting</w:t>
      </w:r>
      <w:r>
        <w:br/>
      </w:r>
      <w:r>
        <w:t xml:space="preserve">    (c) lied or misled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fish course…the bones, pushed to the side of the plate…buttermilk, by the by,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preserves</w:t>
      </w:r>
      <w:r>
        <w:rPr>
          <w:b/>
          <w:bCs/>
        </w:rPr>
        <w:t xml:space="preserve"> </w:t>
      </w:r>
      <w:r>
        <w:rPr>
          <w:b/>
          <w:bCs/>
        </w:rPr>
        <w:t xml:space="preserve">the softness of a lady's hands…</w:t>
      </w:r>
      <w:r>
        <w:br/>
      </w:r>
      <w:r>
        <w:t xml:space="preserve">    (a) motivates or encourages through rewards</w:t>
      </w:r>
      <w:r>
        <w:br/>
      </w:r>
      <w:r>
        <w:t xml:space="preserve">    (b) examines in detail to better understand</w:t>
      </w:r>
      <w:r>
        <w:br/>
      </w:r>
      <w:r>
        <w:t xml:space="preserve">    (c) protects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"Mother Elena has been here as long as I have," our headmistress says, packing a jar of plum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preserves</w:t>
      </w:r>
      <w:r>
        <w:rPr>
          <w:b/>
          <w:bCs/>
        </w:rPr>
        <w:t xml:space="preserve"> </w:t>
      </w:r>
      <w:r>
        <w:rPr>
          <w:b/>
          <w:bCs/>
        </w:rPr>
        <w:t xml:space="preserve">neatly into the basket.</w:t>
      </w:r>
      <w:r>
        <w:br/>
      </w:r>
      <w:r>
        <w:t xml:space="preserve">    (a) instances or results of detailed examinations</w:t>
      </w:r>
      <w:r>
        <w:br/>
      </w:r>
      <w:r>
        <w:t xml:space="preserve">    (b) documents granting permission to do something</w:t>
      </w:r>
      <w:r>
        <w:br/>
      </w:r>
      <w:r>
        <w:t xml:space="preserve">    (c) fruit cooked with sugar (like jam)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is our best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?</w:t>
      </w:r>
      <w:r>
        <w:br/>
      </w:r>
      <w:r>
        <w:t xml:space="preserve">    (a) way of doing something</w:t>
      </w:r>
      <w:r>
        <w:br/>
      </w:r>
      <w:r>
        <w:t xml:space="preserve">    (b) change the direction of something or the purpose for which it is used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Several of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Gorgon shyly.</w:t>
      </w:r>
      <w:r>
        <w:br/>
      </w:r>
      <w:r>
        <w:t xml:space="preserve">    (a) create dramatic change</w:t>
      </w:r>
      <w:r>
        <w:br/>
      </w:r>
      <w:r>
        <w:t xml:space="preserve">    (b) mirror back (an image)</w:t>
      </w:r>
      <w:r>
        <w:br/>
      </w:r>
      <w:r>
        <w:t xml:space="preserve">    (c) get near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2026-07-31T17:56:20Z</dcterms:created>
  <dcterms:modified xsi:type="dcterms:W3CDTF">2026-07-31T17:56:20Z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