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2bd62b3dc7d72651309815743083a60ece07a4"/>
    <w:p>
      <w:pPr>
        <w:pStyle w:val="Heading1"/>
      </w:pPr>
      <w:r>
        <w:rPr>
          <w:b/>
          <w:bCs/>
        </w:rPr>
        <w:t xml:space="preserve">Swann's Way</w:t>
      </w:r>
      <w:r>
        <w:br/>
      </w:r>
      <w:r>
        <w:rPr>
          <w:i/>
          <w:iCs/>
        </w:rPr>
        <w:t xml:space="preserve">Marcel Proust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British accent turned out to be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affectation</w:t>
      </w:r>
      <w:r>
        <w:rPr>
          <w:b/>
          <w:bCs/>
        </w:rPr>
        <w:t xml:space="preserve"> </w:t>
      </w:r>
      <w:r>
        <w:rPr>
          <w:b/>
          <w:bCs/>
        </w:rPr>
        <w:t xml:space="preserve">he picked up in college.</w:t>
      </w:r>
      <w:r>
        <w:br/>
      </w:r>
      <w:r>
        <w:t xml:space="preserve">    (a) old hobby</w:t>
      </w:r>
      <w:r>
        <w:br/>
      </w:r>
      <w:r>
        <w:t xml:space="preserve">    (b) honest trait</w:t>
      </w:r>
      <w:r>
        <w:br/>
      </w:r>
      <w:r>
        <w:t xml:space="preserve">    (c) fake mannerism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described his physical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attributes</w:t>
      </w:r>
      <w:r>
        <w:rPr>
          <w:b/>
          <w:bCs/>
        </w:rPr>
        <w:t xml:space="preserve">.</w:t>
      </w:r>
      <w:r>
        <w:br/>
      </w:r>
      <w:r>
        <w:t xml:space="preserve">    (a) characteristics</w:t>
      </w:r>
      <w:r>
        <w:br/>
      </w:r>
      <w:r>
        <w:t xml:space="preserve">    (b) weaknesses</w:t>
      </w:r>
      <w:r>
        <w:br/>
      </w:r>
      <w:r>
        <w:t xml:space="preserve">    (c) strengths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attributes</w:t>
      </w:r>
      <w:r>
        <w:rPr>
          <w:b/>
          <w:bCs/>
        </w:rPr>
        <w:t xml:space="preserve"> </w:t>
      </w:r>
      <w:r>
        <w:rPr>
          <w:b/>
          <w:bCs/>
        </w:rPr>
        <w:t xml:space="preserve">her success to hard work.</w:t>
      </w:r>
      <w:r>
        <w:br/>
      </w:r>
      <w:r>
        <w:t xml:space="preserve">    (a) gives credit for</w:t>
      </w:r>
      <w:r>
        <w:br/>
      </w:r>
      <w:r>
        <w:t xml:space="preserve">    (b) gives help for</w:t>
      </w:r>
      <w:r>
        <w:br/>
      </w:r>
      <w:r>
        <w:t xml:space="preserve">    (c) gives money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quite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styles of the two teachers.</w:t>
      </w:r>
      <w:r>
        <w:br/>
      </w:r>
      <w:r>
        <w:t xml:space="preserve">    (a) notable difference</w:t>
      </w:r>
      <w:r>
        <w:br/>
      </w:r>
      <w:r>
        <w:t xml:space="preserve">    (b) covering of all styles</w:t>
      </w:r>
      <w:r>
        <w:br/>
      </w:r>
      <w:r>
        <w:t xml:space="preserve">    (c) notable similarity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bones in a bat's wing exactly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</w:t>
      </w:r>
      <w:r>
        <w:rPr>
          <w:b/>
          <w:bCs/>
        </w:rPr>
        <w:t xml:space="preserve"> </w:t>
      </w:r>
      <w:r>
        <w:rPr>
          <w:b/>
          <w:bCs/>
        </w:rPr>
        <w:t xml:space="preserve">to those in a human forearm.</w:t>
      </w:r>
      <w:r>
        <w:br/>
      </w:r>
      <w:r>
        <w:t xml:space="preserve">    (a) are unrelated</w:t>
      </w:r>
      <w:r>
        <w:br/>
      </w:r>
      <w:r>
        <w:t xml:space="preserve">    (b) are opposite</w:t>
      </w:r>
      <w:r>
        <w:br/>
      </w:r>
      <w:r>
        <w:t xml:space="preserve">    (c) are equivalent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either of you have copies of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?</w:t>
      </w:r>
      <w:r>
        <w:br/>
      </w:r>
      <w:r>
        <w:t xml:space="preserve">    (a) letters or emails</w:t>
      </w:r>
      <w:r>
        <w:br/>
      </w:r>
      <w:r>
        <w:t xml:space="preserve">    (b) pictures or drawings</w:t>
      </w:r>
      <w:r>
        <w:br/>
      </w:r>
      <w:r>
        <w:t xml:space="preserve">    (c) instructions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derive</w:t>
      </w:r>
      <w:r>
        <w:rPr>
          <w:b/>
          <w:bCs/>
        </w:rPr>
        <w:t xml:space="preserve"> </w:t>
      </w:r>
      <w:r>
        <w:rPr>
          <w:b/>
          <w:bCs/>
        </w:rPr>
        <w:t xml:space="preserve">pleasure from my work.</w:t>
      </w:r>
      <w:r>
        <w:br/>
      </w:r>
      <w:r>
        <w:t xml:space="preserve">    (a) ignore</w:t>
      </w:r>
      <w:r>
        <w:br/>
      </w:r>
      <w:r>
        <w:t xml:space="preserve">    (b) obtain</w:t>
      </w:r>
      <w:r>
        <w:br/>
      </w:r>
      <w:r>
        <w:t xml:space="preserve">    (c) refuse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smartphones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</w:t>
      </w:r>
      <w:r>
        <w:rPr>
          <w:b/>
          <w:bCs/>
        </w:rPr>
        <w:t xml:space="preserve"> </w:t>
      </w:r>
      <w:r>
        <w:rPr>
          <w:b/>
          <w:bCs/>
        </w:rPr>
        <w:t xml:space="preserve">people to work from almost anywhere.</w:t>
      </w:r>
      <w:r>
        <w:br/>
      </w:r>
      <w:r>
        <w:t xml:space="preserve">    (a) remind</w:t>
      </w:r>
      <w:r>
        <w:br/>
      </w:r>
      <w:r>
        <w:t xml:space="preserve">    (b) require</w:t>
      </w:r>
      <w:r>
        <w:br/>
      </w:r>
      <w:r>
        <w:t xml:space="preserve">    (c) allow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endeavor</w:t>
      </w:r>
      <w:r>
        <w:rPr>
          <w:b/>
          <w:bCs/>
        </w:rPr>
        <w:t xml:space="preserve"> </w:t>
      </w:r>
      <w:r>
        <w:rPr>
          <w:b/>
          <w:bCs/>
        </w:rPr>
        <w:t xml:space="preserve">to finish by Friday.</w:t>
      </w:r>
      <w:r>
        <w:br/>
      </w:r>
      <w:r>
        <w:t xml:space="preserve">    (a) try</w:t>
      </w:r>
      <w:r>
        <w:br/>
      </w:r>
      <w:r>
        <w:t xml:space="preserve">    (b) not be able</w:t>
      </w:r>
      <w:r>
        <w:br/>
      </w:r>
      <w:r>
        <w:t xml:space="preserve">    (c) promise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sincere apology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engendered</w:t>
      </w:r>
      <w:r>
        <w:rPr>
          <w:b/>
          <w:bCs/>
        </w:rPr>
        <w:t xml:space="preserve"> </w:t>
      </w:r>
      <w:r>
        <w:rPr>
          <w:b/>
          <w:bCs/>
        </w:rPr>
        <w:t xml:space="preserve">forgiveness from the people she had hurt.</w:t>
      </w:r>
      <w:r>
        <w:br/>
      </w:r>
      <w:r>
        <w:t xml:space="preserve">    (a) refused to accept</w:t>
      </w:r>
      <w:r>
        <w:br/>
      </w:r>
      <w:r>
        <w:t xml:space="preserve">    (b) tried to hide</w:t>
      </w:r>
      <w:r>
        <w:br/>
      </w:r>
      <w:r>
        <w:t xml:space="preserve">    (c) caused to develop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Curiosity is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intrinsic</w:t>
      </w:r>
      <w:r>
        <w:rPr>
          <w:b/>
          <w:bCs/>
        </w:rPr>
        <w:t xml:space="preserve"> </w:t>
      </w:r>
      <w:r>
        <w:rPr>
          <w:b/>
          <w:bCs/>
        </w:rPr>
        <w:t xml:space="preserve">part of learning.</w:t>
      </w:r>
      <w:r>
        <w:br/>
      </w:r>
      <w:r>
        <w:t xml:space="preserve">    (a) easily removed</w:t>
      </w:r>
      <w:r>
        <w:br/>
      </w:r>
      <w:r>
        <w:t xml:space="preserve">    (b) built-in</w:t>
      </w:r>
      <w:r>
        <w:br/>
      </w:r>
      <w:r>
        <w:t xml:space="preserve">    (c) recently added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Ironically</w:t>
      </w:r>
      <w:r>
        <w:rPr>
          <w:b/>
          <w:bCs/>
        </w:rPr>
        <w:t xml:space="preserve">, her strongest supporters undermined her popularity through their extremism.</w:t>
      </w:r>
      <w:r>
        <w:br/>
      </w:r>
      <w:r>
        <w:t xml:space="preserve">    (a) when what happens is very fitting for the situation</w:t>
      </w:r>
      <w:r>
        <w:br/>
      </w:r>
      <w:r>
        <w:t xml:space="preserve">    (b) when what happens is very different than what might be expected</w:t>
      </w:r>
      <w:r>
        <w:br/>
      </w:r>
      <w:r>
        <w:t xml:space="preserve">    (c) when what happens is exactly what usually happens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voice was dripping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irony</w:t>
      </w:r>
      <w:r>
        <w:rPr>
          <w:b/>
          <w:bCs/>
        </w:rPr>
        <w:t xml:space="preserve"> </w:t>
      </w:r>
      <w:r>
        <w:rPr>
          <w:b/>
          <w:bCs/>
        </w:rPr>
        <w:t xml:space="preserve">as she said, "You look beautiful."</w:t>
      </w:r>
      <w:r>
        <w:br/>
      </w:r>
      <w:r>
        <w:t xml:space="preserve">    (a) sarcasm</w:t>
      </w:r>
      <w:r>
        <w:br/>
      </w:r>
      <w:r>
        <w:t xml:space="preserve">    (b) kindness</w:t>
      </w:r>
      <w:r>
        <w:br/>
      </w:r>
      <w:r>
        <w:t xml:space="preserve">    (c) sincerity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weather makes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. I can't wait for spring,</w:t>
      </w:r>
      <w:r>
        <w:br/>
      </w:r>
      <w:r>
        <w:t xml:space="preserve">    (a) feel like singing</w:t>
      </w:r>
      <w:r>
        <w:br/>
      </w:r>
      <w:r>
        <w:t xml:space="preserve">    (b) happy</w:t>
      </w:r>
      <w:r>
        <w:br/>
      </w:r>
      <w:r>
        <w:t xml:space="preserve">    (c) sad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graduates have high college debt.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too many of them haven't found good-paying jobs.</w:t>
      </w:r>
      <w:r>
        <w:br/>
      </w:r>
      <w:r>
        <w:t xml:space="preserve">    (a) as a result of that</w:t>
      </w:r>
      <w:r>
        <w:br/>
      </w:r>
      <w:r>
        <w:t xml:space="preserve">    (b) in contrast to that</w:t>
      </w:r>
      <w:r>
        <w:br/>
      </w:r>
      <w:r>
        <w:t xml:space="preserve">    (c) in addition to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didn't want to help, but I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obliged</w:t>
      </w:r>
      <w:r>
        <w:rPr>
          <w:b/>
          <w:bCs/>
        </w:rPr>
        <w:t xml:space="preserve"> </w:t>
      </w:r>
      <w:r>
        <w:rPr>
          <w:b/>
          <w:bCs/>
        </w:rPr>
        <w:t xml:space="preserve">because of our family connections.</w:t>
      </w:r>
      <w:r>
        <w:br/>
      </w:r>
      <w:r>
        <w:t xml:space="preserve">    (a) required to</w:t>
      </w:r>
      <w:r>
        <w:br/>
      </w:r>
      <w:r>
        <w:t xml:space="preserve">    (b) interested</w:t>
      </w:r>
      <w:r>
        <w:br/>
      </w:r>
      <w:r>
        <w:t xml:space="preserve">    (c) sad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I'll be happy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oblige</w:t>
      </w:r>
      <w:r>
        <w:rPr>
          <w:b/>
          <w:bCs/>
        </w:rPr>
        <w:t xml:space="preserve">.</w:t>
      </w:r>
      <w:r>
        <w:br/>
      </w:r>
      <w:r>
        <w:t xml:space="preserve">    (a) say nice things</w:t>
      </w:r>
      <w:r>
        <w:br/>
      </w:r>
      <w:r>
        <w:t xml:space="preserve">    (b) delay until a later time</w:t>
      </w:r>
      <w:r>
        <w:br/>
      </w:r>
      <w:r>
        <w:t xml:space="preserve">    (c) grant a favor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poll tax was designed as a particularly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violation of civil rights.</w:t>
      </w:r>
      <w:r>
        <w:br/>
      </w:r>
      <w:r>
        <w:t xml:space="preserve">    (a) harmful and hidden</w:t>
      </w:r>
      <w:r>
        <w:br/>
      </w:r>
      <w:r>
        <w:t xml:space="preserve">    (b) extremely devious</w:t>
      </w:r>
      <w:r>
        <w:br/>
      </w:r>
      <w:r>
        <w:t xml:space="preserve">    (c) extremely dislikable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scruples</w:t>
      </w:r>
      <w:r>
        <w:rPr>
          <w:b/>
          <w:bCs/>
        </w:rPr>
        <w:t xml:space="preserve"> </w:t>
      </w:r>
      <w:r>
        <w:rPr>
          <w:b/>
          <w:bCs/>
        </w:rPr>
        <w:t xml:space="preserve">were not so strong as to withstand her friend's arguments.</w:t>
      </w:r>
      <w:r>
        <w:br/>
      </w:r>
      <w:r>
        <w:t xml:space="preserve">    (a) firmness of purpose</w:t>
      </w:r>
      <w:r>
        <w:br/>
      </w:r>
      <w:r>
        <w:t xml:space="preserve">    (b) principles that discourage certain kinds of action</w:t>
      </w:r>
      <w:r>
        <w:br/>
      </w:r>
      <w:r>
        <w:t xml:space="preserve">    (c) known facts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liked the idea. The arguments I prepared to support it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.</w:t>
      </w:r>
      <w:r>
        <w:br/>
      </w:r>
      <w:r>
        <w:t xml:space="preserve">    (a) unnecessary</w:t>
      </w:r>
      <w:r>
        <w:br/>
      </w:r>
      <w:r>
        <w:t xml:space="preserve">    (b) appreciated</w:t>
      </w:r>
      <w:r>
        <w:br/>
      </w:r>
      <w:r>
        <w:t xml:space="preserve">    (c) important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2026-07-31T16:01:30Z</dcterms:created>
  <dcterms:modified xsi:type="dcterms:W3CDTF">2026-07-31T16:01:30Z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