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fe869ac47d1fb8dda88ce722b3af8d58b33a9e8"/>
    <w:p>
      <w:pPr>
        <w:pStyle w:val="Heading1"/>
      </w:pPr>
      <w:r>
        <w:rPr>
          <w:b/>
          <w:bCs/>
        </w:rPr>
        <w:t xml:space="preserve">Swann's Way</w:t>
      </w:r>
      <w:r>
        <w:br/>
      </w:r>
      <w:r>
        <w:rPr>
          <w:i/>
          <w:iCs/>
        </w:rPr>
        <w:t xml:space="preserve">Marcel Proust</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Thoughts did, indeed, enter it, but only on the condition that they left behind them every element of beauty, or even of quaintness, by which I might have been distracted or</w:t>
      </w:r>
      <w:r>
        <w:rPr>
          <w:b/>
          <w:bCs/>
        </w:rPr>
        <w:t xml:space="preserve"> </w:t>
      </w:r>
      <w:r>
        <w:rPr>
          <w:b/>
          <w:bCs/>
          <w:u w:val="single"/>
        </w:rPr>
        <w:t xml:space="preserve">beguiled</w:t>
      </w:r>
      <w:r>
        <w:rPr>
          <w:b/>
          <w:bCs/>
        </w:rPr>
        <w:t xml:space="preserve">.</w:t>
      </w:r>
      <w:r>
        <w:br/>
      </w:r>
      <w:r>
        <w:t xml:space="preserve">    (a) controlled (how something turned out)</w:t>
      </w:r>
      <w:r>
        <w:br/>
      </w:r>
      <w:r>
        <w:t xml:space="preserve">    (b) deceived through charm or enchantment</w:t>
      </w:r>
      <w:r>
        <w:br/>
      </w:r>
      <w:r>
        <w:t xml:space="preserve">    (c) protected or kept something as it was</w:t>
      </w:r>
    </w:p>
    <w:p>
      <w:pPr>
        <w:pStyle w:val="Compact"/>
        <w:numPr>
          <w:ilvl w:val="0"/>
          <w:numId w:val="1001"/>
        </w:numPr>
      </w:pPr>
      <w:r>
        <w:rPr>
          <w:b/>
          <w:bCs/>
        </w:rPr>
        <w:t xml:space="preserve">He articulated the title with an ironic emphasis so as not to appear</w:t>
      </w:r>
      <w:r>
        <w:rPr>
          <w:b/>
          <w:bCs/>
        </w:rPr>
        <w:t xml:space="preserve"> </w:t>
      </w:r>
      <w:r>
        <w:rPr>
          <w:b/>
          <w:bCs/>
          <w:u w:val="single"/>
        </w:rPr>
        <w:t xml:space="preserve">pedantic</w:t>
      </w:r>
      <w:r>
        <w:rPr>
          <w:b/>
          <w:bCs/>
        </w:rPr>
        <w:t xml:space="preserve">.</w:t>
      </w:r>
      <w:r>
        <w:br/>
      </w:r>
      <w:r>
        <w:t xml:space="preserve">    (a) with excessive concern for formal rules, details, or book learning</w:t>
      </w:r>
      <w:r>
        <w:br/>
      </w:r>
      <w:r>
        <w:t xml:space="preserve">    (b) not having the characteristic of bouncing back light/heat/sound...</w:t>
      </w:r>
      <w:r>
        <w:br/>
      </w:r>
      <w:r>
        <w:t xml:space="preserve">    (c) the quality or degree of the involvement of other people or things</w:t>
      </w:r>
    </w:p>
    <w:p>
      <w:pPr>
        <w:pStyle w:val="Compact"/>
        <w:numPr>
          <w:ilvl w:val="0"/>
          <w:numId w:val="1001"/>
        </w:numPr>
      </w:pPr>
      <w:r>
        <w:rPr>
          <w:b/>
          <w:bCs/>
        </w:rPr>
        <w:t xml:space="preserve">made no</w:t>
      </w:r>
      <w:r>
        <w:rPr>
          <w:b/>
          <w:bCs/>
        </w:rPr>
        <w:t xml:space="preserve"> </w:t>
      </w:r>
      <w:r>
        <w:rPr>
          <w:b/>
          <w:bCs/>
          <w:u w:val="single"/>
        </w:rPr>
        <w:t xml:space="preserve">discord</w:t>
      </w:r>
      <w:r>
        <w:rPr>
          <w:b/>
          <w:bCs/>
        </w:rPr>
        <w:t xml:space="preserve"> </w:t>
      </w:r>
      <w:r>
        <w:rPr>
          <w:b/>
          <w:bCs/>
        </w:rPr>
        <w:t xml:space="preserve">with the rest of the scene</w:t>
      </w:r>
      <w:r>
        <w:br/>
      </w:r>
      <w:r>
        <w:t xml:space="preserve">    (a) design based on alphabetic letters; or adding such a design to something</w:t>
      </w:r>
      <w:r>
        <w:br/>
      </w:r>
      <w:r>
        <w:t xml:space="preserve">    (b) characterized by narrower parallel folds when closed and wider when open</w:t>
      </w:r>
      <w:r>
        <w:br/>
      </w:r>
      <w:r>
        <w:t xml:space="preserve">    (c) effect that would be out of place or in conflict with everything else</w:t>
      </w:r>
    </w:p>
    <w:p>
      <w:pPr>
        <w:pStyle w:val="Compact"/>
        <w:numPr>
          <w:ilvl w:val="0"/>
          <w:numId w:val="1001"/>
        </w:numPr>
      </w:pPr>
      <w:r>
        <w:rPr>
          <w:b/>
          <w:bCs/>
        </w:rPr>
        <w:t xml:space="preserve">But although the photographer had been prevented from reproducing directly the masterpieces or the beauties of nature, and had there been replaced by a great artist, he resumed his odious position when it came to reproducing the artist's</w:t>
      </w:r>
      <w:r>
        <w:rPr>
          <w:b/>
          <w:bCs/>
        </w:rPr>
        <w:t xml:space="preserve"> </w:t>
      </w:r>
      <w:r>
        <w:rPr>
          <w:b/>
          <w:bCs/>
          <w:u w:val="single"/>
        </w:rPr>
        <w:t xml:space="preserve">interpretation</w:t>
      </w:r>
      <w:r>
        <w:rPr>
          <w:b/>
          <w:bCs/>
        </w:rPr>
        <w:t xml:space="preserve">.</w:t>
      </w:r>
      <w:r>
        <w:br/>
      </w:r>
      <w:r>
        <w:t xml:space="preserve">    (a) someone who abandoned their religion or separated from others with whom they used to share firmly held beliefs</w:t>
      </w:r>
      <w:r>
        <w:br/>
      </w:r>
      <w:r>
        <w:t xml:space="preserve">    (b) an artist's work expressing feelings or ideas about something</w:t>
      </w:r>
      <w:r>
        <w:br/>
      </w:r>
      <w:r>
        <w:t xml:space="preserve">    (c) soccer player who typically play in the middle third of the field and who assists with both defense and offense</w:t>
      </w:r>
    </w:p>
    <w:p>
      <w:pPr>
        <w:pStyle w:val="Compact"/>
        <w:numPr>
          <w:ilvl w:val="0"/>
          <w:numId w:val="1001"/>
        </w:numPr>
      </w:pPr>
      <w:r>
        <w:rPr>
          <w:b/>
          <w:bCs/>
        </w:rPr>
        <w:t xml:space="preserve">Climates that breathe</w:t>
      </w:r>
      <w:r>
        <w:rPr>
          <w:b/>
          <w:bCs/>
        </w:rPr>
        <w:t xml:space="preserve"> </w:t>
      </w:r>
      <w:r>
        <w:rPr>
          <w:b/>
          <w:bCs/>
          <w:u w:val="single"/>
        </w:rPr>
        <w:t xml:space="preserve">amorous</w:t>
      </w:r>
      <w:r>
        <w:rPr>
          <w:b/>
          <w:bCs/>
        </w:rPr>
        <w:t xml:space="preserve"> </w:t>
      </w:r>
      <w:r>
        <w:rPr>
          <w:b/>
          <w:bCs/>
        </w:rPr>
        <w:t xml:space="preserve">secrets and futile regrets may agree with an old and disillusioned man like myself; but they must always prove fatal to a temperament which is still unformed.</w:t>
      </w:r>
      <w:r>
        <w:br/>
      </w:r>
      <w:r>
        <w:t xml:space="preserve">    (a) logical or analytical</w:t>
      </w:r>
      <w:r>
        <w:br/>
      </w:r>
      <w:r>
        <w:t xml:space="preserve">    (b) romantic or sexual</w:t>
      </w:r>
      <w:r>
        <w:br/>
      </w:r>
      <w:r>
        <w:t xml:space="preserve">    (c) comprehensive</w:t>
      </w:r>
    </w:p>
    <w:p>
      <w:pPr>
        <w:pStyle w:val="Compact"/>
        <w:numPr>
          <w:ilvl w:val="0"/>
          <w:numId w:val="1001"/>
        </w:numPr>
      </w:pPr>
      <w:r>
        <w:rPr>
          <w:b/>
          <w:bCs/>
        </w:rPr>
        <w:t xml:space="preserve">the porch of Saint-Andre-des-Champs, and particularly in the feelings of respect due, in Franchise's eyes, to all 'poor invalids,' and, above all, to her own 'poor mistress,' that he had, when he bent down to raise my aunt's head from her pillow, the same air of preraphaelite simplicity and zeal which the little angels in the has-reliefs wear, who throng, with tapers in their hands, about the deathbed of Our Lady, as though those carved faces of stone, naked and grey like trees in winter, were, like them, asleep only, storing up life and waiting to flower again in countless</w:t>
      </w:r>
      <w:r>
        <w:rPr>
          <w:b/>
          <w:bCs/>
        </w:rPr>
        <w:t xml:space="preserve"> </w:t>
      </w:r>
      <w:r>
        <w:rPr>
          <w:b/>
          <w:bCs/>
          <w:u w:val="single"/>
        </w:rPr>
        <w:t xml:space="preserve">plebeian</w:t>
      </w:r>
      <w:r>
        <w:rPr>
          <w:b/>
          <w:bCs/>
        </w:rPr>
        <w:t xml:space="preserve"> </w:t>
      </w:r>
      <w:r>
        <w:rPr>
          <w:b/>
          <w:bCs/>
        </w:rPr>
        <w:t xml:space="preserve">faces, reverend and cunning as the face of Theodore, and glowing with the ruddy brilliance of ripe apples.</w:t>
      </w:r>
      <w:r>
        <w:br/>
      </w:r>
      <w:r>
        <w:t xml:space="preserve">    (a) related to the branch of medicine that deals with the diseases of women -- especially those of the reproductive organs</w:t>
      </w:r>
      <w:r>
        <w:br/>
      </w:r>
      <w:r>
        <w:t xml:space="preserve">    (b) of or belonging to common people -- often implying a lack of refinement</w:t>
      </w:r>
      <w:r>
        <w:br/>
      </w:r>
      <w:r>
        <w:br/>
      </w:r>
      <w:r>
        <w:t xml:space="preserve">or:</w:t>
      </w:r>
      <w:r>
        <w:br/>
      </w:r>
      <w:r>
        <w:br/>
      </w:r>
      <w:r>
        <w:t xml:space="preserve">an ordinary citizen of ancient Rome</w:t>
      </w:r>
      <w:r>
        <w:br/>
      </w:r>
      <w:r>
        <w:t xml:space="preserve">    (c) the quality of being characterized by fantastic imagery, or combinations of things and events that don't go together</w:t>
      </w:r>
    </w:p>
    <w:p>
      <w:pPr>
        <w:pStyle w:val="Compact"/>
        <w:numPr>
          <w:ilvl w:val="0"/>
          <w:numId w:val="1001"/>
        </w:numPr>
      </w:pPr>
      <w:r>
        <w:rPr>
          <w:b/>
          <w:bCs/>
        </w:rPr>
        <w:t xml:space="preserve">Obscurely awaited, immanent and concealed, it rouses to such a paroxysm, at the moment when at last it makes itself felt, those other pleasures which we find in the tender glance, in the kiss of her who is by our side, that it seems to us, more than anything else, a sort of transport of gratitude for the kindness of heart of our companion and for her touching</w:t>
      </w:r>
      <w:r>
        <w:rPr>
          <w:b/>
          <w:bCs/>
        </w:rPr>
        <w:t xml:space="preserve"> </w:t>
      </w:r>
      <w:r>
        <w:rPr>
          <w:b/>
          <w:bCs/>
          <w:u w:val="single"/>
        </w:rPr>
        <w:t xml:space="preserve">predilection</w:t>
      </w:r>
      <w:r>
        <w:rPr>
          <w:b/>
          <w:bCs/>
        </w:rPr>
        <w:t xml:space="preserve"> </w:t>
      </w:r>
      <w:r>
        <w:rPr>
          <w:b/>
          <w:bCs/>
        </w:rPr>
        <w:t xml:space="preserve">of ourselves, which we measure by the benefits, by the happiness that she showers upon us.</w:t>
      </w:r>
      <w:r>
        <w:br/>
      </w:r>
      <w:r>
        <w:t xml:space="preserve">    (a) preference or tendency</w:t>
      </w:r>
      <w:r>
        <w:br/>
      </w:r>
      <w:r>
        <w:t xml:space="preserve">    (b) distaste or dislike</w:t>
      </w:r>
      <w:r>
        <w:br/>
      </w:r>
      <w:r>
        <w:t xml:space="preserve">    (c) worry or fear</w:t>
      </w:r>
    </w:p>
    <w:p>
      <w:pPr>
        <w:pStyle w:val="Compact"/>
        <w:numPr>
          <w:ilvl w:val="0"/>
          <w:numId w:val="1001"/>
        </w:numPr>
      </w:pPr>
      <w:r>
        <w:rPr>
          <w:b/>
          <w:bCs/>
        </w:rPr>
        <w:t xml:space="preserve">They seemed nothing more now than the purely</w:t>
      </w:r>
      <w:r>
        <w:rPr>
          <w:b/>
          <w:bCs/>
        </w:rPr>
        <w:t xml:space="preserve"> </w:t>
      </w:r>
      <w:r>
        <w:rPr>
          <w:b/>
          <w:bCs/>
          <w:u w:val="single"/>
        </w:rPr>
        <w:t xml:space="preserve">subjective</w:t>
      </w:r>
      <w:r>
        <w:rPr>
          <w:b/>
          <w:bCs/>
        </w:rPr>
        <w:t xml:space="preserve">, impotent, illusory creatures of my temperament.</w:t>
      </w:r>
      <w:r>
        <w:br/>
      </w:r>
      <w:r>
        <w:t xml:space="preserve">    (a) the state or quality of expressing or displaying sexual activity or violence with detailed clarity</w:t>
      </w:r>
      <w:r>
        <w:br/>
      </w:r>
      <w:r>
        <w:t xml:space="preserve">    (b) influenced by personal belief, feelings, or preferences (rather than being based purely upon fact)</w:t>
      </w:r>
      <w:r>
        <w:br/>
      </w:r>
      <w:r>
        <w:t xml:space="preserve">    (c) the quality of bad circumstances for a particular purpose -- especially the circumstance of timing</w:t>
      </w:r>
    </w:p>
    <w:p>
      <w:pPr>
        <w:pStyle w:val="Compact"/>
        <w:numPr>
          <w:ilvl w:val="0"/>
          <w:numId w:val="1001"/>
        </w:numPr>
      </w:pPr>
      <w:r>
        <w:rPr>
          <w:b/>
          <w:bCs/>
        </w:rPr>
        <w:t xml:space="preserve">He had so long since ceased to direct his course towards any ideal goal, and had confined himself to the pursuit of</w:t>
      </w:r>
      <w:r>
        <w:rPr>
          <w:b/>
          <w:bCs/>
        </w:rPr>
        <w:t xml:space="preserve"> </w:t>
      </w:r>
      <w:r>
        <w:rPr>
          <w:b/>
          <w:bCs/>
          <w:u w:val="single"/>
        </w:rPr>
        <w:t xml:space="preserve">ephemeral</w:t>
      </w:r>
      <w:r>
        <w:rPr>
          <w:b/>
          <w:bCs/>
        </w:rPr>
        <w:t xml:space="preserve"> </w:t>
      </w:r>
      <w:r>
        <w:rPr>
          <w:b/>
          <w:bCs/>
        </w:rPr>
        <w:t xml:space="preserve">satisfactions,</w:t>
      </w:r>
      <w:r>
        <w:br/>
      </w:r>
      <w:r>
        <w:t xml:space="preserve">    (a) made by taking on as one's own</w:t>
      </w:r>
      <w:r>
        <w:br/>
      </w:r>
      <w:r>
        <w:t xml:space="preserve">    (b) existing only for a short time</w:t>
      </w:r>
      <w:r>
        <w:br/>
      </w:r>
      <w:r>
        <w:t xml:space="preserve">    (c) a sensible view of a situation</w:t>
      </w:r>
    </w:p>
    <w:p>
      <w:pPr>
        <w:pStyle w:val="Compact"/>
        <w:numPr>
          <w:ilvl w:val="0"/>
          <w:numId w:val="1001"/>
        </w:numPr>
      </w:pPr>
      <w:r>
        <w:rPr>
          <w:b/>
          <w:bCs/>
        </w:rPr>
        <w:t xml:space="preserve">It passed, with simple and immortal movements, scattering on every side the bounties of its grace, smiling</w:t>
      </w:r>
      <w:r>
        <w:rPr>
          <w:b/>
          <w:bCs/>
        </w:rPr>
        <w:t xml:space="preserve"> </w:t>
      </w:r>
      <w:r>
        <w:rPr>
          <w:b/>
          <w:bCs/>
          <w:u w:val="single"/>
        </w:rPr>
        <w:t xml:space="preserve">ineffably</w:t>
      </w:r>
      <w:r>
        <w:rPr>
          <w:b/>
          <w:bCs/>
        </w:rPr>
        <w:t xml:space="preserve"> </w:t>
      </w:r>
      <w:r>
        <w:rPr>
          <w:b/>
          <w:bCs/>
        </w:rPr>
        <w:t xml:space="preserve">still; but Swann thought that he could now discern in it some disenchantment.</w:t>
      </w:r>
      <w:r>
        <w:br/>
      </w:r>
      <w:r>
        <w:t xml:space="preserve">    (a) in a manner that uses a scale where each step is a multiple of the prior step rather than a fixed addition to it</w:t>
      </w:r>
      <w:r>
        <w:br/>
      </w:r>
      <w:r>
        <w:t xml:space="preserve">    (b) something that cannot be adequately described with words--perhaps something too wonderful or intense to describe</w:t>
      </w:r>
      <w:r>
        <w:br/>
      </w:r>
      <w:r>
        <w:t xml:space="preserve">    (c) in the manner of something that is commonly repeated or obvious, yet treated as though insightful or instructive</w:t>
      </w:r>
    </w:p>
    <w:p>
      <w:pPr>
        <w:pStyle w:val="Compact"/>
        <w:numPr>
          <w:ilvl w:val="0"/>
          <w:numId w:val="1001"/>
        </w:numPr>
      </w:pPr>
      <w:r>
        <w:rPr>
          <w:b/>
          <w:bCs/>
        </w:rPr>
        <w:t xml:space="preserve">This thirst for an untasted charm, the little phrase would stimulate it anew in him, but without bringing him any definite gratification to</w:t>
      </w:r>
      <w:r>
        <w:rPr>
          <w:b/>
          <w:bCs/>
        </w:rPr>
        <w:t xml:space="preserve"> </w:t>
      </w:r>
      <w:r>
        <w:rPr>
          <w:b/>
          <w:bCs/>
          <w:u w:val="single"/>
        </w:rPr>
        <w:t xml:space="preserve">assuage</w:t>
      </w:r>
      <w:r>
        <w:rPr>
          <w:b/>
          <w:bCs/>
        </w:rPr>
        <w:t xml:space="preserve"> </w:t>
      </w:r>
      <w:r>
        <w:rPr>
          <w:b/>
          <w:bCs/>
        </w:rPr>
        <w:t xml:space="preserve">it.</w:t>
      </w:r>
      <w:r>
        <w:br/>
      </w:r>
      <w:r>
        <w:t xml:space="preserve">    (a) unwrap</w:t>
      </w:r>
      <w:r>
        <w:br/>
      </w:r>
      <w:r>
        <w:t xml:space="preserve">    (b) follow</w:t>
      </w:r>
      <w:r>
        <w:br/>
      </w:r>
      <w:r>
        <w:t xml:space="preserve">    (c) soothe</w:t>
      </w:r>
    </w:p>
    <w:p>
      <w:pPr>
        <w:pStyle w:val="Compact"/>
        <w:numPr>
          <w:ilvl w:val="0"/>
          <w:numId w:val="1001"/>
        </w:numPr>
      </w:pPr>
      <w:r>
        <w:rPr>
          <w:b/>
          <w:bCs/>
        </w:rPr>
        <w:t xml:space="preserve">Besides, what is most important, one feels quite free there, one does what one likes without</w:t>
      </w:r>
      <w:r>
        <w:rPr>
          <w:b/>
          <w:bCs/>
        </w:rPr>
        <w:t xml:space="preserve"> </w:t>
      </w:r>
      <w:r>
        <w:rPr>
          <w:b/>
          <w:bCs/>
          <w:u w:val="single"/>
        </w:rPr>
        <w:t xml:space="preserve">constraint</w:t>
      </w:r>
      <w:r>
        <w:rPr>
          <w:b/>
          <w:bCs/>
        </w:rPr>
        <w:t xml:space="preserve"> </w:t>
      </w:r>
      <w:r>
        <w:rPr>
          <w:b/>
          <w:bCs/>
        </w:rPr>
        <w:t xml:space="preserve">or fuss.</w:t>
      </w:r>
      <w:r>
        <w:br/>
      </w:r>
      <w:r>
        <w:t xml:space="preserve">    (a) a Muslim religious teacher or leader</w:t>
      </w:r>
      <w:r>
        <w:br/>
      </w:r>
      <w:r>
        <w:t xml:space="preserve">    (b) lacking experience or sophistication</w:t>
      </w:r>
      <w:r>
        <w:br/>
      </w:r>
      <w:r>
        <w:t xml:space="preserve">    (c) something that limits something else</w:t>
      </w:r>
    </w:p>
    <w:p>
      <w:pPr>
        <w:pStyle w:val="Compact"/>
        <w:numPr>
          <w:ilvl w:val="0"/>
          <w:numId w:val="1001"/>
        </w:numPr>
      </w:pPr>
      <w:r>
        <w:rPr>
          <w:b/>
          <w:bCs/>
        </w:rPr>
        <w:t xml:space="preserve">Thank God, it was high time that I stopped condescending to promiscuous intercourse with such</w:t>
      </w:r>
      <w:r>
        <w:rPr>
          <w:b/>
          <w:bCs/>
        </w:rPr>
        <w:t xml:space="preserve"> </w:t>
      </w:r>
      <w:r>
        <w:rPr>
          <w:b/>
          <w:bCs/>
          <w:u w:val="single"/>
        </w:rPr>
        <w:t xml:space="preserve">infamy</w:t>
      </w:r>
      <w:r>
        <w:rPr>
          <w:b/>
          <w:bCs/>
        </w:rPr>
        <w:t xml:space="preserve">, such dung.</w:t>
      </w:r>
      <w:r>
        <w:br/>
      </w:r>
      <w:r>
        <w:t xml:space="preserve">    (a) person, organization, or anything with a separate existence</w:t>
      </w:r>
      <w:r>
        <w:br/>
      </w:r>
      <w:r>
        <w:t xml:space="preserve">    (b) famous for something that is bad; or an extremely bad event</w:t>
      </w:r>
      <w:r>
        <w:br/>
      </w:r>
      <w:r>
        <w:t xml:space="preserve">    (c) the process or result of learning, discovering, or deciding</w:t>
      </w:r>
    </w:p>
    <w:p>
      <w:pPr>
        <w:pStyle w:val="Compact"/>
        <w:numPr>
          <w:ilvl w:val="0"/>
          <w:numId w:val="1001"/>
        </w:numPr>
      </w:pPr>
      <w:r>
        <w:rPr>
          <w:b/>
          <w:bCs/>
        </w:rPr>
        <w:t xml:space="preserve">What I must know is whether you are indeed ... one of those</w:t>
      </w:r>
      <w:r>
        <w:rPr>
          <w:b/>
          <w:bCs/>
        </w:rPr>
        <w:t xml:space="preserve"> </w:t>
      </w:r>
      <w:r>
        <w:rPr>
          <w:b/>
          <w:bCs/>
          <w:u w:val="single"/>
        </w:rPr>
        <w:t xml:space="preserve">contemptible</w:t>
      </w:r>
      <w:r>
        <w:rPr>
          <w:b/>
          <w:bCs/>
        </w:rPr>
        <w:t xml:space="preserve"> </w:t>
      </w:r>
      <w:r>
        <w:rPr>
          <w:b/>
          <w:bCs/>
        </w:rPr>
        <w:t xml:space="preserve">creatures who are incapable of foregoing a pleasure.</w:t>
      </w:r>
      <w:r>
        <w:br/>
      </w:r>
      <w:r>
        <w:t xml:space="preserve">    (a) the quality or degree of not being straightforward</w:t>
      </w:r>
      <w:r>
        <w:br/>
      </w:r>
      <w:r>
        <w:t xml:space="preserve">    (b) aka analytic -- relating to a theory of psychiatry</w:t>
      </w:r>
      <w:r>
        <w:br/>
      </w:r>
      <w:r>
        <w:t xml:space="preserve">    (c) deserving no respect (worthless or of bad quality)</w:t>
      </w:r>
    </w:p>
    <w:p>
      <w:pPr>
        <w:pStyle w:val="Compact"/>
        <w:numPr>
          <w:ilvl w:val="0"/>
          <w:numId w:val="1001"/>
        </w:numPr>
      </w:pPr>
      <w:r>
        <w:rPr>
          <w:b/>
          <w:bCs/>
        </w:rPr>
        <w:t xml:space="preserve">He spent his days in poring over a map of the forest of Compiegne, as though it had been that of the 'Pays du Tendre'; he surrounded himself with photographs of the</w:t>
      </w:r>
      <w:r>
        <w:rPr>
          <w:b/>
          <w:bCs/>
        </w:rPr>
        <w:t xml:space="preserve"> </w:t>
      </w:r>
      <w:r>
        <w:rPr>
          <w:b/>
          <w:bCs/>
          <w:u w:val="single"/>
        </w:rPr>
        <w:t xml:space="preserve">Chateau</w:t>
      </w:r>
      <w:r>
        <w:rPr>
          <w:b/>
          <w:bCs/>
        </w:rPr>
        <w:t xml:space="preserve"> </w:t>
      </w:r>
      <w:r>
        <w:rPr>
          <w:b/>
          <w:bCs/>
        </w:rPr>
        <w:t xml:space="preserve">of Pierrefonds.</w:t>
      </w:r>
      <w:r>
        <w:br/>
      </w:r>
      <w:r>
        <w:t xml:space="preserve">    (a) discomfort caused by difficulty in digesting food</w:t>
      </w:r>
      <w:r>
        <w:br/>
      </w:r>
      <w:r>
        <w:t xml:space="preserve">    (b) an impressive country house (or castle) in France</w:t>
      </w:r>
      <w:r>
        <w:br/>
      </w:r>
      <w:r>
        <w:t xml:space="preserve">    (c) people who do not believe in the existence of god</w:t>
      </w:r>
    </w:p>
    <w:p>
      <w:pPr>
        <w:pStyle w:val="Compact"/>
        <w:numPr>
          <w:ilvl w:val="0"/>
          <w:numId w:val="1001"/>
        </w:numPr>
      </w:pPr>
      <w:r>
        <w:rPr>
          <w:b/>
          <w:bCs/>
        </w:rPr>
        <w:t xml:space="preserve">At any rate, we'd better knock off</w:t>
      </w:r>
      <w:r>
        <w:rPr>
          <w:b/>
          <w:bCs/>
        </w:rPr>
        <w:t xml:space="preserve"> </w:t>
      </w:r>
      <w:r>
        <w:rPr>
          <w:b/>
          <w:bCs/>
          <w:u w:val="single"/>
        </w:rPr>
        <w:t xml:space="preserve">supplementary</w:t>
      </w:r>
      <w:r>
        <w:rPr>
          <w:b/>
          <w:bCs/>
        </w:rPr>
        <w:t xml:space="preserve"> </w:t>
      </w:r>
      <w:r>
        <w:rPr>
          <w:b/>
          <w:bCs/>
        </w:rPr>
        <w:t xml:space="preserve">favours for the time being.</w:t>
      </w:r>
      <w:r>
        <w:br/>
      </w:r>
      <w:r>
        <w:t xml:space="preserve">    (a) additional</w:t>
      </w:r>
      <w:r>
        <w:br/>
      </w:r>
      <w:r>
        <w:t xml:space="preserve">    (b) is a replacement</w:t>
      </w:r>
      <w:r>
        <w:br/>
      </w:r>
      <w:r>
        <w:t xml:space="preserve">    (c) is a shorter version</w:t>
      </w:r>
    </w:p>
    <w:p>
      <w:pPr>
        <w:pStyle w:val="Compact"/>
        <w:numPr>
          <w:ilvl w:val="0"/>
          <w:numId w:val="1001"/>
        </w:numPr>
      </w:pPr>
      <w:r>
        <w:rPr>
          <w:b/>
          <w:bCs/>
        </w:rPr>
        <w:t xml:space="preserve">And she</w:t>
      </w:r>
      <w:r>
        <w:rPr>
          <w:b/>
          <w:bCs/>
        </w:rPr>
        <w:t xml:space="preserve"> </w:t>
      </w:r>
      <w:r>
        <w:rPr>
          <w:b/>
          <w:bCs/>
          <w:u w:val="single"/>
        </w:rPr>
        <w:t xml:space="preserve">coquettishly</w:t>
      </w:r>
      <w:r>
        <w:rPr>
          <w:b/>
          <w:bCs/>
        </w:rPr>
        <w:t xml:space="preserve"> </w:t>
      </w:r>
      <w:r>
        <w:rPr>
          <w:b/>
          <w:bCs/>
        </w:rPr>
        <w:t xml:space="preserve">enhanced the charm of the smile which the idea had brought to her lips, by giving to her blue eyes, which were fixed on the General, a gentle, dreamy expression.</w:t>
      </w:r>
      <w:r>
        <w:br/>
      </w:r>
      <w:r>
        <w:t xml:space="preserve">    (a) in a manner that impacts the natural world (life, air, water, land...)</w:t>
      </w:r>
      <w:r>
        <w:br/>
      </w:r>
      <w:r>
        <w:t xml:space="preserve">    (b) in a manner that playfully and casually arouses sexual interest of men</w:t>
      </w:r>
      <w:r>
        <w:br/>
      </w:r>
      <w:r>
        <w:t xml:space="preserve">    (c) aka analytically -- in a manner that relates to a theory of psychiatry</w:t>
      </w:r>
    </w:p>
    <w:p>
      <w:pPr>
        <w:pStyle w:val="Compact"/>
        <w:numPr>
          <w:ilvl w:val="0"/>
          <w:numId w:val="1001"/>
        </w:numPr>
      </w:pPr>
      <w:r>
        <w:rPr>
          <w:b/>
          <w:bCs/>
        </w:rPr>
        <w:t xml:space="preserve">But all those thoughts lasted for no more than a second, the time that it took him to raise his hand to his heart, to draw breath again and to contrive to smile, so as to</w:t>
      </w:r>
      <w:r>
        <w:rPr>
          <w:b/>
          <w:bCs/>
        </w:rPr>
        <w:t xml:space="preserve"> </w:t>
      </w:r>
      <w:r>
        <w:rPr>
          <w:b/>
          <w:bCs/>
          <w:u w:val="single"/>
        </w:rPr>
        <w:t xml:space="preserve">dissemble</w:t>
      </w:r>
      <w:r>
        <w:rPr>
          <w:b/>
          <w:bCs/>
        </w:rPr>
        <w:t xml:space="preserve"> </w:t>
      </w:r>
      <w:r>
        <w:rPr>
          <w:b/>
          <w:bCs/>
        </w:rPr>
        <w:t xml:space="preserve">his torment.</w:t>
      </w:r>
      <w:r>
        <w:br/>
      </w:r>
      <w:r>
        <w:t xml:space="preserve">    (a) hide or disguise the truth without outright lying</w:t>
      </w:r>
      <w:r>
        <w:br/>
      </w:r>
      <w:r>
        <w:t xml:space="preserve">    (b) change reality</w:t>
      </w:r>
      <w:r>
        <w:br/>
      </w:r>
      <w:r>
        <w:t xml:space="preserve">    (c) re-think beliefs</w:t>
      </w:r>
    </w:p>
    <w:p>
      <w:pPr>
        <w:pStyle w:val="Compact"/>
        <w:numPr>
          <w:ilvl w:val="0"/>
          <w:numId w:val="1001"/>
        </w:numPr>
      </w:pPr>
      <w:r>
        <w:rPr>
          <w:b/>
          <w:bCs/>
        </w:rPr>
        <w:t xml:space="preserve">And that region, which, until then, had seemed to me to be nothing else than a part of immemorial nature, that had remained contemporaneous with the great phenomena of geology—and as remote from human history as the Ocean itself, or the Great Bear, with its wild race of fishermen for whom, no more than for their whales, had there been any Middle Ages—it had been a great joy to me to see it suddenly take its place in the order of the centuries, with a stored consciousness of the romanesque epoch, and to know that the gothic trefoil had come to</w:t>
      </w:r>
      <w:r>
        <w:rPr>
          <w:b/>
          <w:bCs/>
        </w:rPr>
        <w:t xml:space="preserve"> </w:t>
      </w:r>
      <w:r>
        <w:rPr>
          <w:b/>
          <w:bCs/>
          <w:u w:val="single"/>
        </w:rPr>
        <w:t xml:space="preserve">diversify</w:t>
      </w:r>
      <w:r>
        <w:rPr>
          <w:b/>
          <w:bCs/>
        </w:rPr>
        <w:t xml:space="preserve"> </w:t>
      </w:r>
      <w:r>
        <w:rPr>
          <w:b/>
          <w:bCs/>
        </w:rPr>
        <w:t xml:space="preserve">those wild rocks also, at the appointed hour, like those frail but hardy plants which, in the Polar regions, when the spring returns, scatter</w:t>
      </w:r>
      <w:r>
        <w:br/>
      </w:r>
      <w:r>
        <w:t xml:space="preserve">    (a) make more varied</w:t>
      </w:r>
      <w:r>
        <w:br/>
      </w:r>
      <w:r>
        <w:t xml:space="preserve">    (b) is/are a sign of</w:t>
      </w:r>
      <w:r>
        <w:br/>
      </w:r>
      <w:r>
        <w:t xml:space="preserve">    (c) take on or adopt</w:t>
      </w:r>
    </w:p>
    <w:p>
      <w:pPr>
        <w:pStyle w:val="Compact"/>
        <w:numPr>
          <w:ilvl w:val="0"/>
          <w:numId w:val="1001"/>
        </w:numPr>
      </w:pPr>
      <w:r>
        <w:rPr>
          <w:b/>
          <w:bCs/>
        </w:rPr>
        <w:t xml:space="preserve">What moved me was the thought that this Florence which I could see, so near and yet inaccessible, in my imagination, if the tract which separated it from me, in myself, was not one that I might cross, could yet be reached by a circuit, by a</w:t>
      </w:r>
      <w:r>
        <w:rPr>
          <w:b/>
          <w:bCs/>
        </w:rPr>
        <w:t xml:space="preserve"> </w:t>
      </w:r>
      <w:r>
        <w:rPr>
          <w:b/>
          <w:bCs/>
          <w:u w:val="single"/>
        </w:rPr>
        <w:t xml:space="preserve">digression</w:t>
      </w:r>
      <w:r>
        <w:rPr>
          <w:b/>
          <w:bCs/>
        </w:rPr>
        <w:t xml:space="preserve">, were I to take the plain, terrestrial path.</w:t>
      </w:r>
      <w:r>
        <w:br/>
      </w:r>
      <w:r>
        <w:t xml:space="preserve">    (a) a series of regularly spaced columns -- typically covered by a roof</w:t>
      </w:r>
      <w:r>
        <w:br/>
      </w:r>
      <w:r>
        <w:t xml:space="preserve">    (b) a wandering from a direct or straight course -- especially verbally</w:t>
      </w:r>
      <w:r>
        <w:br/>
      </w:r>
      <w:r>
        <w:t xml:space="preserve">    (c) related to or causing dramatic change; of a supporter of the change</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2026-07-31T16:01:31Z</dcterms:created>
  <dcterms:modified xsi:type="dcterms:W3CDTF">2026-07-31T16:01:31Z</dcterms:modified>
</cp:coreProperties>
</file>

<file path=docProps/custom.xml><?xml version="1.0" encoding="utf-8"?>
<Properties xmlns="http://schemas.openxmlformats.org/officeDocument/2006/custom-properties" xmlns:vt="http://schemas.openxmlformats.org/officeDocument/2006/docPropsVTypes"/>
</file>