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68f91596c3f6244f6ab50c0848250da62cd7c2"/>
    <w:p>
      <w:pPr>
        <w:pStyle w:val="Heading1"/>
      </w:pPr>
      <w:r>
        <w:rPr>
          <w:b/>
          <w:bCs/>
        </w:rPr>
        <w:t xml:space="preserve">Summer Pleasures</w:t>
      </w:r>
      <w:r>
        <w:br/>
      </w:r>
      <w:r>
        <w:rPr>
          <w:i/>
          <w:iCs/>
        </w:rPr>
        <w:t xml:space="preserve">Nora Roberts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makeup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meticulously</w:t>
      </w:r>
      <w:r>
        <w:rPr>
          <w:b/>
          <w:bCs/>
        </w:rPr>
        <w:t xml:space="preserve"> </w:t>
      </w:r>
      <w:r>
        <w:rPr>
          <w:b/>
          <w:bCs/>
        </w:rPr>
        <w:t xml:space="preserve">applied that morning, down to the dusky blue shadow that matched her eyes.</w:t>
      </w:r>
      <w:r>
        <w:br/>
      </w:r>
      <w:r>
        <w:t xml:space="preserve">    (a) in a manner that is capable of being noticed</w:t>
      </w:r>
      <w:r>
        <w:br/>
      </w:r>
      <w:r>
        <w:t xml:space="preserve">    (b) in a manner that is not sensible and careful</w:t>
      </w:r>
      <w:r>
        <w:br/>
      </w:r>
      <w:r>
        <w:t xml:space="preserve">    (c) in a manner treating details with great care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an air of congeniality, shared knowledge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.</w:t>
      </w:r>
      <w:r>
        <w:br/>
      </w:r>
      <w:r>
        <w:t xml:space="preserve">    (a) the degree of not being easily set on fire</w:t>
      </w:r>
      <w:r>
        <w:br/>
      </w:r>
      <w:r>
        <w:t xml:space="preserve">    (b) not appropriate in size, amount, or degree</w:t>
      </w:r>
      <w:r>
        <w:br/>
      </w:r>
      <w:r>
        <w:t xml:space="preserve">    (c) close friendship amongst a group of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Clothes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from trim professional suits to jeans to flamboyant caftans and smocks.</w:t>
      </w:r>
      <w:r>
        <w:br/>
      </w:r>
      <w:r>
        <w:t xml:space="preserve">    (a) took on as one's own</w:t>
      </w:r>
      <w:r>
        <w:br/>
      </w:r>
      <w:r>
        <w:t xml:space="preserve">    (b) differed; or changed</w:t>
      </w:r>
      <w:r>
        <w:br/>
      </w:r>
      <w:r>
        <w:t xml:space="preserve">    (c) began fighting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, unblinking stare made her want to stammer, Lee gave him back the hard, uncompromising look.</w:t>
      </w:r>
      <w:r>
        <w:br/>
      </w:r>
      <w:r>
        <w:t xml:space="preserve">    (a) able to be learned, discovered, or decided</w:t>
      </w:r>
      <w:r>
        <w:br/>
      </w:r>
      <w:r>
        <w:t xml:space="preserve">    (b) steady or focused</w:t>
      </w:r>
      <w:r>
        <w:br/>
      </w:r>
      <w:r>
        <w:t xml:space="preserve">    (c) the state of doing something intentionally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might have drawn her hand away and he might have let her, but her statement seemed to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challenge.</w:t>
      </w:r>
      <w:r>
        <w:br/>
      </w:r>
      <w:r>
        <w:t xml:space="preserve">    (a) the state or degree of being very large</w:t>
      </w:r>
      <w:r>
        <w:br/>
      </w:r>
      <w:r>
        <w:t xml:space="preserve">    (b) meticulousness (care for small details)</w:t>
      </w:r>
      <w:r>
        <w:br/>
      </w:r>
      <w:r>
        <w:t xml:space="preserve">    (c)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eyes held secrets, and there was little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intrigued</w:t>
      </w:r>
      <w:r>
        <w:rPr>
          <w:b/>
          <w:bCs/>
        </w:rPr>
        <w:t xml:space="preserve"> </w:t>
      </w:r>
      <w:r>
        <w:rPr>
          <w:b/>
          <w:bCs/>
        </w:rPr>
        <w:t xml:space="preserve">him more.</w:t>
      </w:r>
      <w:r>
        <w:br/>
      </w:r>
      <w:r>
        <w:t xml:space="preserve">    (a) fascinated (or interested)</w:t>
      </w:r>
      <w:r>
        <w:br/>
      </w:r>
      <w:r>
        <w:t xml:space="preserve">    (b) stopped (something from happening)</w:t>
      </w:r>
      <w:r>
        <w:br/>
      </w:r>
      <w:r>
        <w:t xml:space="preserve">    (c) not provided with investment funds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You're one of the most popular and critically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acclaimed</w:t>
      </w:r>
      <w:r>
        <w:rPr>
          <w:b/>
          <w:bCs/>
        </w:rPr>
        <w:t xml:space="preserve"> </w:t>
      </w:r>
      <w:r>
        <w:rPr>
          <w:b/>
          <w:bCs/>
        </w:rPr>
        <w:t xml:space="preserve">writers of the decade.</w:t>
      </w:r>
      <w:r>
        <w:br/>
      </w:r>
      <w:r>
        <w:t xml:space="preserve">    (a) popularly and enthusiastically praised</w:t>
      </w:r>
      <w:r>
        <w:br/>
      </w:r>
      <w:r>
        <w:t xml:space="preserve">    (b) differed notably in brightness or tone</w:t>
      </w:r>
      <w:r>
        <w:br/>
      </w:r>
      <w:r>
        <w:t xml:space="preserve">    (c) adjusted a lens to make an image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he was cannily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evasive</w:t>
      </w:r>
      <w:r>
        <w:rPr>
          <w:b/>
          <w:bCs/>
        </w:rPr>
        <w:t xml:space="preserve"> </w:t>
      </w:r>
      <w:r>
        <w:rPr>
          <w:b/>
          <w:bCs/>
        </w:rPr>
        <w:t xml:space="preserve">on personal details, she was gathering information.</w:t>
      </w:r>
      <w:r>
        <w:br/>
      </w:r>
      <w:r>
        <w:t xml:space="preserve">    (a) working against the principles of democracy or representation of the people</w:t>
      </w:r>
      <w:r>
        <w:br/>
      </w:r>
      <w:r>
        <w:t xml:space="preserve">    (b) tending to avoid answering questions candidly (with direct answers)</w:t>
      </w:r>
      <w:r>
        <w:br/>
      </w:r>
      <w:r>
        <w:t xml:space="preserve">    (c) requiring great strength or effort (like that of the mythological Hercules)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Easy for you to say from your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fame.</w:t>
      </w:r>
      <w:r>
        <w:br/>
      </w:r>
      <w:r>
        <w:t xml:space="preserve">    (a) remove or suppress anything considered obscene, immoral, or politically unacceptable  OR  a person who does such suppression</w:t>
      </w:r>
      <w:r>
        <w:br/>
      </w:r>
      <w:r>
        <w:t xml:space="preserve">    (b) to corrupt or seduce from virtue, duty, or allegiance  OR  excessive drinking, casual sex, and/or drug abuse while partying</w:t>
      </w:r>
      <w:r>
        <w:br/>
      </w:r>
      <w:r>
        <w:t xml:space="preserve">    (c) high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ran a fingertip along the curve of her shoulder and studied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of his skin against hers.</w:t>
      </w:r>
      <w:r>
        <w:br/>
      </w:r>
      <w:r>
        <w:t xml:space="preserve">    (a) block or interfere</w:t>
      </w:r>
      <w:r>
        <w:br/>
      </w:r>
      <w:r>
        <w:t xml:space="preserve">    (b) notable difference</w:t>
      </w:r>
      <w:r>
        <w:br/>
      </w:r>
      <w:r>
        <w:t xml:space="preserve">    (c) come to terms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stuck a hand in one boot and found the inside damp.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, she hunted for her sneakers.</w:t>
      </w:r>
      <w:r>
        <w:br/>
      </w:r>
      <w:r>
        <w:t xml:space="preserve">    (a) showed something -- such as demonstrated, expressed, or represented</w:t>
      </w:r>
      <w:r>
        <w:br/>
      </w:r>
      <w:r>
        <w:t xml:space="preserve">    (b) having accepted something undesirable as the lesser of evils</w:t>
      </w:r>
      <w:r>
        <w:br/>
      </w:r>
      <w:r>
        <w:t xml:space="preserve">    (c) to be or to become used to (adapted to and with an expectation 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resigning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staff of Celebrity, Bryan found her work load hadn't eased.</w:t>
      </w:r>
      <w:r>
        <w:br/>
      </w:r>
      <w:r>
        <w:t xml:space="preserve">    (a) fighting</w:t>
      </w:r>
      <w:r>
        <w:br/>
      </w:r>
      <w:r>
        <w:t xml:space="preserve">    (b) quitting</w:t>
      </w:r>
      <w:r>
        <w:br/>
      </w:r>
      <w:r>
        <w:t xml:space="preserve">    (c) changing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he has a sense of humor that's often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it takes you hours to catch up.</w:t>
      </w:r>
      <w:r>
        <w:br/>
      </w:r>
      <w:r>
        <w:t xml:space="preserve">    (a) understated so it is hard to notice or understand (perhaps requiring an understanding of find distinctions)</w:t>
      </w:r>
      <w:r>
        <w:br/>
      </w:r>
      <w:r>
        <w:t xml:space="preserve">    (b) of an organism in the early stages of development prior to birth, hatching, or sprouting  OR  of anything in an early stage of development</w:t>
      </w:r>
      <w:r>
        <w:br/>
      </w:r>
      <w:r>
        <w:t xml:space="preserve">    (c) (adjective) of low quality, or of lower quality or rank than something else  OR  (more rarely as a noun) a person of lower rank or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woman was in love with him, was one step away from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irrevocably</w:t>
      </w:r>
      <w:r>
        <w:rPr>
          <w:b/>
          <w:bCs/>
        </w:rPr>
        <w:t xml:space="preserve"> </w:t>
      </w:r>
      <w:r>
        <w:rPr>
          <w:b/>
          <w:bCs/>
        </w:rPr>
        <w:t xml:space="preserve">committed to him.</w:t>
      </w:r>
      <w:r>
        <w:br/>
      </w:r>
      <w:r>
        <w:t xml:space="preserve">    (a) separately in the specified order</w:t>
      </w:r>
      <w:r>
        <w:br/>
      </w:r>
      <w:r>
        <w:t xml:space="preserve">    (b) in a manner that cannot be undone</w:t>
      </w:r>
      <w:r>
        <w:br/>
      </w:r>
      <w:r>
        <w:t xml:space="preserve">    (c) in the manner of an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they were so involved with each other, Bryan was able to take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shots before the paperwork on the rental was completed.</w:t>
      </w:r>
      <w:r>
        <w:br/>
      </w:r>
      <w:r>
        <w:t xml:space="preserve">    (a) thought</w:t>
      </w:r>
      <w:r>
        <w:br/>
      </w:r>
      <w:r>
        <w:t xml:space="preserve">    (b) unposed</w:t>
      </w:r>
      <w:r>
        <w:br/>
      </w:r>
      <w:r>
        <w:t xml:space="preserve">    (c) loyalty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learned long ago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candor</w:t>
      </w:r>
      <w:r>
        <w:rPr>
          <w:b/>
          <w:bCs/>
        </w:rPr>
        <w:t xml:space="preserve"> </w:t>
      </w:r>
      <w:r>
        <w:rPr>
          <w:b/>
          <w:bCs/>
        </w:rPr>
        <w:t xml:space="preserve">can jump back on you with teeth.</w:t>
      </w:r>
      <w:r>
        <w:br/>
      </w:r>
      <w:r>
        <w:t xml:space="preserve">    (a) lacks adequate funding</w:t>
      </w:r>
      <w:r>
        <w:br/>
      </w:r>
      <w:r>
        <w:t xml:space="preserve">    (b) lowers moral standards</w:t>
      </w:r>
      <w:r>
        <w:br/>
      </w:r>
      <w:r>
        <w:t xml:space="preserve">    (c) direct honesty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stretched out on her back again,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deliberately</w:t>
      </w:r>
      <w:r>
        <w:rPr>
          <w:b/>
          <w:bCs/>
        </w:rPr>
        <w:t xml:space="preserve"> </w:t>
      </w:r>
      <w:r>
        <w:rPr>
          <w:b/>
          <w:bCs/>
        </w:rPr>
        <w:t xml:space="preserve">kicking water up and over him.</w:t>
      </w:r>
      <w:r>
        <w:br/>
      </w:r>
      <w:r>
        <w:t xml:space="preserve">    (a) with distaste</w:t>
      </w:r>
      <w:r>
        <w:br/>
      </w:r>
      <w:r>
        <w:t xml:space="preserve">    (b) unemotionally</w:t>
      </w:r>
      <w:r>
        <w:br/>
      </w:r>
      <w:r>
        <w:t xml:space="preserve">    (c) intentionally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Lee looked over the prints in her precise,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careful and slow</w:t>
      </w:r>
      <w:r>
        <w:br/>
      </w:r>
      <w:r>
        <w:t xml:space="preserve">    (b) inconspicuousness or trustworthiness</w:t>
      </w:r>
      <w:r>
        <w:br/>
      </w:r>
      <w:r>
        <w:t xml:space="preserve">    (c) lacking a reason for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his image...cool, distant,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pragmatic</w:t>
      </w:r>
      <w:r>
        <w:rPr>
          <w:b/>
          <w:bCs/>
        </w:rPr>
        <w:t xml:space="preserve">.</w:t>
      </w:r>
      <w:r>
        <w:br/>
      </w:r>
      <w:r>
        <w:t xml:space="preserve">    (a) concerned with practical matters</w:t>
      </w:r>
      <w:r>
        <w:br/>
      </w:r>
      <w:r>
        <w:t xml:space="preserve">    (b) another battle with the same foe</w:t>
      </w:r>
      <w:r>
        <w:br/>
      </w:r>
      <w:r>
        <w:t xml:space="preserve">    (c) describing someone as antisocial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Shade's usual style,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mused</w:t>
      </w:r>
      <w:r>
        <w:rPr>
          <w:b/>
          <w:bCs/>
        </w:rPr>
        <w:t xml:space="preserve">...</w:t>
      </w:r>
      <w:r>
        <w:br/>
      </w:r>
      <w:r>
        <w:t xml:space="preserve">    (a) expelled or gotten rid of</w:t>
      </w:r>
      <w:r>
        <w:br/>
      </w:r>
      <w:r>
        <w:t xml:space="preserve">    (b) thought</w:t>
      </w:r>
      <w:r>
        <w:br/>
      </w:r>
      <w:r>
        <w:t xml:space="preserve">    (c) was abundant or plentiful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2026-07-31T16:12:00Z</dcterms:created>
  <dcterms:modified xsi:type="dcterms:W3CDTF">2026-07-31T16:12:00Z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