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ula-toni-morrison-vocabulary-in-context"/>
    <w:p>
      <w:pPr>
        <w:pStyle w:val="Heading1"/>
      </w:pPr>
      <w:r>
        <w:rPr>
          <w:b/>
          <w:bCs/>
        </w:rPr>
        <w:t xml:space="preserve">Sula</w:t>
      </w:r>
      <w:r>
        <w:br/>
      </w:r>
      <w:r>
        <w:rPr>
          <w:i/>
          <w:iCs/>
        </w:rPr>
        <w:t xml:space="preserve">Toni Morrison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Conventional</w:t>
      </w:r>
      <w:r>
        <w:rPr>
          <w:b/>
          <w:bCs/>
        </w:rPr>
        <w:t xml:space="preserve"> </w:t>
      </w:r>
      <w:r>
        <w:rPr>
          <w:b/>
          <w:bCs/>
        </w:rPr>
        <w:t xml:space="preserve">wisdom agrees that political fiction is not art;</w:t>
      </w:r>
      <w:r>
        <w:br/>
      </w:r>
      <w:r>
        <w:t xml:space="preserve">    (a) complete or total</w:t>
      </w:r>
      <w:r>
        <w:br/>
      </w:r>
      <w:r>
        <w:t xml:space="preserve">    (b) able to challenge</w:t>
      </w:r>
      <w:r>
        <w:br/>
      </w:r>
      <w:r>
        <w:t xml:space="preserve">    (c) typical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since my sensibility was highly political and passionately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aesthetic</w:t>
      </w:r>
      <w:r>
        <w:rPr>
          <w:b/>
          <w:bCs/>
        </w:rPr>
        <w:t xml:space="preserve">, it would unapologetically inform the work I did.</w:t>
      </w:r>
      <w:r>
        <w:br/>
      </w:r>
      <w:r>
        <w:t xml:space="preserve">    (a) related to money</w:t>
      </w:r>
      <w:r>
        <w:br/>
      </w:r>
      <w:r>
        <w:t xml:space="preserve">    (b) related to morality</w:t>
      </w:r>
      <w:r>
        <w:br/>
      </w:r>
      <w:r>
        <w:t xml:space="preserve">    (c) beautiful, tasteful, or related to beauty or taste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more inviting embrace than Shadrack's organized public madness—it helps to unify the neighborhood until Sula's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anarchy</w:t>
      </w:r>
      <w:r>
        <w:rPr>
          <w:b/>
          <w:bCs/>
        </w:rPr>
        <w:t xml:space="preserve"> </w:t>
      </w:r>
      <w:r>
        <w:rPr>
          <w:b/>
          <w:bCs/>
        </w:rPr>
        <w:t xml:space="preserve">challenges it.</w:t>
      </w:r>
      <w:r>
        <w:br/>
      </w:r>
      <w:r>
        <w:t xml:space="preserve">    (a) a hollow muscular organ in the pelvic cavity of females which can hold a developing fetus</w:t>
      </w:r>
      <w:r>
        <w:br/>
      </w:r>
      <w:r>
        <w:t xml:space="preserve">    (b) the complete absence of political authority; or more generally, complete absence of order</w:t>
      </w:r>
      <w:r>
        <w:br/>
      </w:r>
      <w:r>
        <w:t xml:space="preserve">    (c) one who believes that knowledge is acquired primarily by reason rather than by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saw their closed faces, their locked eyes, and turned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compassion</w:t>
      </w:r>
      <w:r>
        <w:rPr>
          <w:b/>
          <w:bCs/>
        </w:rPr>
        <w:t xml:space="preserve"> </w:t>
      </w:r>
      <w:r>
        <w:rPr>
          <w:b/>
          <w:bCs/>
        </w:rPr>
        <w:t xml:space="preserve">to the gray eyes of the conductor.</w:t>
      </w:r>
      <w:r>
        <w:br/>
      </w:r>
      <w:r>
        <w:t xml:space="preserve">    (a) the taking on or adoption of power or responsibility</w:t>
      </w:r>
      <w:r>
        <w:br/>
      </w:r>
      <w:r>
        <w:t xml:space="preserve">    (b) the process of controlling (how something turns out)</w:t>
      </w:r>
      <w:r>
        <w:br/>
      </w:r>
      <w:r>
        <w:t xml:space="preserve">    (c) sympathy for another's suffering and wanting to help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two black soldiers, who had been watching the scene with what appeared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indifference</w:t>
      </w:r>
      <w:r>
        <w:rPr>
          <w:b/>
          <w:bCs/>
        </w:rPr>
        <w:t xml:space="preserve">, now looked stricken.</w:t>
      </w:r>
      <w:r>
        <w:br/>
      </w:r>
      <w:r>
        <w:t xml:space="preserve">    (a) chaotic disorder</w:t>
      </w:r>
      <w:r>
        <w:br/>
      </w:r>
      <w:r>
        <w:t xml:space="preserve">    (b) risky investment</w:t>
      </w:r>
      <w:r>
        <w:br/>
      </w:r>
      <w:r>
        <w:t xml:space="preserve">    (c) without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Sula first visited the Wright house, Helene's curdled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</w:t>
      </w:r>
      <w:r>
        <w:rPr>
          <w:b/>
          <w:bCs/>
        </w:rPr>
        <w:t xml:space="preserve"> </w:t>
      </w:r>
      <w:r>
        <w:rPr>
          <w:b/>
          <w:bCs/>
        </w:rPr>
        <w:t xml:space="preserve">turned to butter.</w:t>
      </w:r>
      <w:r>
        <w:br/>
      </w:r>
      <w:r>
        <w:t xml:space="preserve">    (a) move from more general to more specific</w:t>
      </w:r>
      <w:r>
        <w:br/>
      </w:r>
      <w:r>
        <w:t xml:space="preserve">    (b) not answer questions; or block progress</w:t>
      </w:r>
      <w:r>
        <w:br/>
      </w:r>
      <w:r>
        <w:t xml:space="preserve">    (c) disrespect or reject as not good enough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people either accepted his 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his life, or were indifferent to it.</w:t>
      </w:r>
      <w:r>
        <w:br/>
      </w:r>
      <w:r>
        <w:t xml:space="preserve">    (a) the process of thinking carefully and making a judgment about something</w:t>
      </w:r>
      <w:r>
        <w:br/>
      </w:r>
      <w:r>
        <w:t xml:space="preserve">    (b) the act of finding fault and telling others; or a description of faults</w:t>
      </w:r>
      <w:r>
        <w:br/>
      </w:r>
      <w:r>
        <w:t xml:space="preserve">    (c) an international boundary or a wilderness at the edge of a settled area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manlove that Eva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bequeathed</w:t>
      </w:r>
      <w:r>
        <w:rPr>
          <w:b/>
          <w:bCs/>
        </w:rPr>
        <w:t xml:space="preserve"> </w:t>
      </w:r>
      <w:r>
        <w:rPr>
          <w:b/>
          <w:bCs/>
        </w:rPr>
        <w:t xml:space="preserve">to her daughters.</w:t>
      </w:r>
      <w:r>
        <w:br/>
      </w:r>
      <w:r>
        <w:t xml:space="preserve">    (a) helped make clear</w:t>
      </w:r>
      <w:r>
        <w:br/>
      </w:r>
      <w:r>
        <w:t xml:space="preserve">    (b) guided or managed</w:t>
      </w:r>
      <w:r>
        <w:br/>
      </w:r>
      <w:r>
        <w:t xml:space="preserve">    (c) give or pass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would read the newspaper aloud to her and make observations on its content, and Eva would listen feeling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obligation</w:t>
      </w:r>
      <w:r>
        <w:rPr>
          <w:b/>
          <w:bCs/>
        </w:rPr>
        <w:t xml:space="preserve"> </w:t>
      </w:r>
      <w:r>
        <w:rPr>
          <w:b/>
          <w:bCs/>
        </w:rPr>
        <w:t xml:space="preserve">to agree and, in fact, would take them to task about their interpretation of events.</w:t>
      </w:r>
      <w:r>
        <w:br/>
      </w:r>
      <w:r>
        <w:t xml:space="preserve">    (a) a duty</w:t>
      </w:r>
      <w:r>
        <w:br/>
      </w:r>
      <w:r>
        <w:t xml:space="preserve">    (b) memory</w:t>
      </w:r>
      <w:r>
        <w:br/>
      </w:r>
      <w:r>
        <w:t xml:space="preserve">    (c) battle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she argued with them with such an absence of bile, such a concentration of manlove, that they felt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convictions</w:t>
      </w:r>
      <w:r>
        <w:rPr>
          <w:b/>
          <w:bCs/>
        </w:rPr>
        <w:t xml:space="preserve"> </w:t>
      </w:r>
      <w:r>
        <w:rPr>
          <w:b/>
          <w:bCs/>
        </w:rPr>
        <w:t xml:space="preserve">solidified by her disagreement.</w:t>
      </w:r>
      <w:r>
        <w:br/>
      </w:r>
      <w:r>
        <w:t xml:space="preserve">    (a) not working or not operating</w:t>
      </w:r>
      <w:r>
        <w:br/>
      </w:r>
      <w:r>
        <w:t xml:space="preserve">    (b) a strong, firmly held belief</w:t>
      </w:r>
      <w:r>
        <w:br/>
      </w:r>
      <w:r>
        <w:t xml:space="preserve">    (c) calculates or judges too 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liked the last place least, not because Sula slept in the room with her but because her love mate's tendency was always to fall asleep afterward and Hannah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 </w:t>
      </w:r>
      <w:r>
        <w:rPr>
          <w:b/>
          <w:bCs/>
        </w:rPr>
        <w:t xml:space="preserve">about whom she slept with.</w:t>
      </w:r>
      <w:r>
        <w:br/>
      </w:r>
      <w:r>
        <w:t xml:space="preserve">    (a) a person who works from within to destroy an established order; or relating to such destructive efforts</w:t>
      </w:r>
      <w:r>
        <w:br/>
      </w:r>
      <w:r>
        <w:t xml:space="preserve">    (b) not relevant (not related to the subject being considered, or not important enough to want to consider)</w:t>
      </w:r>
      <w:r>
        <w:br/>
      </w:r>
      <w:r>
        <w:t xml:space="preserve">    (c) giving careful attention to detail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excessively concerned with cleanliness or matters of taste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...solitary little girls whose loneliness was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...</w:t>
      </w:r>
      <w:r>
        <w:br/>
      </w:r>
      <w:r>
        <w:t xml:space="preserve">    (a) without a tendency to be full of thought</w:t>
      </w:r>
      <w:r>
        <w:br/>
      </w:r>
      <w:r>
        <w:t xml:space="preserve">    (b) lacking a tendency to be full of thought</w:t>
      </w:r>
      <w:r>
        <w:br/>
      </w:r>
      <w:r>
        <w:t xml:space="preserve">    (c) intense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say he got 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bushels</w:t>
      </w:r>
      <w:r>
        <w:rPr>
          <w:b/>
          <w:bCs/>
        </w:rPr>
        <w:t xml:space="preserve"> </w:t>
      </w:r>
      <w:r>
        <w:rPr>
          <w:b/>
          <w:bCs/>
        </w:rPr>
        <w:t xml:space="preserve">for me.</w:t>
      </w:r>
      <w:r>
        <w:br/>
      </w:r>
      <w:r>
        <w:t xml:space="preserve">    (a) fellow workers -- especially in a respected profession such as teaching, medicine, or law</w:t>
      </w:r>
      <w:r>
        <w:br/>
      </w:r>
      <w:r>
        <w:t xml:space="preserve">    (b) scales where each step is a multiple of the prior step rather than a fixed addition to it</w:t>
      </w:r>
      <w:r>
        <w:br/>
      </w:r>
      <w:r>
        <w:t xml:space="preserve">    (c) a large amount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unit of measure used for dry goods (filling an 8 gallon container)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they let it run its course, fulfill itself, and never invented ways either to alter it,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annihilate</w:t>
      </w:r>
      <w:r>
        <w:rPr>
          <w:b/>
          <w:bCs/>
        </w:rPr>
        <w:t xml:space="preserve"> </w:t>
      </w:r>
      <w:r>
        <w:rPr>
          <w:b/>
          <w:bCs/>
        </w:rPr>
        <w:t xml:space="preserve">it or to prevent its happening again.</w:t>
      </w:r>
      <w:r>
        <w:br/>
      </w:r>
      <w:r>
        <w:t xml:space="preserve">    (a) fulfill one's highest potential</w:t>
      </w:r>
      <w:r>
        <w:br/>
      </w:r>
      <w:r>
        <w:t xml:space="preserve">    (b) to completely destroy or defeat</w:t>
      </w:r>
      <w:r>
        <w:br/>
      </w:r>
      <w:r>
        <w:t xml:space="preserve">    (c) stop (something from happening)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Sula acknowledged none of their attempts at counter-</w:t>
      </w:r>
      <w:r>
        <w:rPr>
          <w:b/>
          <w:bCs/>
          <w:u w:val="single"/>
        </w:rPr>
        <w:t xml:space="preserve">conjure</w:t>
      </w:r>
      <w:r>
        <w:rPr>
          <w:b/>
          <w:bCs/>
        </w:rPr>
        <w:t xml:space="preserve"> </w:t>
      </w:r>
      <w:r>
        <w:rPr>
          <w:b/>
          <w:bCs/>
        </w:rPr>
        <w:t xml:space="preserve">or their gossip and seemed to need the services of nobody.</w:t>
      </w:r>
      <w:r>
        <w:br/>
      </w:r>
      <w:r>
        <w:t xml:space="preserve">    (a) read, listen, or watch with eager interest</w:t>
      </w:r>
      <w:r>
        <w:br/>
      </w:r>
      <w:r>
        <w:t xml:space="preserve">    (b) summon into action or bring into existence</w:t>
      </w:r>
      <w:r>
        <w:br/>
      </w:r>
      <w:r>
        <w:t xml:space="preserve">    (c) provide better understanding or make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Except for a funny-shaped finger and that evil birthmark, she was free of any normal signs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vulnerability</w:t>
      </w:r>
      <w:r>
        <w:rPr>
          <w:b/>
          <w:bCs/>
        </w:rPr>
        <w:t xml:space="preserve">.</w:t>
      </w:r>
      <w:r>
        <w:br/>
      </w:r>
      <w:r>
        <w:t xml:space="preserve">    (a) a government, country, or ruling family of a country ruled by a king of queen</w:t>
      </w:r>
      <w:r>
        <w:br/>
      </w:r>
      <w:r>
        <w:t xml:space="preserve">    (b) easily hurt or in need of help; or easily influenced or subject to temptation</w:t>
      </w:r>
      <w:r>
        <w:br/>
      </w:r>
      <w:r>
        <w:t xml:space="preserve">    (c) a psychologist concerned with the treatment of abnormal thinking and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that reason she felt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compulsion</w:t>
      </w:r>
      <w:r>
        <w:rPr>
          <w:b/>
          <w:bCs/>
        </w:rPr>
        <w:t xml:space="preserve"> </w:t>
      </w:r>
      <w:r>
        <w:rPr>
          <w:b/>
          <w:bCs/>
        </w:rPr>
        <w:t xml:space="preserve">to verify herself—be consistent with herself.</w:t>
      </w:r>
      <w:r>
        <w:br/>
      </w:r>
      <w:r>
        <w:t xml:space="preserve">    (a) a strategy or plan to do something</w:t>
      </w:r>
      <w:r>
        <w:br/>
      </w:r>
      <w:r>
        <w:t xml:space="preserve">    (b) an urge, force, or requirement to do something</w:t>
      </w:r>
      <w:r>
        <w:br/>
      </w:r>
      <w:r>
        <w:t xml:space="preserve">    (c) a dream about doing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grown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accustomed to</w:t>
      </w:r>
      <w:r>
        <w:rPr>
          <w:b/>
          <w:bCs/>
        </w:rPr>
        <w:t xml:space="preserve"> </w:t>
      </w:r>
      <w:r>
        <w:rPr>
          <w:b/>
          <w:bCs/>
        </w:rPr>
        <w:t xml:space="preserve">the clichés of other people's lives as well as her own increasing dissatisfaction with Medallion.</w:t>
      </w:r>
      <w:r>
        <w:br/>
      </w:r>
      <w:r>
        <w:t xml:space="preserve">    (a) the ability to be taken up or received into heaven</w:t>
      </w:r>
      <w:r>
        <w:br/>
      </w:r>
      <w:r>
        <w:t xml:space="preserve">    (b) used to (adapted to something, so it seems normal)</w:t>
      </w:r>
      <w:r>
        <w:br/>
      </w:r>
      <w:r>
        <w:t xml:space="preserve">    (c) the state or character of being good or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Nel was getting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exasperated</w:t>
      </w:r>
      <w:r>
        <w:rPr>
          <w:b/>
          <w:bCs/>
        </w:rPr>
        <w:t xml:space="preserve"> </w:t>
      </w:r>
      <w:r>
        <w:rPr>
          <w:b/>
          <w:bCs/>
        </w:rPr>
        <w:t xml:space="preserve">with her arrogance, with her lying at death's door still smart-talking.</w:t>
      </w:r>
      <w:r>
        <w:br/>
      </w:r>
      <w:r>
        <w:t xml:space="preserve">    (a) came or arrived</w:t>
      </w:r>
      <w:r>
        <w:br/>
      </w:r>
      <w:r>
        <w:t xml:space="preserve">    (b) greatly annoyed</w:t>
      </w:r>
      <w:r>
        <w:br/>
      </w:r>
      <w:r>
        <w:t xml:space="preserve">    (c) said indirectly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Other mothers who had defended their children from Sula's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malevolence</w:t>
      </w:r>
      <w:r>
        <w:rPr>
          <w:b/>
          <w:bCs/>
        </w:rPr>
        <w:t xml:space="preserve">...</w:t>
      </w:r>
      <w:r>
        <w:br/>
      </w:r>
      <w:r>
        <w:t xml:space="preserve">    (a) the desire to do evil or to hurt others</w:t>
      </w:r>
      <w:r>
        <w:br/>
      </w:r>
      <w:r>
        <w:t xml:space="preserve">    (b) allowing</w:t>
      </w:r>
      <w:r>
        <w:br/>
      </w:r>
      <w:r>
        <w:t xml:space="preserve">    (c) not real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2026-07-31T17:29:07Z</dcterms:created>
  <dcterms:modified xsi:type="dcterms:W3CDTF">2026-07-31T17:29:07Z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