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b9326239fb44e4cd453a6f5d21c663d3a223512"/>
    <w:p>
      <w:pPr>
        <w:pStyle w:val="Heading1"/>
      </w:pPr>
      <w:r>
        <w:rPr>
          <w:b/>
          <w:bCs/>
        </w:rPr>
        <w:t xml:space="preserve">Strength in What Remains</w:t>
      </w:r>
      <w:r>
        <w:br/>
      </w:r>
      <w:r>
        <w:rPr>
          <w:i/>
          <w:iCs/>
        </w:rPr>
        <w:t xml:space="preserve">Tracy Kidder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Deo had grown up barefoot in Burundi, but for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peasant</w:t>
      </w:r>
      <w:r>
        <w:rPr>
          <w:b/>
          <w:bCs/>
        </w:rPr>
        <w:t xml:space="preserve"> </w:t>
      </w:r>
      <w:r>
        <w:rPr>
          <w:b/>
          <w:bCs/>
        </w:rPr>
        <w:t xml:space="preserve">boy he had done well.</w:t>
      </w:r>
      <w:r>
        <w:br/>
      </w:r>
      <w:r>
        <w:t xml:space="preserve">    (a) relating to an artistic movement pioneered by Pablo Picasso and Georges Braque that featured surfaces of geometrical planes to depict three-dimensional organic forms</w:t>
      </w:r>
      <w:r>
        <w:br/>
      </w:r>
      <w:r>
        <w:t xml:space="preserve">    (b) someone who walks slowly without definite direction  OR  someone who writes or talks without definite direction (changing subjects or rambling rather than in a purposeful direct way)</w:t>
      </w:r>
      <w:r>
        <w:br/>
      </w:r>
      <w:r>
        <w:t xml:space="preserve">    (c) used historically or possibly in relation to a very poor country:  a person of low income, education, and social standing -- especially one who raises crops or livestock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night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adjacent</w:t>
      </w:r>
      <w:r>
        <w:rPr>
          <w:b/>
          <w:bCs/>
        </w:rPr>
        <w:t xml:space="preserve"> </w:t>
      </w:r>
      <w:r>
        <w:rPr>
          <w:b/>
          <w:bCs/>
        </w:rPr>
        <w:t xml:space="preserve">rooms filled up with other squatters.</w:t>
      </w:r>
      <w:r>
        <w:br/>
      </w:r>
      <w:r>
        <w:t xml:space="preserve">    (a) sloped</w:t>
      </w:r>
      <w:r>
        <w:br/>
      </w:r>
      <w:r>
        <w:t xml:space="preserve">    (b) hidden</w:t>
      </w:r>
      <w:r>
        <w:br/>
      </w:r>
      <w:r>
        <w:t xml:space="preserve">    (c) nearby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night the adjacent rooms filled up with other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squatters</w:t>
      </w:r>
      <w:r>
        <w:rPr>
          <w:b/>
          <w:bCs/>
        </w:rPr>
        <w:t xml:space="preserve">.</w:t>
      </w:r>
      <w:r>
        <w:br/>
      </w:r>
      <w:r>
        <w:t xml:space="preserve">    (a) chemicals that trigger behaviors in others of the same species</w:t>
      </w:r>
      <w:r>
        <w:br/>
      </w:r>
      <w:r>
        <w:t xml:space="preserve">    (b) results or the processes of learning, discovering, or deciding</w:t>
      </w:r>
      <w:r>
        <w:br/>
      </w:r>
      <w:r>
        <w:t xml:space="preserve">    (c) people who live in an unoccupied place without the legal right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beggars you saw in cities like Bujumbura were mainly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displaced</w:t>
      </w:r>
      <w:r>
        <w:rPr>
          <w:b/>
          <w:bCs/>
        </w:rPr>
        <w:t xml:space="preserve"> </w:t>
      </w:r>
      <w:r>
        <w:rPr>
          <w:b/>
          <w:bCs/>
        </w:rPr>
        <w:t xml:space="preserve">country people who had lost their pride.</w:t>
      </w:r>
      <w:r>
        <w:br/>
      </w:r>
      <w:r>
        <w:t xml:space="preserve">    (a) forced to move</w:t>
      </w:r>
      <w:r>
        <w:br/>
      </w:r>
      <w:r>
        <w:t xml:space="preserve">    (b) not translated</w:t>
      </w:r>
      <w:r>
        <w:br/>
      </w:r>
      <w:r>
        <w:t xml:space="preserve">    (c) began fighting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gist</w:t>
      </w:r>
      <w:r>
        <w:rPr>
          <w:b/>
          <w:bCs/>
        </w:rPr>
        <w:t xml:space="preserve"> </w:t>
      </w:r>
      <w:r>
        <w:rPr>
          <w:b/>
          <w:bCs/>
        </w:rPr>
        <w:t xml:space="preserve">seemed to be that she didn't believe he loved New York, and she wasn't sure if this would really help him.</w:t>
      </w:r>
      <w:r>
        <w:br/>
      </w:r>
      <w:r>
        <w:t xml:space="preserve">    (a) something that helps clarify or demonstrate</w:t>
      </w:r>
      <w:r>
        <w:br/>
      </w:r>
      <w:r>
        <w:t xml:space="preserve">    (b) the act of taking something on as one's own</w:t>
      </w:r>
      <w:r>
        <w:br/>
      </w:r>
      <w:r>
        <w:t xml:space="preserve">    (c) the main point(s) of a more detailed matter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apartment of the Senegalese would still be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refuge</w:t>
      </w:r>
      <w:r>
        <w:rPr>
          <w:b/>
          <w:bCs/>
        </w:rPr>
        <w:t xml:space="preserve">, with a shower and a functioning toilet that Deo could use.</w:t>
      </w:r>
      <w:r>
        <w:br/>
      </w:r>
      <w:r>
        <w:t xml:space="preserve">    (a) a ceiling designed to affect noise -- typically to decrease noise</w:t>
      </w:r>
      <w:r>
        <w:br/>
      </w:r>
      <w:r>
        <w:t xml:space="preserve">    (b) something giving protection or comfort -- especially a safe place</w:t>
      </w:r>
      <w:r>
        <w:br/>
      </w:r>
      <w:r>
        <w:t xml:space="preserve">    (c) a person (often a writer or artist) living an unconventional life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had studied the graffiti on the outer walls of subway cars, noting especially the crude, sexually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explicit</w:t>
      </w:r>
      <w:r>
        <w:rPr>
          <w:b/>
          <w:bCs/>
        </w:rPr>
        <w:t xml:space="preserve"> </w:t>
      </w:r>
      <w:r>
        <w:rPr>
          <w:b/>
          <w:bCs/>
        </w:rPr>
        <w:t xml:space="preserve">drawings and the vulgar words that his dictionary did contain.</w:t>
      </w:r>
      <w:r>
        <w:br/>
      </w:r>
      <w:r>
        <w:t xml:space="preserve">    (a) the state or degree of not finding a condition or substance to be present</w:t>
      </w:r>
      <w:r>
        <w:br/>
      </w:r>
      <w:r>
        <w:t xml:space="preserve">    (b) expressed in a detailed manner that many would consider offensive</w:t>
      </w:r>
      <w:r>
        <w:br/>
      </w:r>
      <w:r>
        <w:t xml:space="preserve">    (c) finding fault and telling others; or tending to have unfavorable opinions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the banner carried essentially the same message, a more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explicit</w:t>
      </w:r>
      <w:r>
        <w:rPr>
          <w:b/>
          <w:bCs/>
        </w:rPr>
        <w:t xml:space="preserve"> </w:t>
      </w:r>
      <w:r>
        <w:rPr>
          <w:b/>
          <w:bCs/>
        </w:rPr>
        <w:t xml:space="preserve">version of "Never Again." Deo translated for me: "Never forget the genocide and the people who were slaughtered here."</w:t>
      </w:r>
      <w:r>
        <w:br/>
      </w:r>
      <w:r>
        <w:t xml:space="preserve">    (a) good or beneficial</w:t>
      </w:r>
      <w:r>
        <w:br/>
      </w:r>
      <w:r>
        <w:t xml:space="preserve">    (b) clear and detailed</w:t>
      </w:r>
      <w:r>
        <w:br/>
      </w:r>
      <w:r>
        <w:t xml:space="preserve">    (c) able to get nearer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Infectious and parasitic illnesses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ubiquitous</w:t>
      </w:r>
      <w:r>
        <w:rPr>
          <w:b/>
          <w:bCs/>
        </w:rPr>
        <w:t xml:space="preserve">, and there was no public health system to measure their extent or even to identify them, let alone a clinic in the area to cure them.</w:t>
      </w:r>
      <w:r>
        <w:br/>
      </w:r>
      <w:r>
        <w:t xml:space="preserve">    (a) being present everywhere or all the time</w:t>
      </w:r>
      <w:r>
        <w:br/>
      </w:r>
      <w:r>
        <w:t xml:space="preserve">    (b) lacking a tendency to be full of thought</w:t>
      </w:r>
      <w:r>
        <w:br/>
      </w:r>
      <w:r>
        <w:t xml:space="preserve">    (c) without a tendency to be full of thought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Punishments were at least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varied</w:t>
      </w:r>
      <w:r>
        <w:rPr>
          <w:b/>
          <w:bCs/>
        </w:rPr>
        <w:t xml:space="preserve"> </w:t>
      </w:r>
      <w:r>
        <w:rPr>
          <w:b/>
          <w:bCs/>
        </w:rPr>
        <w:t xml:space="preserve">as infractions.</w:t>
      </w:r>
      <w:r>
        <w:br/>
      </w:r>
      <w:r>
        <w:t xml:space="preserve">    (a) began fighting again</w:t>
      </w:r>
      <w:r>
        <w:br/>
      </w:r>
      <w:r>
        <w:t xml:space="preserve">    (b) took on as one's own</w:t>
      </w:r>
      <w:r>
        <w:br/>
      </w:r>
      <w:r>
        <w:t xml:space="preserve">    (c) differed; or changed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was also blatant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discrimination</w:t>
      </w:r>
      <w:r>
        <w:rPr>
          <w:b/>
          <w:bCs/>
        </w:rPr>
        <w:t xml:space="preserve"> </w:t>
      </w:r>
      <w:r>
        <w:rPr>
          <w:b/>
          <w:bCs/>
        </w:rPr>
        <w:t xml:space="preserve">against Hutus in all aspects of education,</w:t>
      </w:r>
      <w:r>
        <w:br/>
      </w:r>
      <w:r>
        <w:t xml:space="preserve">    (a) unfair treatment due to race</w:t>
      </w:r>
      <w:r>
        <w:br/>
      </w:r>
      <w:r>
        <w:t xml:space="preserve">    (b) intangible (non-touchable) property that is the result of creativity (such as patents or trademarks or copyrights)</w:t>
      </w:r>
      <w:r>
        <w:br/>
      </w:r>
      <w:r>
        <w:t xml:space="preserve">    (c) an English Protestant who in the 16th and 17th centuries who wanted simpler worship and strict, hard-working lives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didn't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discriminate</w:t>
      </w:r>
      <w:r>
        <w:rPr>
          <w:b/>
          <w:bCs/>
        </w:rPr>
        <w:t xml:space="preserve"> </w:t>
      </w:r>
      <w:r>
        <w:rPr>
          <w:b/>
          <w:bCs/>
        </w:rPr>
        <w:t xml:space="preserve">among the needy people who arrived at the door,</w:t>
      </w:r>
      <w:r>
        <w:br/>
      </w:r>
      <w:r>
        <w:t xml:space="preserve">    (a) recognize differences</w:t>
      </w:r>
      <w:r>
        <w:br/>
      </w:r>
      <w:r>
        <w:t xml:space="preserve">    (b) make someone want to do something</w:t>
      </w:r>
      <w:r>
        <w:br/>
      </w:r>
      <w:r>
        <w:t xml:space="preserve">    (c) walk in an awkward, shuffling way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Ethnic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antagonism</w:t>
      </w:r>
      <w:r>
        <w:rPr>
          <w:b/>
          <w:bCs/>
        </w:rPr>
        <w:t xml:space="preserve">, the bishop warned, had become "extremely acute."</w:t>
      </w:r>
      <w:r>
        <w:br/>
      </w:r>
      <w:r>
        <w:t xml:space="preserve">    (a) hostility or opposition</w:t>
      </w:r>
      <w:r>
        <w:br/>
      </w:r>
      <w:r>
        <w:t xml:space="preserve">    (b) positive attitude</w:t>
      </w:r>
      <w:r>
        <w:br/>
      </w:r>
      <w:r>
        <w:t xml:space="preserve">    (c) kindness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Deo happened to be at home on Runda when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massacres</w:t>
      </w:r>
      <w:r>
        <w:rPr>
          <w:b/>
          <w:bCs/>
        </w:rPr>
        <w:t xml:space="preserve"> </w:t>
      </w:r>
      <w:r>
        <w:rPr>
          <w:b/>
          <w:bCs/>
        </w:rPr>
        <w:t xml:space="preserve">in the north began.</w:t>
      </w:r>
      <w:r>
        <w:br/>
      </w:r>
      <w:r>
        <w:t xml:space="preserve">    (a) examines an issue, gets opinions by asking specific questions; and/or asks people for political support individually</w:t>
      </w:r>
      <w:r>
        <w:br/>
      </w:r>
      <w:r>
        <w:t xml:space="preserve">    (b) crushing defeat or brutal, overwhelming attack — used figuratively in competition and literally for violent killings</w:t>
      </w:r>
      <w:r>
        <w:br/>
      </w:r>
      <w:r>
        <w:t xml:space="preserve">    (c) accepts someone's membership though a special procedure such as a ceremony and/or period of instruction and/or test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Hutu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refugees</w:t>
      </w:r>
      <w:r>
        <w:rPr>
          <w:b/>
          <w:bCs/>
        </w:rPr>
        <w:t xml:space="preserve"> </w:t>
      </w:r>
      <w:r>
        <w:rPr>
          <w:b/>
          <w:bCs/>
        </w:rPr>
        <w:t xml:space="preserve">were returning, some with their Ten Commandments memorized, many with bitter, horrifying memories of 1972 preserved.</w:t>
      </w:r>
      <w:r>
        <w:br/>
      </w:r>
      <w:r>
        <w:t xml:space="preserve">    (a) understandings or explanations</w:t>
      </w:r>
      <w:r>
        <w:br/>
      </w:r>
      <w:r>
        <w:t xml:space="preserve">    (b) people who fled their homeland</w:t>
      </w:r>
      <w:r>
        <w:br/>
      </w:r>
      <w:r>
        <w:t xml:space="preserve">    (c) quiet voices; or a quiet voice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was a lot of traffic, and there were roadblocks, and he could hear the joyous singing of the militiamen, almost as terrible as the actual killing it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euphemistically</w:t>
      </w:r>
      <w:r>
        <w:rPr>
          <w:b/>
          <w:bCs/>
        </w:rPr>
        <w:t xml:space="preserve"> </w:t>
      </w:r>
      <w:r>
        <w:rPr>
          <w:b/>
          <w:bCs/>
        </w:rPr>
        <w:t xml:space="preserve">described.</w:t>
      </w:r>
      <w:r>
        <w:br/>
      </w:r>
      <w:r>
        <w:t xml:space="preserve">    (a) said in a manner that is less harsh or less offensive than stating something directly</w:t>
      </w:r>
      <w:r>
        <w:br/>
      </w:r>
      <w:r>
        <w:t xml:space="preserve">    (b) in a manner that is not trustworthy, or attracts unwelcome attention, or is improper</w:t>
      </w:r>
      <w:r>
        <w:br/>
      </w:r>
      <w:r>
        <w:t xml:space="preserve">    (c) in a way that is not appropriate in size, amount, or degree relative to something else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about a month, she and Charlie had been obliged to stay in safe houses, because of eruptions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factional</w:t>
      </w:r>
      <w:r>
        <w:rPr>
          <w:b/>
          <w:bCs/>
        </w:rPr>
        <w:t xml:space="preserve"> </w:t>
      </w:r>
      <w:r>
        <w:rPr>
          <w:b/>
          <w:bCs/>
        </w:rPr>
        <w:t xml:space="preserve">violence near the university in Yola: some two thousand people had been killed.</w:t>
      </w:r>
      <w:r>
        <w:br/>
      </w:r>
      <w:r>
        <w:t xml:space="preserve">    (a) a sub-group with some interests not shared by the entire group</w:t>
      </w:r>
      <w:r>
        <w:br/>
      </w:r>
      <w:r>
        <w:t xml:space="preserve">    (b) the state or degree of being improper, awkward, or unfavorable</w:t>
      </w:r>
      <w:r>
        <w:br/>
      </w:r>
      <w:r>
        <w:t xml:space="preserve">    (c) the characteristic of being excessively unhappy and unsociable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had known cows and he had known militiamen, and for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rationality</w:t>
      </w:r>
      <w:r>
        <w:rPr>
          <w:b/>
          <w:bCs/>
        </w:rPr>
        <w:t xml:space="preserve"> </w:t>
      </w:r>
      <w:r>
        <w:rPr>
          <w:b/>
          <w:bCs/>
        </w:rPr>
        <w:t xml:space="preserve">he thought he'd take cows any day.</w:t>
      </w:r>
      <w:r>
        <w:br/>
      </w:r>
      <w:r>
        <w:t xml:space="preserve">    (a) use of reason</w:t>
      </w:r>
      <w:r>
        <w:br/>
      </w:r>
      <w:r>
        <w:t xml:space="preserve">    (b) book knowledge</w:t>
      </w:r>
      <w:r>
        <w:br/>
      </w:r>
      <w:r>
        <w:t xml:space="preserve">    (c) use of instinct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this, anti-Tutsi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prejudice</w:t>
      </w:r>
      <w:r>
        <w:rPr>
          <w:b/>
          <w:bCs/>
        </w:rPr>
        <w:t xml:space="preserve"> </w:t>
      </w:r>
      <w:r>
        <w:rPr>
          <w:b/>
          <w:bCs/>
        </w:rPr>
        <w:t xml:space="preserve">was essential.</w:t>
      </w:r>
      <w:r>
        <w:br/>
      </w:r>
      <w:r>
        <w:t xml:space="preserve">    (a) to expression feelings or thoughts enthusiastically  OR  to squirt or give off (typically under pressure such as blood or leaking gas)</w:t>
      </w:r>
      <w:r>
        <w:br/>
      </w:r>
      <w:r>
        <w:t xml:space="preserve">    (b) bias that prevents objective consideration -- especially an unreasonable belief that is unfair to members of a race, religion, or other group</w:t>
      </w:r>
      <w:r>
        <w:br/>
      </w:r>
      <w:r>
        <w:t xml:space="preserve">    (c) fear, or anticipate with worry (commonly only seen in the forms "apprehensive" and "apprehension," but seen in this form in classic literature)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Deo had supplied me with the most stinging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critique</w:t>
      </w:r>
      <w:r>
        <w:rPr>
          <w:b/>
          <w:bCs/>
        </w:rPr>
        <w:t xml:space="preserve"> </w:t>
      </w:r>
      <w:r>
        <w:rPr>
          <w:b/>
          <w:bCs/>
        </w:rPr>
        <w:t xml:space="preserve">that I'd read, by a Belgian law professor and student of the country named Filip Reyntjens.</w:t>
      </w:r>
      <w:r>
        <w:br/>
      </w:r>
      <w:r>
        <w:t xml:space="preserve">    (a) the difference between tones of an image</w:t>
      </w:r>
      <w:r>
        <w:br/>
      </w:r>
      <w:r>
        <w:t xml:space="preserve">    (b) hold together (connect or unite) or wrap</w:t>
      </w:r>
      <w:r>
        <w:br/>
      </w:r>
      <w:r>
        <w:t xml:space="preserve">    (c) an examination and judgment of something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2026-07-31T17:19:19Z</dcterms:created>
  <dcterms:modified xsi:type="dcterms:W3CDTF">2026-07-31T17:19:19Z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