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b04d2fa81c471f441bd6ee416e47e5482ecc023"/>
    <w:p>
      <w:pPr>
        <w:pStyle w:val="Heading1"/>
      </w:pPr>
      <w:r>
        <w:rPr>
          <w:b/>
          <w:bCs/>
        </w:rPr>
        <w:t xml:space="preserve">Story of My Life</w:t>
      </w:r>
      <w:r>
        <w:br/>
      </w:r>
      <w:r>
        <w:rPr>
          <w:i/>
          <w:iCs/>
        </w:rPr>
        <w:t xml:space="preserve">Helen Keller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good at making a point in an interesting and memorable way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anecdote</w:t>
      </w:r>
      <w:r>
        <w:rPr>
          <w:b/>
          <w:bCs/>
        </w:rPr>
        <w:t xml:space="preserve">.</w:t>
      </w:r>
      <w:r>
        <w:br/>
      </w:r>
      <w:r>
        <w:t xml:space="preserve">    (a) detailed research report</w:t>
      </w:r>
      <w:r>
        <w:br/>
      </w:r>
      <w:r>
        <w:t xml:space="preserve">    (b) long boring lecture</w:t>
      </w:r>
      <w:r>
        <w:br/>
      </w:r>
      <w:r>
        <w:t xml:space="preserve">    (c) short true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purpose of this exercise is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augment</w:t>
      </w:r>
      <w:r>
        <w:rPr>
          <w:b/>
          <w:bCs/>
        </w:rPr>
        <w:t xml:space="preserve"> </w:t>
      </w:r>
      <w:r>
        <w:rPr>
          <w:b/>
          <w:bCs/>
        </w:rPr>
        <w:t xml:space="preserve">the natural vocabulary growth that comes with reading.</w:t>
      </w:r>
      <w:r>
        <w:br/>
      </w:r>
      <w:r>
        <w:t xml:space="preserve">    (a) argue for</w:t>
      </w:r>
      <w:r>
        <w:br/>
      </w:r>
      <w:r>
        <w:t xml:space="preserve">    (b) study</w:t>
      </w:r>
      <w:r>
        <w:br/>
      </w:r>
      <w:r>
        <w:t xml:space="preserve">    (c) increase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doomed to an empty life motivated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avarice</w:t>
      </w:r>
      <w:r>
        <w:rPr>
          <w:b/>
          <w:bCs/>
        </w:rPr>
        <w:t xml:space="preserve">.</w:t>
      </w:r>
      <w:r>
        <w:br/>
      </w:r>
      <w:r>
        <w:t xml:space="preserve">    (a) laziness</w:t>
      </w:r>
      <w:r>
        <w:br/>
      </w:r>
      <w:r>
        <w:t xml:space="preserve">    (b) greed</w:t>
      </w:r>
      <w:r>
        <w:br/>
      </w:r>
      <w:r>
        <w:t xml:space="preserve">    (c) selfishness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book provides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comprehensive</w:t>
      </w:r>
      <w:r>
        <w:rPr>
          <w:b/>
          <w:bCs/>
        </w:rPr>
        <w:t xml:space="preserve"> </w:t>
      </w:r>
      <w:r>
        <w:rPr>
          <w:b/>
          <w:bCs/>
        </w:rPr>
        <w:t xml:space="preserve">history of the revolution.</w:t>
      </w:r>
      <w:r>
        <w:br/>
      </w:r>
      <w:r>
        <w:t xml:space="preserve">    (a) early</w:t>
      </w:r>
      <w:r>
        <w:br/>
      </w:r>
      <w:r>
        <w:t xml:space="preserve">    (b) complete</w:t>
      </w:r>
      <w:r>
        <w:br/>
      </w:r>
      <w:r>
        <w:t xml:space="preserve">    (c) modern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sent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conciliatory</w:t>
      </w:r>
      <w:r>
        <w:rPr>
          <w:b/>
          <w:bCs/>
        </w:rPr>
        <w:t xml:space="preserve"> </w:t>
      </w:r>
      <w:r>
        <w:rPr>
          <w:b/>
          <w:bCs/>
        </w:rPr>
        <w:t xml:space="preserve">note after the argument, hoping they could talk calmly.</w:t>
      </w:r>
      <w:r>
        <w:br/>
      </w:r>
      <w:r>
        <w:t xml:space="preserve">    (a) meant to restore peace</w:t>
      </w:r>
      <w:r>
        <w:br/>
      </w:r>
      <w:r>
        <w:t xml:space="preserve">    (b) meant to delay action</w:t>
      </w:r>
      <w:r>
        <w:br/>
      </w:r>
      <w:r>
        <w:t xml:space="preserve">    (c) meant to assign blame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her new colleagues to be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congenial</w:t>
      </w:r>
      <w:r>
        <w:rPr>
          <w:b/>
          <w:bCs/>
        </w:rPr>
        <w:t xml:space="preserve">, making her transition to the new job much easier.</w:t>
      </w:r>
      <w:r>
        <w:br/>
      </w:r>
      <w:r>
        <w:t xml:space="preserve">    (a) friendly</w:t>
      </w:r>
      <w:r>
        <w:br/>
      </w:r>
      <w:r>
        <w:t xml:space="preserve">    (b) challenging</w:t>
      </w:r>
      <w:r>
        <w:br/>
      </w:r>
      <w:r>
        <w:t xml:space="preserve">    (c) unfamiliar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disparity</w:t>
      </w:r>
      <w:r>
        <w:rPr>
          <w:b/>
          <w:bCs/>
        </w:rPr>
        <w:t xml:space="preserve"> </w:t>
      </w:r>
      <w:r>
        <w:rPr>
          <w:b/>
          <w:bCs/>
        </w:rPr>
        <w:t xml:space="preserve">in access to education between urban and rural areas is a significant issue.</w:t>
      </w:r>
      <w:r>
        <w:br/>
      </w:r>
      <w:r>
        <w:t xml:space="preserve">    (a) agreement</w:t>
      </w:r>
      <w:r>
        <w:br/>
      </w:r>
      <w:r>
        <w:t xml:space="preserve">    (b) difference</w:t>
      </w:r>
      <w:r>
        <w:br/>
      </w:r>
      <w:r>
        <w:t xml:space="preserve">    (c) improvement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comedian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droll</w:t>
      </w:r>
      <w:r>
        <w:rPr>
          <w:b/>
          <w:bCs/>
        </w:rPr>
        <w:t xml:space="preserve"> </w:t>
      </w:r>
      <w:r>
        <w:rPr>
          <w:b/>
          <w:bCs/>
        </w:rPr>
        <w:t xml:space="preserve">way of describing everyday life.</w:t>
      </w:r>
      <w:r>
        <w:br/>
      </w:r>
      <w:r>
        <w:t xml:space="preserve">    (a) dull and serious</w:t>
      </w:r>
      <w:r>
        <w:br/>
      </w:r>
      <w:r>
        <w:t xml:space="preserve">    (b) harsh and bitter</w:t>
      </w:r>
      <w:r>
        <w:br/>
      </w:r>
      <w:r>
        <w:t xml:space="preserve">    (c) quirky and funny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patience or tolerance</w:t>
      </w:r>
      <w:r>
        <w:br/>
      </w:r>
      <w:r>
        <w:t xml:space="preserve">    (b) family concerns</w:t>
      </w:r>
      <w:r>
        <w:br/>
      </w:r>
      <w:r>
        <w:t xml:space="preserve">    (c) financial loan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not familiar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idiom</w:t>
      </w:r>
      <w:r>
        <w:rPr>
          <w:b/>
          <w:bCs/>
        </w:rPr>
        <w:t xml:space="preserve">, "bite the bullet."</w:t>
      </w:r>
      <w:r>
        <w:br/>
      </w:r>
      <w:r>
        <w:t xml:space="preserve">    (a) an expression whose meaning cannot be inferred from the meanings of the words that make it up</w:t>
      </w:r>
      <w:r>
        <w:br/>
      </w:r>
      <w:r>
        <w:t xml:space="preserve">    (b) an expression that is unique to a particular language or dialect and cannot be translated directly into another language</w:t>
      </w:r>
      <w:r>
        <w:br/>
      </w:r>
      <w:r>
        <w:t xml:space="preserve">    (c) a type of figurative language that uses words in a non-literal way to create a vivid or imaginative description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trusted her to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impartial</w:t>
      </w:r>
      <w:r>
        <w:rPr>
          <w:b/>
          <w:bCs/>
        </w:rPr>
        <w:t xml:space="preserve">.</w:t>
      </w:r>
      <w:r>
        <w:br/>
      </w:r>
      <w:r>
        <w:t xml:space="preserve">    (a) forgiving</w:t>
      </w:r>
      <w:r>
        <w:br/>
      </w:r>
      <w:r>
        <w:t xml:space="preserve">    (b) unbiased</w:t>
      </w:r>
      <w:r>
        <w:br/>
      </w:r>
      <w:r>
        <w:t xml:space="preserve">    (c) smart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Concern for her children's safety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take action and confront the intruder.</w:t>
      </w:r>
      <w:r>
        <w:br/>
      </w:r>
      <w:r>
        <w:t xml:space="preserve">    (a) slowed</w:t>
      </w:r>
      <w:r>
        <w:br/>
      </w:r>
      <w:r>
        <w:t xml:space="preserve">    (b) drove</w:t>
      </w:r>
      <w:r>
        <w:br/>
      </w:r>
      <w:r>
        <w:t xml:space="preserve">    (c) prevented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impulsive</w:t>
      </w:r>
      <w:r>
        <w:br/>
      </w:r>
      <w:r>
        <w:t xml:space="preserve">    (b) wealthy</w:t>
      </w:r>
      <w:r>
        <w:br/>
      </w:r>
      <w:r>
        <w:t xml:space="preserve">    (c) cautious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stood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irresolute</w:t>
      </w:r>
      <w:r>
        <w:rPr>
          <w:b/>
          <w:bCs/>
        </w:rPr>
        <w:t xml:space="preserve">; not sure if she should go left or right.</w:t>
      </w:r>
      <w:r>
        <w:br/>
      </w:r>
      <w:r>
        <w:t xml:space="preserve">    (a) uncertain of how to proceed</w:t>
      </w:r>
      <w:r>
        <w:br/>
      </w:r>
      <w:r>
        <w:t xml:space="preserve">    (b) completely still</w:t>
      </w:r>
      <w:r>
        <w:br/>
      </w:r>
      <w:r>
        <w:t xml:space="preserve">    (c) quivering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pinnacle</w:t>
      </w:r>
      <w:r>
        <w:rPr>
          <w:b/>
          <w:bCs/>
        </w:rPr>
        <w:t xml:space="preserve"> </w:t>
      </w:r>
      <w:r>
        <w:rPr>
          <w:b/>
          <w:bCs/>
        </w:rPr>
        <w:t xml:space="preserve">of her success, she was earning over a million dollars a year.</w:t>
      </w:r>
      <w:r>
        <w:br/>
      </w:r>
      <w:r>
        <w:t xml:space="preserve">    (a) highest point</w:t>
      </w:r>
      <w:r>
        <w:br/>
      </w:r>
      <w:r>
        <w:t xml:space="preserve">    (b) end</w:t>
      </w:r>
      <w:r>
        <w:br/>
      </w:r>
      <w:r>
        <w:t xml:space="preserve">    (c) beginning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Have you read MLK's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poignant</w:t>
      </w:r>
      <w:r>
        <w:rPr>
          <w:b/>
          <w:bCs/>
        </w:rPr>
        <w:t xml:space="preserve"> </w:t>
      </w:r>
      <w:r>
        <w:rPr>
          <w:b/>
          <w:bCs/>
        </w:rPr>
        <w:t xml:space="preserve">"Letter from Birmingham Jail"?</w:t>
      </w:r>
      <w:r>
        <w:br/>
      </w:r>
      <w:r>
        <w:t xml:space="preserve">    (a) arousing deep emotion</w:t>
      </w:r>
      <w:r>
        <w:br/>
      </w:r>
      <w:r>
        <w:t xml:space="preserve">    (b) logically compelling</w:t>
      </w:r>
      <w:r>
        <w:br/>
      </w:r>
      <w:r>
        <w:t xml:space="preserve">    (c) long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of practice, she gained enough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proficiency</w:t>
      </w:r>
      <w:r>
        <w:rPr>
          <w:b/>
          <w:bCs/>
        </w:rPr>
        <w:t xml:space="preserve"> </w:t>
      </w:r>
      <w:r>
        <w:rPr>
          <w:b/>
          <w:bCs/>
        </w:rPr>
        <w:t xml:space="preserve">in Spanish to hold a simple conversation.</w:t>
      </w:r>
      <w:r>
        <w:br/>
      </w:r>
      <w:r>
        <w:t xml:space="preserve">    (a) skill</w:t>
      </w:r>
      <w:r>
        <w:br/>
      </w:r>
      <w:r>
        <w:t xml:space="preserve">    (b) permission</w:t>
      </w:r>
      <w:r>
        <w:br/>
      </w:r>
      <w:r>
        <w:t xml:space="preserve">    (c) interest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lay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prostrate</w:t>
      </w:r>
      <w:r>
        <w:rPr>
          <w:b/>
          <w:bCs/>
        </w:rPr>
        <w:t xml:space="preserve"> </w:t>
      </w:r>
      <w:r>
        <w:rPr>
          <w:b/>
          <w:bCs/>
        </w:rPr>
        <w:t xml:space="preserve">on the floor after collapsing from exhaustion.</w:t>
      </w:r>
      <w:r>
        <w:br/>
      </w:r>
      <w:r>
        <w:t xml:space="preserve">    (a) lying face-down</w:t>
      </w:r>
      <w:r>
        <w:br/>
      </w:r>
      <w:r>
        <w:t xml:space="preserve">    (b) curled up tightly</w:t>
      </w:r>
      <w:r>
        <w:br/>
      </w:r>
      <w:r>
        <w:t xml:space="preserve">    (c) sitting upright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man's behavior at the dinner party was embarrassing to his guests.</w:t>
      </w:r>
      <w:r>
        <w:br/>
      </w:r>
      <w:r>
        <w:t xml:space="preserve">    (a) not bathed</w:t>
      </w:r>
      <w:r>
        <w:br/>
      </w:r>
      <w:r>
        <w:t xml:space="preserve">    (b) drunken</w:t>
      </w:r>
      <w:r>
        <w:br/>
      </w:r>
      <w:r>
        <w:t xml:space="preserve">    (c) rude or unpleasant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thought we could create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utopia</w:t>
      </w:r>
      <w:r>
        <w:rPr>
          <w:b/>
          <w:bCs/>
        </w:rPr>
        <w:t xml:space="preserve">, but we failed because we overestimated human nature.</w:t>
      </w:r>
      <w:r>
        <w:br/>
      </w:r>
      <w:r>
        <w:t xml:space="preserve">    (a) a challenging journey</w:t>
      </w:r>
      <w:r>
        <w:br/>
      </w:r>
      <w:r>
        <w:t xml:space="preserve">    (b) constant innovation</w:t>
      </w:r>
      <w:r>
        <w:br/>
      </w:r>
      <w:r>
        <w:t xml:space="preserve">    (c) an ideal place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2026-07-31T16:00:38Z</dcterms:created>
  <dcterms:modified xsi:type="dcterms:W3CDTF">2026-07-31T16:00:38Z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