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127dc810e011a1a2673dbf320dc0b44384076b"/>
    <w:p>
      <w:pPr>
        <w:pStyle w:val="Heading1"/>
      </w:pPr>
      <w:r>
        <w:rPr>
          <w:b/>
          <w:bCs/>
        </w:rPr>
        <w:t xml:space="preserve">Story of My Life</w:t>
      </w:r>
      <w:r>
        <w:br/>
      </w:r>
      <w:r>
        <w:rPr>
          <w:i/>
          <w:iCs/>
        </w:rPr>
        <w:t xml:space="preserve">Helen Keller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fancy I still have confused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recollections</w:t>
      </w:r>
      <w:r>
        <w:rPr>
          <w:b/>
          <w:bCs/>
        </w:rPr>
        <w:t xml:space="preserve"> </w:t>
      </w:r>
      <w:r>
        <w:rPr>
          <w:b/>
          <w:bCs/>
        </w:rPr>
        <w:t xml:space="preserve">of that illness.</w:t>
      </w:r>
      <w:r>
        <w:br/>
      </w:r>
      <w:r>
        <w:t xml:space="preserve">    (a) restores</w:t>
      </w:r>
      <w:r>
        <w:br/>
      </w:r>
      <w:r>
        <w:t xml:space="preserve">    (b) memories</w:t>
      </w:r>
      <w:r>
        <w:br/>
      </w:r>
      <w:r>
        <w:t xml:space="preserve">    (c) thoughts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during the first nineteen months of my life I had caught glimpses of broad, green fields,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luminous</w:t>
      </w:r>
      <w:r>
        <w:rPr>
          <w:b/>
          <w:bCs/>
        </w:rPr>
        <w:t xml:space="preserve"> </w:t>
      </w:r>
      <w:r>
        <w:rPr>
          <w:b/>
          <w:bCs/>
        </w:rPr>
        <w:t xml:space="preserve">sky, trees and flowers which the darkness that followed could not wholly blot out.</w:t>
      </w:r>
      <w:r>
        <w:br/>
      </w:r>
      <w:r>
        <w:t xml:space="preserve">    (a) relating to one-sided information that is purposefully spread to influence opinions</w:t>
      </w:r>
      <w:r>
        <w:br/>
      </w:r>
      <w:r>
        <w:t xml:space="preserve">    (b) glowing or shining</w:t>
      </w:r>
      <w:r>
        <w:br/>
      </w:r>
      <w:r>
        <w:br/>
      </w:r>
      <w:r>
        <w:t xml:space="preserve">(also used metaphorically to describe beauty or intelligence)</w:t>
      </w:r>
      <w:r>
        <w:br/>
      </w:r>
      <w:r>
        <w:t xml:space="preserve">    (c) able to be persuaded to do something by tempting with pleasure or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vexed</w:t>
      </w:r>
      <w:r>
        <w:rPr>
          <w:b/>
          <w:bCs/>
        </w:rPr>
        <w:t xml:space="preserve"> </w:t>
      </w:r>
      <w:r>
        <w:rPr>
          <w:b/>
          <w:bCs/>
        </w:rPr>
        <w:t xml:space="preserve">me and the lesson always ended in a one-sided boxing match.</w:t>
      </w:r>
      <w:r>
        <w:br/>
      </w:r>
      <w:r>
        <w:t xml:space="preserve">    (a) changed</w:t>
      </w:r>
      <w:r>
        <w:br/>
      </w:r>
      <w:r>
        <w:t xml:space="preserve">    (b) frustrated (annoyed)</w:t>
      </w:r>
      <w:r>
        <w:br/>
      </w:r>
      <w:r>
        <w:t xml:space="preserve">    (c) forgave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famous story-teller; after I had acquired language he used to spell clumsily into my hand his cleverest anecdotes, and nothing pleased him more than to have me repeat them at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opportune</w:t>
      </w:r>
      <w:r>
        <w:rPr>
          <w:b/>
          <w:bCs/>
        </w:rPr>
        <w:t xml:space="preserve"> </w:t>
      </w:r>
      <w:r>
        <w:rPr>
          <w:b/>
          <w:bCs/>
        </w:rPr>
        <w:t xml:space="preserve">moment.</w:t>
      </w:r>
      <w:r>
        <w:br/>
      </w:r>
      <w:r>
        <w:t xml:space="preserve">    (a) not relating to practice or belief that is long-established or was previously long-established</w:t>
      </w:r>
      <w:r>
        <w:br/>
      </w:r>
      <w:r>
        <w:t xml:space="preserve">    (b) favorable circumstances for a particular purpose -- especially the circumstance of good timing</w:t>
      </w:r>
      <w:r>
        <w:br/>
      </w:r>
      <w:r>
        <w:t xml:space="preserve">    (c) relating to a residential area located near the outer edge of a city where it isn't as crowded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Mildred and I grew into each other's hearts, so that we were content to go hand-in-hand wherever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caprice</w:t>
      </w:r>
      <w:r>
        <w:rPr>
          <w:b/>
          <w:bCs/>
        </w:rPr>
        <w:t xml:space="preserve"> </w:t>
      </w:r>
      <w:r>
        <w:rPr>
          <w:b/>
          <w:bCs/>
        </w:rPr>
        <w:t xml:space="preserve">led us,</w:t>
      </w:r>
      <w:r>
        <w:br/>
      </w:r>
      <w:r>
        <w:t xml:space="preserve">    (a) purpose, job, or natural activity</w:t>
      </w:r>
      <w:r>
        <w:br/>
      </w:r>
      <w:r>
        <w:t xml:space="preserve">    (b) someone who expresses disapproval</w:t>
      </w:r>
      <w:r>
        <w:br/>
      </w:r>
      <w:r>
        <w:t xml:space="preserve">    (c) impulse (whim or sudden desire)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parents were deeply grieved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perplexed</w:t>
      </w:r>
      <w:r>
        <w:rPr>
          <w:b/>
          <w:bCs/>
        </w:rPr>
        <w:t xml:space="preserve">.</w:t>
      </w:r>
      <w:r>
        <w:br/>
      </w:r>
      <w:r>
        <w:t xml:space="preserve">    (a) confused or puzzled</w:t>
      </w:r>
      <w:r>
        <w:br/>
      </w:r>
      <w:r>
        <w:t xml:space="preserve">    (b) nervous or confused</w:t>
      </w:r>
      <w:r>
        <w:br/>
      </w:r>
      <w:r>
        <w:t xml:space="preserve">    (c) excessively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knew it, it was the odour that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precedes</w:t>
      </w:r>
      <w:r>
        <w:rPr>
          <w:b/>
          <w:bCs/>
        </w:rPr>
        <w:t xml:space="preserve"> </w:t>
      </w:r>
      <w:r>
        <w:rPr>
          <w:b/>
          <w:bCs/>
        </w:rPr>
        <w:t xml:space="preserve">a thunderstorm, and a nameless fear clutched at my heart.</w:t>
      </w:r>
      <w:r>
        <w:br/>
      </w:r>
      <w:r>
        <w:t xml:space="preserve">    (a) is abundant or plentiful</w:t>
      </w:r>
      <w:r>
        <w:br/>
      </w:r>
      <w:r>
        <w:t xml:space="preserve">    (b) moves or slopes downward</w:t>
      </w:r>
      <w:r>
        <w:br/>
      </w:r>
      <w:r>
        <w:t xml:space="preserve">    (c) goes, does, or is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covered with dirt—the remains of mud pies I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eat, although she had never shown any special liking for them.</w:t>
      </w:r>
      <w:r>
        <w:br/>
      </w:r>
      <w:r>
        <w:t xml:space="preserve">    (a) didn't trust or have confidence in</w:t>
      </w:r>
      <w:r>
        <w:br/>
      </w:r>
      <w:r>
        <w:t xml:space="preserve">    (b) fruit cooked with sugar (like jam)</w:t>
      </w:r>
      <w:r>
        <w:br/>
      </w:r>
      <w:r>
        <w:t xml:space="preserve">    (c) forced; or (more rarely) convinced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then I had been like a foreigner speaking through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.</w:t>
      </w:r>
      <w:r>
        <w:br/>
      </w:r>
      <w:r>
        <w:t xml:space="preserve">    (a) people who criticize or condemn</w:t>
      </w:r>
      <w:r>
        <w:br/>
      </w:r>
      <w:r>
        <w:t xml:space="preserve">    (b) someone who translates language</w:t>
      </w:r>
      <w:r>
        <w:br/>
      </w:r>
      <w:r>
        <w:t xml:space="preserve">    (c) someone who extensively damages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when a great scholar like Professor Kittredge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interprets</w:t>
      </w:r>
      <w:r>
        <w:rPr>
          <w:b/>
          <w:bCs/>
        </w:rPr>
        <w:t xml:space="preserve"> </w:t>
      </w:r>
      <w:r>
        <w:rPr>
          <w:b/>
          <w:bCs/>
        </w:rPr>
        <w:t xml:space="preserve">what the master said, it is "as if new sight were given the blind."</w:t>
      </w:r>
      <w:r>
        <w:br/>
      </w:r>
      <w:r>
        <w:t xml:space="preserve">    (a) admits ceremoniously into an organization or position</w:t>
      </w:r>
      <w:r>
        <w:br/>
      </w:r>
      <w:r>
        <w:t xml:space="preserve">    (b) explains (something in a particular way)</w:t>
      </w:r>
      <w:r>
        <w:br/>
      </w:r>
      <w:r>
        <w:t xml:space="preserve">    (c) rug-like artworks -- often hung on a wall for display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Meanwhile I trust and hope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persevere</w:t>
      </w:r>
      <w:r>
        <w:rPr>
          <w:b/>
          <w:bCs/>
        </w:rPr>
        <w:t xml:space="preserve">, and try not to let the bitter memory of "The Frost King" trammel my efforts.</w:t>
      </w:r>
      <w:r>
        <w:br/>
      </w:r>
      <w:r>
        <w:t xml:space="preserve">    (a) to write or exchange written letters or emails</w:t>
      </w:r>
      <w:r>
        <w:br/>
      </w:r>
      <w:r>
        <w:t xml:space="preserve">    (b) keep working at something despite difficulties</w:t>
      </w:r>
      <w:r>
        <w:br/>
      </w:r>
      <w:r>
        <w:t xml:space="preserve">    (c) a slight amount; or to contain a slight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studies for the first year were English history, English literature, German, Latin, arithmetic, Latin composition and occasional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themes</w:t>
      </w:r>
      <w:r>
        <w:rPr>
          <w:b/>
          <w:bCs/>
        </w:rPr>
        <w:t xml:space="preserve">.</w:t>
      </w:r>
      <w:r>
        <w:br/>
      </w:r>
      <w:r>
        <w:t xml:space="preserve">    (a) social events or ceremonies</w:t>
      </w:r>
      <w:r>
        <w:br/>
      </w:r>
      <w:r>
        <w:t xml:space="preserve">    (b) reasons for doing something</w:t>
      </w:r>
      <w:r>
        <w:br/>
      </w:r>
      <w:r>
        <w:t xml:space="preserve">    (c) essays written by a student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must have read parts of many books (in those early days I think I never read any one book through) and a great deal of poetry in this uncomprehending way, until I discovered "Little Lord Fauntleroy," which was the first book of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I read understandingly.</w:t>
      </w:r>
      <w:r>
        <w:br/>
      </w:r>
      <w:r>
        <w:t xml:space="preserve">    (a) sticks out</w:t>
      </w:r>
      <w:r>
        <w:br/>
      </w:r>
      <w:r>
        <w:t xml:space="preserve">    (b) importance</w:t>
      </w:r>
      <w:r>
        <w:br/>
      </w:r>
      <w:r>
        <w:t xml:space="preserve">    (c)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familiar with the story of Troy before I read it in the original,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consequently</w:t>
      </w:r>
      <w:r>
        <w:rPr>
          <w:b/>
          <w:bCs/>
        </w:rPr>
        <w:t xml:space="preserve"> </w:t>
      </w:r>
      <w:r>
        <w:rPr>
          <w:b/>
          <w:bCs/>
        </w:rPr>
        <w:t xml:space="preserve">I had little difficulty in...</w:t>
      </w:r>
      <w:r>
        <w:br/>
      </w:r>
      <w:r>
        <w:t xml:space="preserve">    (a) resultantly (as a result)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her fingers were too tired to spell another word, I had for the first time a keen sense of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deprivations</w:t>
      </w:r>
      <w:r>
        <w:rPr>
          <w:b/>
          <w:bCs/>
        </w:rPr>
        <w:t xml:space="preserve">.</w:t>
      </w:r>
      <w:r>
        <w:br/>
      </w:r>
      <w:r>
        <w:t xml:space="preserve">    (a) to take away or keep from having</w:t>
      </w:r>
      <w:r>
        <w:br/>
      </w:r>
      <w:r>
        <w:t xml:space="preserve">    (b) of the Netherlands or its people</w:t>
      </w:r>
      <w:r>
        <w:br/>
      </w:r>
      <w:r>
        <w:t xml:space="preserve">    (c) referring to any rocky mountains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ludicrous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caricatures</w:t>
      </w:r>
      <w:r>
        <w:rPr>
          <w:b/>
          <w:bCs/>
        </w:rPr>
        <w:t xml:space="preserve"> </w:t>
      </w:r>
      <w:r>
        <w:rPr>
          <w:b/>
          <w:bCs/>
        </w:rPr>
        <w:t xml:space="preserve">of the animals occupy my mind to the exclusion of the moral.</w:t>
      </w:r>
      <w:r>
        <w:br/>
      </w:r>
      <w:r>
        <w:t xml:space="preserve">    (a) a representation that exaggerates or highlights certain aspects -- especially of a person for comic effect; or creating a drawing with such exaggeration</w:t>
      </w:r>
      <w:r>
        <w:br/>
      </w:r>
      <w:r>
        <w:t xml:space="preserve">    (b) recommends or requires what should be done  OR  (of a medical doctor) gives medical instructions -- such as writing that a patient should take antibiotics</w:t>
      </w:r>
      <w:r>
        <w:br/>
      </w:r>
      <w:r>
        <w:t xml:space="preserve">    (c) (noun) things that are lighter and draw attention -- such as areas of a painting  OR  (verb) making some things lighter -- such as areas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Love like Ruth's, love which can rise above conflicting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creeds</w:t>
      </w:r>
      <w:r>
        <w:rPr>
          <w:b/>
          <w:bCs/>
        </w:rPr>
        <w:t xml:space="preserve"> </w:t>
      </w:r>
      <w:r>
        <w:rPr>
          <w:b/>
          <w:bCs/>
        </w:rPr>
        <w:t xml:space="preserve">and deep-seated racial prejudices, is hard to find in all the world.</w:t>
      </w:r>
      <w:r>
        <w:br/>
      </w:r>
      <w:r>
        <w:t xml:space="preserve">    (a) people related by blood or marriage</w:t>
      </w:r>
      <w:r>
        <w:br/>
      </w:r>
      <w:r>
        <w:t xml:space="preserve">    (b) instances of surrounding conditions</w:t>
      </w:r>
      <w:r>
        <w:br/>
      </w:r>
      <w:r>
        <w:t xml:space="preserve">    (c) any system of principles or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delight in them is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as my moods.</w:t>
      </w:r>
      <w:r>
        <w:br/>
      </w:r>
      <w:r>
        <w:t xml:space="preserve">    (a) began fighting again</w:t>
      </w:r>
      <w:r>
        <w:br/>
      </w:r>
      <w:r>
        <w:t xml:space="preserve">    (b) took on as one's own</w:t>
      </w:r>
      <w:r>
        <w:br/>
      </w:r>
      <w:r>
        <w:t xml:space="preserve">    (c) differed; or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spirit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reverently</w:t>
      </w:r>
      <w:r>
        <w:rPr>
          <w:b/>
          <w:bCs/>
        </w:rPr>
        <w:t xml:space="preserve"> </w:t>
      </w:r>
      <w:r>
        <w:rPr>
          <w:b/>
          <w:bCs/>
        </w:rPr>
        <w:t xml:space="preserve">follows them into the regions where Beauty and Truth and Goodness are one.</w:t>
      </w:r>
      <w:r>
        <w:br/>
      </w:r>
      <w:r>
        <w:t xml:space="preserve">    (a) with nervousness or discomfort felt by someone due to concern about what others will think of them</w:t>
      </w:r>
      <w:r>
        <w:br/>
      </w:r>
      <w:r>
        <w:t xml:space="preserve">    (b) with feelings of deep respect and admiration</w:t>
      </w:r>
      <w:r>
        <w:br/>
      </w:r>
      <w:r>
        <w:t xml:space="preserve">    (c) in a manner that is not appropriate or different than would be expected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prattle of the little ones and their pleasure in the stories I told them of elf and gnome, of hero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wily</w:t>
      </w:r>
      <w:r>
        <w:rPr>
          <w:b/>
          <w:bCs/>
        </w:rPr>
        <w:t xml:space="preserve"> </w:t>
      </w:r>
      <w:r>
        <w:rPr>
          <w:b/>
          <w:bCs/>
        </w:rPr>
        <w:t xml:space="preserve">bear, are pleasant things to remember.</w:t>
      </w:r>
      <w:r>
        <w:br/>
      </w:r>
      <w:r>
        <w:t xml:space="preserve">    (a) steady</w:t>
      </w:r>
      <w:r>
        <w:br/>
      </w:r>
      <w:r>
        <w:t xml:space="preserve">    (b) sloped</w:t>
      </w:r>
      <w:r>
        <w:br/>
      </w:r>
      <w:r>
        <w:t xml:space="preserve">    (c) clever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2026-07-31T16:00:37Z</dcterms:created>
  <dcterms:modified xsi:type="dcterms:W3CDTF">2026-07-31T16:00:37Z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