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4f3424201969c52c64f347675399d6404de2f7"/>
    <w:p>
      <w:pPr>
        <w:pStyle w:val="Heading1"/>
      </w:pPr>
      <w:r>
        <w:rPr>
          <w:b/>
          <w:bCs/>
        </w:rPr>
        <w:t xml:space="preserve">Story of My Life</w:t>
      </w:r>
      <w:r>
        <w:br/>
      </w:r>
      <w:r>
        <w:rPr>
          <w:i/>
          <w:iCs/>
        </w:rPr>
        <w:t xml:space="preserve">Helen Keller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Besides, many of the joys and sorrows of childhood have lost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poignancy</w:t>
      </w:r>
      <w:r>
        <w:rPr>
          <w:b/>
          <w:bCs/>
        </w:rPr>
        <w:t xml:space="preserve">;</w:t>
      </w:r>
      <w:r>
        <w:br/>
      </w:r>
      <w:r>
        <w:t xml:space="preserve">    (a) support or favor given</w:t>
      </w:r>
      <w:r>
        <w:br/>
      </w:r>
      <w:r>
        <w:t xml:space="preserve">    (b) belief in a single God</w:t>
      </w:r>
      <w:r>
        <w:br/>
      </w:r>
      <w:r>
        <w:t xml:space="preserve">    (c) intense emotional feeling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 famous story-teller; after I had acquired language he used to spell clumsily into my hand his cleverest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anecdotes</w:t>
      </w:r>
      <w:r>
        <w:rPr>
          <w:b/>
          <w:bCs/>
        </w:rPr>
        <w:t xml:space="preserve">, and nothing pleased him more than to have me repeat them at an opportune moment.</w:t>
      </w:r>
      <w:r>
        <w:br/>
      </w:r>
      <w:r>
        <w:t xml:space="preserve">    (a) sizes or dimensions</w:t>
      </w:r>
      <w:r>
        <w:br/>
      </w:r>
      <w:r>
        <w:t xml:space="preserve">    (b) outward appearances</w:t>
      </w:r>
      <w:r>
        <w:br/>
      </w:r>
      <w:r>
        <w:t xml:space="preserve">    (c) short, true stories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made my way through a shower of petals to the great trunk and for one minute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irresolute</w:t>
      </w:r>
      <w:r>
        <w:rPr>
          <w:b/>
          <w:bCs/>
        </w:rPr>
        <w:t xml:space="preserve">; then, putting my foot in the broad space between the forked branches, I pulled myself up into the tree.</w:t>
      </w:r>
      <w:r>
        <w:br/>
      </w:r>
      <w:r>
        <w:t xml:space="preserve">    (a) poor ability to make a decision</w:t>
      </w:r>
      <w:r>
        <w:br/>
      </w:r>
      <w:r>
        <w:t xml:space="preserve">    (b) uncertain how to act or proceed</w:t>
      </w:r>
      <w:r>
        <w:br/>
      </w:r>
      <w:r>
        <w:t xml:space="preserve">    (c) non-traditional or non-standard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did not know the words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idioms</w:t>
      </w:r>
      <w:r>
        <w:rPr>
          <w:b/>
          <w:bCs/>
        </w:rPr>
        <w:t xml:space="preserve"> </w:t>
      </w:r>
      <w:r>
        <w:rPr>
          <w:b/>
          <w:bCs/>
        </w:rPr>
        <w:t xml:space="preserve">necessary to express my thoughts she supplied them, even suggesting conversation when I was unable to keep up my end of the dialogue.</w:t>
      </w:r>
      <w:r>
        <w:br/>
      </w:r>
      <w:r>
        <w:t xml:space="preserve">    (a) world's premier bicycle races - run annually for 3 weeks primarily in France</w:t>
      </w:r>
      <w:r>
        <w:br/>
      </w:r>
      <w:r>
        <w:t xml:space="preserve">    (b) different ways of doing something; or routes that lead to a particular place</w:t>
      </w:r>
      <w:r>
        <w:br/>
      </w:r>
      <w:r>
        <w:t xml:space="preserve">    (c) a way of putting things that is characteristic of a specific group of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much more this difficulty must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augmented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case of those who are both deaf and blind!</w:t>
      </w:r>
      <w:r>
        <w:br/>
      </w:r>
      <w:r>
        <w:t xml:space="preserve">    (a) recognized difference</w:t>
      </w:r>
      <w:r>
        <w:br/>
      </w:r>
      <w:r>
        <w:t xml:space="preserve">    (b) increased</w:t>
      </w:r>
      <w:r>
        <w:br/>
      </w:r>
      <w:r>
        <w:t xml:space="preserve">    (c) marked important text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trembling fingers I listened to Miss Sullivan's descriptions of the terrible beasts,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, unpronounceable names, which once went tramping through the primeval forests, tearing down the branches of gigantic trees for food, and died in the dismal swamps of an unknown age.</w:t>
      </w:r>
      <w:r>
        <w:br/>
      </w:r>
      <w:r>
        <w:t xml:space="preserve">    (a) relating to a surface rather than to anything deep or penetrating</w:t>
      </w:r>
      <w:r>
        <w:br/>
      </w:r>
      <w:r>
        <w:t xml:space="preserve">    (b) rude or unpleasant due to a lack of manners, refinement, or taste</w:t>
      </w:r>
      <w:r>
        <w:br/>
      </w:r>
      <w:r>
        <w:t xml:space="preserve">    (c) related to the spreading of a disease to another part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my happiness, from which I was in a little while dashed to earth.</w:t>
      </w:r>
      <w:r>
        <w:br/>
      </w:r>
      <w:r>
        <w:t xml:space="preserve">    (a) highest point</w:t>
      </w:r>
      <w:r>
        <w:br/>
      </w:r>
      <w:r>
        <w:t xml:space="preserve">    (b) to corrupt or seduce from virtue, duty, or allegiance  OR  excessive drinking, casual sex, and/or drug abuse while partying</w:t>
      </w:r>
      <w:r>
        <w:br/>
      </w:r>
      <w:r>
        <w:t xml:space="preserve">    (c) remove or suppress anything considered obscene, immoral, or politically unacceptable  OR  a person who does such suppression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remember especially the walks we all took together every day in Central Park, the only part of the city that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 </w:t>
      </w:r>
      <w:r>
        <w:rPr>
          <w:b/>
          <w:bCs/>
        </w:rPr>
        <w:t xml:space="preserve">to me.</w:t>
      </w:r>
      <w:r>
        <w:br/>
      </w:r>
      <w:r>
        <w:t xml:space="preserve">    (a) not sensible or careful</w:t>
      </w:r>
      <w:r>
        <w:br/>
      </w:r>
      <w:r>
        <w:t xml:space="preserve">    (b) agreeable or compatible</w:t>
      </w:r>
      <w:r>
        <w:br/>
      </w:r>
      <w:r>
        <w:t xml:space="preserve">    (c) unable to get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Burke's "Speech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Conciliation</w:t>
      </w:r>
      <w:r>
        <w:rPr>
          <w:b/>
          <w:bCs/>
        </w:rPr>
        <w:t xml:space="preserve"> </w:t>
      </w:r>
      <w:r>
        <w:rPr>
          <w:b/>
          <w:bCs/>
        </w:rPr>
        <w:t xml:space="preserve">with America"</w:t>
      </w:r>
      <w:r>
        <w:br/>
      </w:r>
      <w:r>
        <w:t xml:space="preserve">    (a) actions intended to end bad feelings or build trust</w:t>
      </w:r>
      <w:r>
        <w:br/>
      </w:r>
      <w:r>
        <w:t xml:space="preserve">    (b) job, reservation, booking, or activity</w:t>
      </w:r>
      <w:r>
        <w:br/>
      </w:r>
      <w:r>
        <w:t xml:space="preserve">    (c) thing that affects a result or outcome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always gentle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forbearing</w:t>
      </w:r>
      <w:r>
        <w:rPr>
          <w:b/>
          <w:bCs/>
        </w:rPr>
        <w:t xml:space="preserve">, no matter how dull I might be, and believe me, my stupidity would often have exhausted the patience of Job.</w:t>
      </w:r>
      <w:r>
        <w:br/>
      </w:r>
      <w:r>
        <w:t xml:space="preserve">    (a) able to be restored to good condition</w:t>
      </w:r>
      <w:r>
        <w:br/>
      </w:r>
      <w:r>
        <w:t xml:space="preserve">    (b) not bouncing back light/heat/sound...</w:t>
      </w:r>
      <w:r>
        <w:br/>
      </w:r>
      <w:r>
        <w:t xml:space="preserve">    (c) 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potent force within me, stronger than the persuasion of my friends, stronger even than the pleadings of my heart,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me to try my strength by the standards of those who see and hear.</w:t>
      </w:r>
      <w:r>
        <w:br/>
      </w:r>
      <w:r>
        <w:t xml:space="preserve">    (a) concentrated, look at, or paid attention to</w:t>
      </w:r>
      <w:r>
        <w:br/>
      </w:r>
      <w:r>
        <w:t xml:space="preserve">    (b) to make someone feel they must do something</w:t>
      </w:r>
      <w:r>
        <w:br/>
      </w:r>
      <w:r>
        <w:t xml:space="preserve">    (c) made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know my learned professors have found greater riches in 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Iliad</w:t>
      </w:r>
      <w:r>
        <w:rPr>
          <w:b/>
          <w:bCs/>
        </w:rPr>
        <w:t xml:space="preserve"> </w:t>
      </w:r>
      <w:r>
        <w:rPr>
          <w:b/>
          <w:bCs/>
        </w:rPr>
        <w:t xml:space="preserve">than I shall ever find; but I am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avaricious</w:t>
      </w:r>
      <w:r>
        <w:rPr>
          <w:b/>
          <w:bCs/>
        </w:rPr>
        <w:t xml:space="preserve">.</w:t>
      </w:r>
      <w:r>
        <w:br/>
      </w:r>
      <w:r>
        <w:t xml:space="preserve">    (a) the quality of not being sensible and careful</w:t>
      </w:r>
      <w:r>
        <w:br/>
      </w:r>
      <w:r>
        <w:t xml:space="preserve">    (b) greedy (excessively interested in riches)</w:t>
      </w:r>
      <w:r>
        <w:br/>
      </w:r>
      <w:r>
        <w:t xml:space="preserve">    (c) the characteristic of demonstrating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content that others should be wiser than I. But with all their wide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knowledge, they cannot measure their enjoyment of that splendid epic, nor can I. When I read the finest passages of the Iliad, I am conscious of a soul-sense that lifts me above the narrow, cramping circumstances of my life.</w:t>
      </w:r>
      <w:r>
        <w:br/>
      </w:r>
      <w:r>
        <w:t xml:space="preserve">    (a) the degree to which something is able to change or is different</w:t>
      </w:r>
      <w:r>
        <w:br/>
      </w:r>
      <w:r>
        <w:t xml:space="preserve">    (b) large in scope; or including everything or everything important</w:t>
      </w:r>
      <w:r>
        <w:br/>
      </w:r>
      <w:r>
        <w:t xml:space="preserve">    (c) capable of being better understood through detailed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read every historical work that I have been able to lay my hands on, from a catalogue of dry facts and dryer dates to Green's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, picturesque "History of the English People"; from Freeman's "History of Europe" to Emerton's "Middle Ages."</w:t>
      </w:r>
      <w:r>
        <w:br/>
      </w:r>
      <w:r>
        <w:t xml:space="preserve">    (a) the quality of being Dutch</w:t>
      </w:r>
      <w:r>
        <w:br/>
      </w:r>
      <w:r>
        <w:t xml:space="preserve">    (b) the quality of disagreeing</w:t>
      </w:r>
      <w:r>
        <w:br/>
      </w:r>
      <w:r>
        <w:t xml:space="preserve">    (c) without favoritism or bias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 word, literature is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Utopia</w:t>
      </w:r>
      <w:r>
        <w:rPr>
          <w:b/>
          <w:bCs/>
        </w:rPr>
        <w:t xml:space="preserve">.</w:t>
      </w:r>
      <w:r>
        <w:br/>
      </w:r>
      <w:r>
        <w:t xml:space="preserve">    (a) an imaginary place considered to be perfect or ideal</w:t>
      </w:r>
      <w:r>
        <w:br/>
      </w:r>
      <w:r>
        <w:t xml:space="preserve">    (b) the process of controlling (how something turns out)</w:t>
      </w:r>
      <w:r>
        <w:br/>
      </w:r>
      <w:r>
        <w:t xml:space="preserve">    (c) the taking on or adoption of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Tacking and jibbing, we wrestled with opposing winds that drove us from side to side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fury.</w:t>
      </w:r>
      <w:r>
        <w:br/>
      </w:r>
      <w:r>
        <w:t xml:space="preserve">    (a) most important; or person that is most important</w:t>
      </w:r>
      <w:r>
        <w:br/>
      </w:r>
      <w:r>
        <w:t xml:space="preserve">    (b) impulsive (forceful and unpredictable)</w:t>
      </w:r>
      <w:r>
        <w:br/>
      </w:r>
      <w:r>
        <w:t xml:space="preserve">    (c) tending to have exceedingly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went out to see the hero that had withstood so many tempests, and it wrung my heart to see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who had mightily striven and was now mightily fallen.</w:t>
      </w:r>
      <w:r>
        <w:br/>
      </w:r>
      <w:r>
        <w:t xml:space="preserve">    (a) spend time with; or someone with whom a person spends a lot of time</w:t>
      </w:r>
      <w:r>
        <w:br/>
      </w:r>
      <w:r>
        <w:t xml:space="preserve">    (b) an overwhelming amount; or to overwhelm -- especially said of water</w:t>
      </w:r>
      <w:r>
        <w:br/>
      </w:r>
      <w:r>
        <w:t xml:space="preserve">    (c) lying down - typically face downward on the ground as in submission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life seems an immense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disparity</w:t>
      </w:r>
      <w:r>
        <w:rPr>
          <w:b/>
          <w:bCs/>
        </w:rPr>
        <w:t xml:space="preserve"> </w:t>
      </w:r>
      <w:r>
        <w:rPr>
          <w:b/>
          <w:bCs/>
        </w:rPr>
        <w:t xml:space="preserve">between effort and opportunity.</w:t>
      </w:r>
      <w:r>
        <w:br/>
      </w:r>
      <w:r>
        <w:t xml:space="preserve">    (a) the highest-ranking manager</w:t>
      </w:r>
      <w:r>
        <w:br/>
      </w:r>
      <w:r>
        <w:t xml:space="preserve">    (b) result or predictable value</w:t>
      </w:r>
      <w:r>
        <w:br/>
      </w:r>
      <w:r>
        <w:t xml:space="preserve">    (c) a difference between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has a long pedigree, a crooked tail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drollest</w:t>
      </w:r>
      <w:r>
        <w:rPr>
          <w:b/>
          <w:bCs/>
        </w:rPr>
        <w:t xml:space="preserve"> </w:t>
      </w:r>
      <w:r>
        <w:rPr>
          <w:b/>
          <w:bCs/>
        </w:rPr>
        <w:t xml:space="preserve">"phiz" in dogdom.</w:t>
      </w:r>
      <w:r>
        <w:br/>
      </w:r>
      <w:r>
        <w:t xml:space="preserve">    (a) lie in such a way as to damage the reputation of another</w:t>
      </w:r>
      <w:r>
        <w:br/>
      </w:r>
      <w:r>
        <w:t xml:space="preserve">    (b) feel or expresses regret for having done something wrong</w:t>
      </w:r>
      <w:r>
        <w:br/>
      </w:r>
      <w:r>
        <w:t xml:space="preserve">    (c) comical in an unusual way -- often clever and understated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Dr. Bell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proficient</w:t>
      </w:r>
      <w:r>
        <w:rPr>
          <w:b/>
          <w:bCs/>
        </w:rPr>
        <w:t xml:space="preserve"> </w:t>
      </w:r>
      <w:r>
        <w:rPr>
          <w:b/>
          <w:bCs/>
        </w:rPr>
        <w:t xml:space="preserve">in many fields of science, and has the art of making every subject he touches interesting, even the most abstruse theories.</w:t>
      </w:r>
      <w:r>
        <w:br/>
      </w:r>
      <w:r>
        <w:t xml:space="preserve">    (a) skillful</w:t>
      </w:r>
      <w:r>
        <w:br/>
      </w:r>
      <w:r>
        <w:t xml:space="preserve">    (b) absolute</w:t>
      </w:r>
      <w:r>
        <w:br/>
      </w:r>
      <w:r>
        <w:t xml:space="preserve">    (c) pleasing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2026-07-31T16:00:38Z</dcterms:created>
  <dcterms:modified xsi:type="dcterms:W3CDTF">2026-07-31T16:00:38Z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