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effadacaab5329bfbde9800756de0880d8e69a0"/>
    <w:p>
      <w:pPr>
        <w:pStyle w:val="Heading1"/>
      </w:pPr>
      <w:r>
        <w:rPr>
          <w:b/>
          <w:bCs/>
        </w:rPr>
        <w:t xml:space="preserve">Steppenwolf</w:t>
      </w:r>
      <w:r>
        <w:br/>
      </w:r>
      <w:r>
        <w:rPr>
          <w:i/>
          <w:iCs/>
        </w:rPr>
        <w:t xml:space="preserve">Hermann Hesse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hope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attain</w:t>
      </w:r>
      <w:r>
        <w:rPr>
          <w:b/>
          <w:bCs/>
        </w:rPr>
        <w:t xml:space="preserve"> </w:t>
      </w:r>
      <w:r>
        <w:rPr>
          <w:b/>
          <w:bCs/>
        </w:rPr>
        <w:t xml:space="preserve">effective law and order in the region before withdrawing troops.</w:t>
      </w:r>
      <w:r>
        <w:br/>
      </w:r>
      <w:r>
        <w:t xml:space="preserve">    (a) openly oppose</w:t>
      </w:r>
      <w:r>
        <w:br/>
      </w:r>
      <w:r>
        <w:t xml:space="preserve">    (b) successfully gain</w:t>
      </w:r>
      <w:r>
        <w:br/>
      </w:r>
      <w:r>
        <w:t xml:space="preserve">    (c) carefully describe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told the police officer that she was trying to awaken the sensibilities of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bourgeois</w:t>
      </w:r>
      <w:r>
        <w:rPr>
          <w:b/>
          <w:bCs/>
        </w:rPr>
        <w:t xml:space="preserve"> </w:t>
      </w:r>
      <w:r>
        <w:rPr>
          <w:b/>
          <w:bCs/>
        </w:rPr>
        <w:t xml:space="preserve">neighbors.</w:t>
      </w:r>
      <w:r>
        <w:br/>
      </w:r>
      <w:r>
        <w:t xml:space="preserve">    (a) conventional</w:t>
      </w:r>
      <w:r>
        <w:br/>
      </w:r>
      <w:r>
        <w:t xml:space="preserve">    (b) foolish</w:t>
      </w:r>
      <w:r>
        <w:br/>
      </w:r>
      <w:r>
        <w:t xml:space="preserve">    (c) irresponsible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will not allow members to act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contrary to</w:t>
      </w:r>
      <w:r>
        <w:rPr>
          <w:b/>
          <w:bCs/>
        </w:rPr>
        <w:t xml:space="preserve"> </w:t>
      </w:r>
      <w:r>
        <w:rPr>
          <w:b/>
          <w:bCs/>
        </w:rPr>
        <w:t xml:space="preserve">our code of ethics.</w:t>
      </w:r>
      <w:r>
        <w:br/>
      </w:r>
      <w:r>
        <w:t xml:space="preserve">    (a) without understanding</w:t>
      </w:r>
      <w:r>
        <w:br/>
      </w:r>
      <w:r>
        <w:t xml:space="preserve">    (b) in opposition to</w:t>
      </w:r>
      <w:r>
        <w:br/>
      </w:r>
      <w:r>
        <w:t xml:space="preserve">    (c) prior to creating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will not pay you for the work.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On the contrary</w:t>
      </w:r>
      <w:r>
        <w:rPr>
          <w:b/>
          <w:bCs/>
        </w:rPr>
        <w:t xml:space="preserve">, I may sue you for damages.</w:t>
      </w:r>
      <w:r>
        <w:br/>
      </w:r>
      <w:r>
        <w:t xml:space="preserve">    (a) regardless of that (unrelated to not paying)</w:t>
      </w:r>
      <w:r>
        <w:br/>
      </w:r>
      <w:r>
        <w:t xml:space="preserve">    (b) not only that (strengthening denial of payment)</w:t>
      </w:r>
      <w:r>
        <w:br/>
      </w:r>
      <w:r>
        <w:t xml:space="preserve">    (c) in spite of that (even though not paying)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rescued me from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despair</w:t>
      </w:r>
      <w:r>
        <w:rPr>
          <w:b/>
          <w:bCs/>
        </w:rPr>
        <w:t xml:space="preserve">.</w:t>
      </w:r>
      <w:r>
        <w:br/>
      </w:r>
      <w:r>
        <w:t xml:space="preserve">    (a) poverty</w:t>
      </w:r>
      <w:r>
        <w:br/>
      </w:r>
      <w:r>
        <w:t xml:space="preserve">    (b) hopelessness</w:t>
      </w:r>
      <w:r>
        <w:br/>
      </w:r>
      <w:r>
        <w:t xml:space="preserve">    (c) fear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despair</w:t>
      </w:r>
      <w:r>
        <w:rPr>
          <w:b/>
          <w:bCs/>
        </w:rPr>
        <w:t xml:space="preserve">--help is on the way!</w:t>
      </w:r>
      <w:r>
        <w:br/>
      </w:r>
      <w:r>
        <w:t xml:space="preserve">    (a) be impatient</w:t>
      </w:r>
      <w:r>
        <w:br/>
      </w:r>
      <w:r>
        <w:t xml:space="preserve">    (b) lose hope</w:t>
      </w:r>
      <w:r>
        <w:br/>
      </w:r>
      <w:r>
        <w:t xml:space="preserve">    (c) cry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harbors 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enmity</w:t>
      </w:r>
      <w:r>
        <w:rPr>
          <w:b/>
          <w:bCs/>
        </w:rPr>
        <w:t xml:space="preserve"> </w:t>
      </w:r>
      <w:r>
        <w:rPr>
          <w:b/>
          <w:bCs/>
        </w:rPr>
        <w:t xml:space="preserve">towards her ex-husband.</w:t>
      </w:r>
      <w:r>
        <w:br/>
      </w:r>
      <w:r>
        <w:t xml:space="preserve">    (a) disrespect</w:t>
      </w:r>
      <w:r>
        <w:br/>
      </w:r>
      <w:r>
        <w:t xml:space="preserve">    (b) hatred</w:t>
      </w:r>
      <w:r>
        <w:br/>
      </w:r>
      <w:r>
        <w:t xml:space="preserve">    (c) love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Youth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fleeting</w:t>
      </w:r>
      <w:r>
        <w:rPr>
          <w:b/>
          <w:bCs/>
        </w:rPr>
        <w:t xml:space="preserve">.</w:t>
      </w:r>
      <w:r>
        <w:br/>
      </w:r>
      <w:r>
        <w:t xml:space="preserve">    (a) troubled</w:t>
      </w:r>
      <w:r>
        <w:br/>
      </w:r>
      <w:r>
        <w:t xml:space="preserve">    (b) short-lived</w:t>
      </w:r>
      <w:r>
        <w:br/>
      </w:r>
      <w:r>
        <w:t xml:space="preserve">    (c) reckless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incident led to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ignominious</w:t>
      </w:r>
      <w:r>
        <w:rPr>
          <w:b/>
          <w:bCs/>
        </w:rPr>
        <w:t xml:space="preserve"> </w:t>
      </w:r>
      <w:r>
        <w:rPr>
          <w:b/>
          <w:bCs/>
        </w:rPr>
        <w:t xml:space="preserve">departure from political office.</w:t>
      </w:r>
      <w:r>
        <w:br/>
      </w:r>
      <w:r>
        <w:t xml:space="preserve">    (a) quick</w:t>
      </w:r>
      <w:r>
        <w:br/>
      </w:r>
      <w:r>
        <w:t xml:space="preserve">    (b) eventual</w:t>
      </w:r>
      <w:r>
        <w:br/>
      </w:r>
      <w:r>
        <w:t xml:space="preserve">    (c) disgraceful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believes we have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immortal</w:t>
      </w:r>
      <w:r>
        <w:rPr>
          <w:b/>
          <w:bCs/>
        </w:rPr>
        <w:t xml:space="preserve"> </w:t>
      </w:r>
      <w:r>
        <w:rPr>
          <w:b/>
          <w:bCs/>
        </w:rPr>
        <w:t xml:space="preserve">soul.</w:t>
      </w:r>
      <w:r>
        <w:br/>
      </w:r>
      <w:r>
        <w:t xml:space="preserve">    (a) conflicted</w:t>
      </w:r>
      <w:r>
        <w:br/>
      </w:r>
      <w:r>
        <w:t xml:space="preserve">    (b) lasting forever</w:t>
      </w:r>
      <w:r>
        <w:br/>
      </w:r>
      <w:r>
        <w:t xml:space="preserve">    (c) perfect in every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lamented</w:t>
      </w:r>
      <w:r>
        <w:rPr>
          <w:b/>
          <w:bCs/>
        </w:rPr>
        <w:t xml:space="preserve"> </w:t>
      </w:r>
      <w:r>
        <w:rPr>
          <w:b/>
          <w:bCs/>
        </w:rPr>
        <w:t xml:space="preserve">our sad circumstances.</w:t>
      </w:r>
      <w:r>
        <w:br/>
      </w:r>
      <w:r>
        <w:t xml:space="preserve">    (a) expressed grief about</w:t>
      </w:r>
      <w:r>
        <w:br/>
      </w:r>
      <w:r>
        <w:t xml:space="preserve">    (b) improved</w:t>
      </w:r>
      <w:r>
        <w:br/>
      </w:r>
      <w:r>
        <w:t xml:space="preserve">    (c) made worse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weather makes 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melancholy</w:t>
      </w:r>
      <w:r>
        <w:rPr>
          <w:b/>
          <w:bCs/>
        </w:rPr>
        <w:t xml:space="preserve">. I can't wait for spring,</w:t>
      </w:r>
      <w:r>
        <w:br/>
      </w:r>
      <w:r>
        <w:t xml:space="preserve">    (a) happy</w:t>
      </w:r>
      <w:r>
        <w:br/>
      </w:r>
      <w:r>
        <w:t xml:space="preserve">    (b) feel like singing</w:t>
      </w:r>
      <w:r>
        <w:br/>
      </w:r>
      <w:r>
        <w:t xml:space="preserve">    (c) sad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Benjamin Franklin's parents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pious</w:t>
      </w:r>
      <w:r>
        <w:rPr>
          <w:b/>
          <w:bCs/>
        </w:rPr>
        <w:t xml:space="preserve"> </w:t>
      </w:r>
      <w:r>
        <w:rPr>
          <w:b/>
          <w:bCs/>
        </w:rPr>
        <w:t xml:space="preserve">Puritans.</w:t>
      </w:r>
      <w:r>
        <w:br/>
      </w:r>
      <w:r>
        <w:t xml:space="preserve">    (a) non-traditional</w:t>
      </w:r>
      <w:r>
        <w:br/>
      </w:r>
      <w:r>
        <w:t xml:space="preserve">    (b) highly religious</w:t>
      </w:r>
      <w:r>
        <w:br/>
      </w:r>
      <w:r>
        <w:t xml:space="preserve">    (c) traditional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recorded her family history for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posterity</w:t>
      </w:r>
      <w:r>
        <w:rPr>
          <w:b/>
          <w:bCs/>
        </w:rPr>
        <w:t xml:space="preserve">, hoping her great-grandchildren would one day read it.</w:t>
      </w:r>
      <w:r>
        <w:br/>
      </w:r>
      <w:r>
        <w:t xml:space="preserve">    (a) academic records</w:t>
      </w:r>
      <w:r>
        <w:br/>
      </w:r>
      <w:r>
        <w:t xml:space="preserve">    (b) future generations</w:t>
      </w:r>
      <w:r>
        <w:br/>
      </w:r>
      <w:r>
        <w:t xml:space="preserve">    (c) personal amusement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repugnant</w:t>
      </w:r>
      <w:r>
        <w:rPr>
          <w:b/>
          <w:bCs/>
        </w:rPr>
        <w:t xml:space="preserve"> </w:t>
      </w:r>
      <w:r>
        <w:rPr>
          <w:b/>
          <w:bCs/>
        </w:rPr>
        <w:t xml:space="preserve">behavior at the party made everyone want to go home early.</w:t>
      </w:r>
      <w:r>
        <w:br/>
      </w:r>
      <w:r>
        <w:t xml:space="preserve">    (a) highly amusing</w:t>
      </w:r>
      <w:r>
        <w:br/>
      </w:r>
      <w:r>
        <w:t xml:space="preserve">    (b) deeply offensive</w:t>
      </w:r>
      <w:r>
        <w:br/>
      </w:r>
      <w:r>
        <w:t xml:space="preserve">    (c) warmly welcomed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reveres</w:t>
      </w:r>
      <w:r>
        <w:rPr>
          <w:b/>
          <w:bCs/>
        </w:rPr>
        <w:t xml:space="preserve"> </w:t>
      </w:r>
      <w:r>
        <w:rPr>
          <w:b/>
          <w:bCs/>
        </w:rPr>
        <w:t xml:space="preserve">nature and all that is natural.</w:t>
      </w:r>
      <w:r>
        <w:br/>
      </w:r>
      <w:r>
        <w:t xml:space="preserve">    (a) deeply respects</w:t>
      </w:r>
      <w:r>
        <w:br/>
      </w:r>
      <w:r>
        <w:t xml:space="preserve">    (b) dislikes and avoids</w:t>
      </w:r>
      <w:r>
        <w:br/>
      </w:r>
      <w:r>
        <w:t xml:space="preserve">    (c) thoroughly enjoys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coach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scorns</w:t>
      </w:r>
      <w:r>
        <w:rPr>
          <w:b/>
          <w:bCs/>
        </w:rPr>
        <w:t xml:space="preserve"> </w:t>
      </w:r>
      <w:r>
        <w:rPr>
          <w:b/>
          <w:bCs/>
        </w:rPr>
        <w:t xml:space="preserve">students who don't have natural ability.</w:t>
      </w:r>
      <w:r>
        <w:br/>
      </w:r>
      <w:r>
        <w:t xml:space="preserve">    (a) disrespects</w:t>
      </w:r>
      <w:r>
        <w:br/>
      </w:r>
      <w:r>
        <w:t xml:space="preserve">    (b) encourages</w:t>
      </w:r>
      <w:r>
        <w:br/>
      </w:r>
      <w:r>
        <w:t xml:space="preserve">    (c) trains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Everyone liked the idea. The arguments I prepared to support it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superfluous</w:t>
      </w:r>
      <w:r>
        <w:rPr>
          <w:b/>
          <w:bCs/>
        </w:rPr>
        <w:t xml:space="preserve">.</w:t>
      </w:r>
      <w:r>
        <w:br/>
      </w:r>
      <w:r>
        <w:t xml:space="preserve">    (a) important</w:t>
      </w:r>
      <w:r>
        <w:br/>
      </w:r>
      <w:r>
        <w:t xml:space="preserve">    (b) unnecessary</w:t>
      </w:r>
      <w:r>
        <w:br/>
      </w:r>
      <w:r>
        <w:t xml:space="preserve">    (c) appreciated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photograph showed poor people in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wretched</w:t>
      </w:r>
      <w:r>
        <w:rPr>
          <w:b/>
          <w:bCs/>
        </w:rPr>
        <w:t xml:space="preserve"> </w:t>
      </w:r>
      <w:r>
        <w:rPr>
          <w:b/>
          <w:bCs/>
        </w:rPr>
        <w:t xml:space="preserve">village in East Africa.</w:t>
      </w:r>
      <w:r>
        <w:br/>
      </w:r>
      <w:r>
        <w:t xml:space="preserve">    (a) irresponsible</w:t>
      </w:r>
      <w:r>
        <w:br/>
      </w:r>
      <w:r>
        <w:t xml:space="preserve">    (b) in terrible condition</w:t>
      </w:r>
      <w:r>
        <w:br/>
      </w:r>
      <w:r>
        <w:t xml:space="preserve">    (c) foolish or thoughtless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yearn</w:t>
      </w:r>
      <w:r>
        <w:rPr>
          <w:b/>
          <w:bCs/>
        </w:rPr>
        <w:t xml:space="preserve"> </w:t>
      </w:r>
      <w:r>
        <w:rPr>
          <w:b/>
          <w:bCs/>
        </w:rPr>
        <w:t xml:space="preserve">for more independence.</w:t>
      </w:r>
      <w:r>
        <w:br/>
      </w:r>
      <w:r>
        <w:t xml:space="preserve">    (a) desire</w:t>
      </w:r>
      <w:r>
        <w:br/>
      </w:r>
      <w:r>
        <w:t xml:space="preserve">    (b) work</w:t>
      </w:r>
      <w:r>
        <w:br/>
      </w:r>
      <w:r>
        <w:t xml:space="preserve">    (c) fear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2026-07-31T16:00:55Z</dcterms:created>
  <dcterms:modified xsi:type="dcterms:W3CDTF">2026-07-31T16:00:55Z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