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fc06693be6e040ddf0878d9676a5db4924b093"/>
    <w:p>
      <w:pPr>
        <w:pStyle w:val="Heading1"/>
      </w:pPr>
      <w:r>
        <w:rPr>
          <w:b/>
          <w:bCs/>
        </w:rPr>
        <w:t xml:space="preserve">Steppenwolf</w:t>
      </w:r>
      <w:r>
        <w:br/>
      </w:r>
      <w:r>
        <w:rPr>
          <w:i/>
          <w:iCs/>
        </w:rPr>
        <w:t xml:space="preserve">Hermann Hesse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religions have or have had traces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in order to achieve a spiritual goal.</w:t>
      </w:r>
      <w:r>
        <w:br/>
      </w:r>
      <w:r>
        <w:t xml:space="preserve">    (a) spiritual mysticism</w:t>
      </w:r>
      <w:r>
        <w:br/>
      </w:r>
      <w:r>
        <w:t xml:space="preserve">    (b) sensual experience</w:t>
      </w:r>
      <w:r>
        <w:br/>
      </w:r>
      <w:r>
        <w:t xml:space="preserve">    (c) self-denial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Jacob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until he met his future spouse.</w:t>
      </w:r>
      <w:r>
        <w:br/>
      </w:r>
      <w:r>
        <w:t xml:space="preserve">    (a) unfaithful to anyone</w:t>
      </w:r>
      <w:r>
        <w:br/>
      </w:r>
      <w:r>
        <w:t xml:space="preserve">    (b) a virgin</w:t>
      </w:r>
      <w:r>
        <w:br/>
      </w:r>
      <w:r>
        <w:t xml:space="preserve">    (c) disillusioned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threatened</w:t>
      </w:r>
      <w:r>
        <w:br/>
      </w:r>
      <w:r>
        <w:t xml:space="preserve">    (b) restricted</w:t>
      </w:r>
      <w:r>
        <w:br/>
      </w:r>
      <w:r>
        <w:t xml:space="preserve">    (c) enforced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clumsy manner</w:t>
      </w:r>
      <w:r>
        <w:br/>
      </w:r>
      <w:r>
        <w:t xml:space="preserve">    (b) in a hurried manner</w:t>
      </w:r>
      <w:r>
        <w:br/>
      </w:r>
      <w:r>
        <w:t xml:space="preserve">    (c) in a friendly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self-important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dilettante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real understanding of the policies she criticizes.</w:t>
      </w:r>
      <w:r>
        <w:br/>
      </w:r>
      <w:r>
        <w:t xml:space="preserve">    (a) amateur</w:t>
      </w:r>
      <w:r>
        <w:br/>
      </w:r>
      <w:r>
        <w:t xml:space="preserve">    (b) negotiator</w:t>
      </w:r>
      <w:r>
        <w:br/>
      </w:r>
      <w:r>
        <w:t xml:space="preserve">    (c)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conflict</w:t>
      </w:r>
      <w:r>
        <w:br/>
      </w:r>
      <w:r>
        <w:t xml:space="preserve">    (b) loud noise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making music, but she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disillusioned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music industry.</w:t>
      </w:r>
      <w:r>
        <w:br/>
      </w:r>
      <w:r>
        <w:t xml:space="preserve">    (a) overworked</w:t>
      </w:r>
      <w:r>
        <w:br/>
      </w:r>
      <w:r>
        <w:t xml:space="preserve">    (b) disappointed</w:t>
      </w:r>
      <w:r>
        <w:br/>
      </w:r>
      <w:r>
        <w:t xml:space="preserve">    (c) bored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quirky and funny</w:t>
      </w:r>
      <w:r>
        <w:br/>
      </w:r>
      <w:r>
        <w:t xml:space="preserve">    (b) dull and serious</w:t>
      </w:r>
      <w:r>
        <w:br/>
      </w:r>
      <w:r>
        <w:t xml:space="preserve">    (c) harsh and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resolution calls upon the country to "cease hostilities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."</w:t>
      </w:r>
      <w:r>
        <w:br/>
      </w:r>
      <w:r>
        <w:t xml:space="preserve">    (a) carefully</w:t>
      </w:r>
      <w:r>
        <w:br/>
      </w:r>
      <w:r>
        <w:t xml:space="preserve">    (b) publicly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two friends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indivisible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day they met in kindergarten.</w:t>
      </w:r>
      <w:r>
        <w:br/>
      </w:r>
      <w:r>
        <w:t xml:space="preserve">    (a) rarely seen together</w:t>
      </w:r>
      <w:r>
        <w:br/>
      </w:r>
      <w:r>
        <w:t xml:space="preserve">    (b) in constant disagreement</w:t>
      </w:r>
      <w:r>
        <w:br/>
      </w:r>
      <w:r>
        <w:t xml:space="preserve">    (c) impossible to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Beavers were hunted nearly to extinction for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luxuriant</w:t>
      </w:r>
      <w:r>
        <w:rPr>
          <w:b/>
          <w:bCs/>
        </w:rPr>
        <w:t xml:space="preserve"> </w:t>
      </w:r>
      <w:r>
        <w:rPr>
          <w:b/>
          <w:bCs/>
        </w:rPr>
        <w:t xml:space="preserve">fur.</w:t>
      </w:r>
      <w:r>
        <w:br/>
      </w:r>
      <w:r>
        <w:t xml:space="preserve">    (a) dark brown</w:t>
      </w:r>
      <w:r>
        <w:br/>
      </w:r>
      <w:r>
        <w:t xml:space="preserve">    (b) thick and abundant</w:t>
      </w:r>
      <w:r>
        <w:br/>
      </w:r>
      <w:r>
        <w:t xml:space="preserve">    (c) scarce (rare)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neurotic</w:t>
      </w:r>
      <w:r>
        <w:rPr>
          <w:b/>
          <w:bCs/>
        </w:rPr>
        <w:t xml:space="preserve"> </w:t>
      </w:r>
      <w:r>
        <w:rPr>
          <w:b/>
          <w:bCs/>
        </w:rPr>
        <w:t xml:space="preserve">fear of heights prevented her from enjoying the breathtaking view from the skyscraper’s observation deck.</w:t>
      </w:r>
      <w:r>
        <w:br/>
      </w:r>
      <w:r>
        <w:t xml:space="preserve">    (a) present since birth</w:t>
      </w:r>
      <w:r>
        <w:br/>
      </w:r>
      <w:r>
        <w:t xml:space="preserve">    (b) learned from bad experience</w:t>
      </w:r>
      <w:r>
        <w:br/>
      </w:r>
      <w:r>
        <w:t xml:space="preserve">    (c) excessive worry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captured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pathos</w:t>
      </w:r>
      <w:r>
        <w:rPr>
          <w:b/>
          <w:bCs/>
        </w:rPr>
        <w:t xml:space="preserve"> </w:t>
      </w:r>
      <w:r>
        <w:rPr>
          <w:b/>
          <w:bCs/>
        </w:rPr>
        <w:t xml:space="preserve">of wartime loss.</w:t>
      </w:r>
      <w:r>
        <w:br/>
      </w:r>
      <w:r>
        <w:t xml:space="preserve">    (a) cheerful spirit</w:t>
      </w:r>
      <w:r>
        <w:br/>
      </w:r>
      <w:r>
        <w:t xml:space="preserve">    (b) moving sadness</w:t>
      </w:r>
      <w:r>
        <w:br/>
      </w:r>
      <w:r>
        <w:t xml:space="preserve">    (c) angry tone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scientist in her research eventually led to a groundbreaking discovery.</w:t>
      </w:r>
      <w:r>
        <w:br/>
      </w:r>
      <w:r>
        <w:t xml:space="preserve">    (a) continuing effort despite difficulties</w:t>
      </w:r>
      <w:r>
        <w:br/>
      </w:r>
      <w:r>
        <w:t xml:space="preserve">    (b) blind optimism</w:t>
      </w:r>
      <w:r>
        <w:br/>
      </w:r>
      <w:r>
        <w:t xml:space="preserve">    (c) immediate success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skill</w:t>
      </w:r>
      <w:r>
        <w:br/>
      </w:r>
      <w:r>
        <w:t xml:space="preserve">    (b) permission</w:t>
      </w:r>
      <w:r>
        <w:br/>
      </w:r>
      <w:r>
        <w:t xml:space="preserve">    (c)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called the event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profligate</w:t>
      </w:r>
      <w:r>
        <w:rPr>
          <w:b/>
          <w:bCs/>
        </w:rPr>
        <w:t xml:space="preserve"> </w:t>
      </w:r>
      <w:r>
        <w:rPr>
          <w:b/>
          <w:bCs/>
        </w:rPr>
        <w:t xml:space="preserve">display of wealth during a time of economic hardship.</w:t>
      </w:r>
      <w:r>
        <w:br/>
      </w:r>
      <w:r>
        <w:t xml:space="preserve">    (a) wastefully extravagant</w:t>
      </w:r>
      <w:r>
        <w:br/>
      </w:r>
      <w:r>
        <w:t xml:space="preserve">    (b) related to intelligence -- such as requiring, appealing to, or possessing intelligence</w:t>
      </w:r>
      <w:r>
        <w:br/>
      </w:r>
      <w:r>
        <w:t xml:space="preserve">    (c) (adjective) designed to stop something  OR  (noun) something that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the bed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</w:t>
      </w:r>
      <w:r>
        <w:rPr>
          <w:b/>
          <w:bCs/>
        </w:rPr>
        <w:t xml:space="preserve"> </w:t>
      </w:r>
      <w:r>
        <w:rPr>
          <w:b/>
          <w:bCs/>
        </w:rPr>
        <w:t xml:space="preserve">silk sheets.</w:t>
      </w:r>
      <w:r>
        <w:br/>
      </w:r>
      <w:r>
        <w:t xml:space="preserve">    (a) cool to the touch</w:t>
      </w:r>
      <w:r>
        <w:br/>
      </w:r>
      <w:r>
        <w:t xml:space="preserve">    (b) smooth to the touch</w:t>
      </w:r>
      <w:r>
        <w:br/>
      </w:r>
      <w:r>
        <w:t xml:space="preserve">    (c) pleasing to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was shut down due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kitchen conditions.</w:t>
      </w:r>
      <w:r>
        <w:br/>
      </w:r>
      <w:r>
        <w:t xml:space="preserve">    (a) dirty</w:t>
      </w:r>
      <w:r>
        <w:br/>
      </w:r>
      <w:r>
        <w:t xml:space="preserve">    (b) costly</w:t>
      </w:r>
      <w:r>
        <w:br/>
      </w:r>
      <w:r>
        <w:t xml:space="preserve">    (c) inefficient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 is concerned that further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stimulus</w:t>
      </w:r>
      <w:r>
        <w:rPr>
          <w:b/>
          <w:bCs/>
        </w:rPr>
        <w:t xml:space="preserve"> </w:t>
      </w:r>
      <w:r>
        <w:rPr>
          <w:b/>
          <w:bCs/>
        </w:rPr>
        <w:t xml:space="preserve">will lead to inflation.</w:t>
      </w:r>
      <w:r>
        <w:br/>
      </w:r>
      <w:r>
        <w:t xml:space="preserve">    (a) unemployment</w:t>
      </w:r>
      <w:r>
        <w:br/>
      </w:r>
      <w:r>
        <w:t xml:space="preserve">    (b) encouragement of growth</w:t>
      </w:r>
      <w:r>
        <w:br/>
      </w:r>
      <w:r>
        <w:t xml:space="preserve">    (c) interest rates increases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magician's final trick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 </w:t>
      </w:r>
      <w:r>
        <w:rPr>
          <w:b/>
          <w:bCs/>
        </w:rPr>
        <w:t xml:space="preserve">everyone in the audience.</w:t>
      </w:r>
      <w:r>
        <w:br/>
      </w:r>
      <w:r>
        <w:t xml:space="preserve">    (a) warn and alert</w:t>
      </w:r>
      <w:r>
        <w:br/>
      </w:r>
      <w:r>
        <w:t xml:space="preserve">    (b) bore and annoy</w:t>
      </w:r>
      <w:r>
        <w:br/>
      </w:r>
      <w:r>
        <w:t xml:space="preserve">    (c) amaze and daze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2026-07-31T16:00:56Z</dcterms:created>
  <dcterms:modified xsi:type="dcterms:W3CDTF">2026-07-31T16:00:56Z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