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7abd54cb836c907d0c4b22145359a54aa9a7a2"/>
    <w:p>
      <w:pPr>
        <w:pStyle w:val="Heading1"/>
      </w:pPr>
      <w:r>
        <w:rPr>
          <w:b/>
          <w:bCs/>
        </w:rPr>
        <w:t xml:space="preserve">Steppenwolf</w:t>
      </w:r>
      <w:r>
        <w:br/>
      </w:r>
      <w:r>
        <w:rPr>
          <w:i/>
          <w:iCs/>
        </w:rPr>
        <w:t xml:space="preserve">Hermann Hesse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remember an instance of this in the last days he was here, if I can call a mere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fleeting</w:t>
      </w:r>
      <w:r>
        <w:rPr>
          <w:b/>
          <w:bCs/>
        </w:rPr>
        <w:t xml:space="preserve"> </w:t>
      </w:r>
      <w:r>
        <w:rPr>
          <w:b/>
          <w:bCs/>
        </w:rPr>
        <w:t xml:space="preserve">glance he gave me an example of what I mean.</w:t>
      </w:r>
      <w:r>
        <w:br/>
      </w:r>
      <w:r>
        <w:t xml:space="preserve">    (a) lasting a short time</w:t>
      </w:r>
      <w:r>
        <w:br/>
      </w:r>
      <w:r>
        <w:t xml:space="preserve">    (b) sensible and careful</w:t>
      </w:r>
      <w:r>
        <w:br/>
      </w:r>
      <w:r>
        <w:t xml:space="preserve">    (c) not demonstrative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this I have gone far ahead and,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contrary to</w:t>
      </w:r>
      <w:r>
        <w:rPr>
          <w:b/>
          <w:bCs/>
        </w:rPr>
        <w:t xml:space="preserve"> </w:t>
      </w:r>
      <w:r>
        <w:rPr>
          <w:b/>
          <w:bCs/>
        </w:rPr>
        <w:t xml:space="preserve">my actual plan and intention, already conveyed what Haller essentially meant to me; whereas my original aim was to uncover his picture by degrees while telling the course of my gradual acquaintance with him.</w:t>
      </w:r>
      <w:r>
        <w:br/>
      </w:r>
      <w:r>
        <w:t xml:space="preserve">    (a) in opposition to</w:t>
      </w:r>
      <w:r>
        <w:br/>
      </w:r>
      <w:r>
        <w:t xml:space="preserve">    (b) produce or show</w:t>
      </w:r>
      <w:r>
        <w:br/>
      </w:r>
      <w:r>
        <w:t xml:space="preserve">    (c) decisive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On the contrary</w:t>
      </w:r>
      <w:r>
        <w:rPr>
          <w:b/>
          <w:bCs/>
        </w:rPr>
        <w:t xml:space="preserve">, it was often exceedingly painful, often almost intolerable.</w:t>
      </w:r>
      <w:r>
        <w:br/>
      </w:r>
      <w:r>
        <w:t xml:space="preserve">    (a) an expression used to introduce a statement that might be thought impolite</w:t>
      </w:r>
      <w:r>
        <w:br/>
      </w:r>
      <w:r>
        <w:t xml:space="preserve">    (b) an expression used to introduce a creative idea</w:t>
      </w:r>
      <w:r>
        <w:br/>
      </w:r>
      <w:r>
        <w:t xml:space="preserve">    (c) an expression used to intensify denial of an idea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day, too, however, he came back in the evening, sad,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as usual.</w:t>
      </w:r>
      <w:r>
        <w:br/>
      </w:r>
      <w:r>
        <w:t xml:space="preserve">    (a) exactness or accuracy</w:t>
      </w:r>
      <w:r>
        <w:br/>
      </w:r>
      <w:r>
        <w:t xml:space="preserve">    (b) miserable or very bad</w:t>
      </w:r>
      <w:r>
        <w:br/>
      </w:r>
      <w:r>
        <w:t xml:space="preserve">    (c) not easily identified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to me, and yet ten times preferable to all the academic music of the day.</w:t>
      </w:r>
      <w:r>
        <w:br/>
      </w:r>
      <w:r>
        <w:t xml:space="preserve">    (a) disgusting</w:t>
      </w:r>
      <w:r>
        <w:br/>
      </w:r>
      <w:r>
        <w:t xml:space="preserve">    (b) related to</w:t>
      </w:r>
      <w:r>
        <w:br/>
      </w:r>
      <w:r>
        <w:t xml:space="preserve">    (c)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him the man and the wolf did not go the same way together, but were in continual and deadly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enmity</w:t>
      </w:r>
      <w:r>
        <w:rPr>
          <w:b/>
          <w:bCs/>
        </w:rPr>
        <w:t xml:space="preserve">.</w:t>
      </w:r>
      <w:r>
        <w:br/>
      </w:r>
      <w:r>
        <w:t xml:space="preserve">    (a) memory</w:t>
      </w:r>
      <w:r>
        <w:br/>
      </w:r>
      <w:r>
        <w:t xml:space="preserve">    (b) hatred</w:t>
      </w:r>
      <w:r>
        <w:br/>
      </w:r>
      <w:r>
        <w:t xml:space="preserve">    (c) battle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every strong man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attains</w:t>
      </w:r>
      <w:r>
        <w:rPr>
          <w:b/>
          <w:bCs/>
        </w:rPr>
        <w:t xml:space="preserve"> </w:t>
      </w:r>
      <w:r>
        <w:rPr>
          <w:b/>
          <w:bCs/>
        </w:rPr>
        <w:t xml:space="preserve">to that which a genuine impulse bids him seek.</w:t>
      </w:r>
      <w:r>
        <w:br/>
      </w:r>
      <w:r>
        <w:t xml:space="preserve">    (a) says (or makes a sound) with the voice</w:t>
      </w:r>
      <w:r>
        <w:br/>
      </w:r>
      <w:r>
        <w:t xml:space="preserve">    (b) gains or reaches something with effort</w:t>
      </w:r>
      <w:r>
        <w:br/>
      </w:r>
      <w:r>
        <w:t xml:space="preserve">    (c) controls (how something will turn out)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thousands of his like do, he found consolation and support, and not merely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 </w:t>
      </w:r>
      <w:r>
        <w:rPr>
          <w:b/>
          <w:bCs/>
        </w:rPr>
        <w:t xml:space="preserve">play of youthful fancy, in the idea that the way to death was open to him at any moment.</w:t>
      </w:r>
      <w:r>
        <w:br/>
      </w:r>
      <w:r>
        <w:t xml:space="preserve">    (a) relating to the outside</w:t>
      </w:r>
      <w:r>
        <w:br/>
      </w:r>
      <w:r>
        <w:t xml:space="preserve">    (b) a sad feeling or manner</w:t>
      </w:r>
      <w:r>
        <w:br/>
      </w:r>
      <w:r>
        <w:t xml:space="preserve">    (c) about (but not exactly)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Besides this, he was secretly and persistently attracted to the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bourgeois</w:t>
      </w:r>
      <w:r>
        <w:rPr>
          <w:b/>
          <w:bCs/>
        </w:rPr>
        <w:t xml:space="preserve"> </w:t>
      </w:r>
      <w:r>
        <w:rPr>
          <w:b/>
          <w:bCs/>
        </w:rPr>
        <w:t xml:space="preserve">world, to those quiet and respectable homes with tidy gardens ... and their whole modest air of order and comfort.</w:t>
      </w:r>
      <w:r>
        <w:br/>
      </w:r>
      <w:r>
        <w:t xml:space="preserve">    (a) typical of the middle class</w:t>
      </w:r>
      <w:r>
        <w:br/>
      </w:r>
      <w:r>
        <w:t xml:space="preserve">    (b) the act of protecting something or keeping it as it is</w:t>
      </w:r>
      <w:r>
        <w:br/>
      </w:r>
      <w:r>
        <w:t xml:space="preserve">    (c) speaks with someone about something for the first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already experienced it several times, and always in periods of utmost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distress (at not knowing how to improve a bad situation)</w:t>
      </w:r>
      <w:r>
        <w:br/>
      </w:r>
      <w:r>
        <w:t xml:space="preserve">    (b) adjusts a lens to make an image clear</w:t>
      </w:r>
      <w:r>
        <w:br/>
      </w:r>
      <w:r>
        <w:t xml:space="preserve">    (c) not creating disagreement or struggle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during the few days of waiting I never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despaired</w:t>
      </w:r>
      <w:r>
        <w:rPr>
          <w:b/>
          <w:bCs/>
        </w:rPr>
        <w:t xml:space="preserve"> </w:t>
      </w:r>
      <w:r>
        <w:rPr>
          <w:b/>
          <w:bCs/>
        </w:rPr>
        <w:t xml:space="preserve">of my friend keeping her word, this did not prevent my being in a state of acute suspense when the day arrived.</w:t>
      </w:r>
      <w:r>
        <w:br/>
      </w:r>
      <w:r>
        <w:t xml:space="preserve">    (a) lost hope</w:t>
      </w:r>
      <w:r>
        <w:br/>
      </w:r>
      <w:r>
        <w:t xml:space="preserve">    (b) disagreed</w:t>
      </w:r>
      <w:r>
        <w:br/>
      </w:r>
      <w:r>
        <w:t xml:space="preserve">    (c) stuck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Love and confidence had changed of a sudden to hate and deadly enmity and the neighbors saw me go with pitying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.</w:t>
      </w:r>
      <w:r>
        <w:br/>
      </w:r>
      <w:r>
        <w:t xml:space="preserve">    (a) move from more general to more specific</w:t>
      </w:r>
      <w:r>
        <w:br/>
      </w:r>
      <w:r>
        <w:t xml:space="preserve">    (b) not answer questions; or block progress</w:t>
      </w:r>
      <w:r>
        <w:br/>
      </w:r>
      <w:r>
        <w:t xml:space="preserve">    (c) disrespect or reject as not good enough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suicide be as stupid, cowardly, shabby as you please, call it an infamous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escape; still, any escape, even the most ignominious, from this treadmill of suffering was the only thing to wish for.</w:t>
      </w:r>
      <w:r>
        <w:br/>
      </w:r>
      <w:r>
        <w:t xml:space="preserve">    (a) the state or degree of being very large</w:t>
      </w:r>
      <w:r>
        <w:br/>
      </w:r>
      <w:r>
        <w:t xml:space="preserve">    (b) deserving or bringing disgrace or shame</w:t>
      </w:r>
      <w:r>
        <w:br/>
      </w:r>
      <w:r>
        <w:t xml:space="preserve">    (c) the quality of relating to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lamentable</w:t>
      </w:r>
      <w:r>
        <w:rPr>
          <w:b/>
          <w:bCs/>
        </w:rPr>
        <w:t xml:space="preserve"> </w:t>
      </w:r>
      <w:r>
        <w:rPr>
          <w:b/>
          <w:bCs/>
        </w:rPr>
        <w:t xml:space="preserve">state I was half-thankful for the cordiality with which he threw himself on me.</w:t>
      </w:r>
      <w:r>
        <w:br/>
      </w:r>
      <w:r>
        <w:t xml:space="preserve">    (a) intentional</w:t>
      </w:r>
      <w:r>
        <w:br/>
      </w:r>
      <w:r>
        <w:t xml:space="preserve">    (b) regrettable</w:t>
      </w:r>
      <w:r>
        <w:br/>
      </w:r>
      <w:r>
        <w:t xml:space="preserve">    (c) not sincere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grudge all those lonely persons their mute music, whether it's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Yearning</w:t>
      </w:r>
      <w:r>
        <w:rPr>
          <w:b/>
          <w:bCs/>
        </w:rPr>
        <w:t xml:space="preserve"> </w:t>
      </w:r>
      <w:r>
        <w:rPr>
          <w:b/>
          <w:bCs/>
        </w:rPr>
        <w:t xml:space="preserve">or the Magic Flute or Valencia.</w:t>
      </w:r>
      <w:r>
        <w:br/>
      </w:r>
      <w:r>
        <w:t xml:space="preserve">    (a) changing to fit a different situation</w:t>
      </w:r>
      <w:r>
        <w:br/>
      </w:r>
      <w:r>
        <w:t xml:space="preserve">    (b) charging (with having broken the law)</w:t>
      </w:r>
      <w:r>
        <w:br/>
      </w:r>
      <w:r>
        <w:t xml:space="preserve">    (c) strongly desiring; or a strong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 heroic and the beautiful,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reverence</w:t>
      </w:r>
      <w:r>
        <w:rPr>
          <w:b/>
          <w:bCs/>
        </w:rPr>
        <w:t xml:space="preserve"> </w:t>
      </w:r>
      <w:r>
        <w:rPr>
          <w:b/>
          <w:bCs/>
        </w:rPr>
        <w:t xml:space="preserve">for the great poets or for the saints...</w:t>
      </w:r>
      <w:r>
        <w:br/>
      </w:r>
      <w:r>
        <w:t xml:space="preserve">    (a) separate two things to prevent passage of something such as heat, cold, noise, or electricity</w:t>
      </w:r>
      <w:r>
        <w:br/>
      </w:r>
      <w:r>
        <w:t xml:space="preserve">    (b) interfere (in another's affairs or business); or handle (something that shouldn't be handled)</w:t>
      </w:r>
      <w:r>
        <w:br/>
      </w:r>
      <w:r>
        <w:t xml:space="preserve">    (c) deep respect and admiration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mean a name, and fame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posterity</w:t>
      </w:r>
      <w:r>
        <w:rPr>
          <w:b/>
          <w:bCs/>
        </w:rPr>
        <w:t xml:space="preserve">?</w:t>
      </w:r>
      <w:r>
        <w:br/>
      </w:r>
      <w:r>
        <w:t xml:space="preserve">    (a) lacks adequate funding</w:t>
      </w:r>
      <w:r>
        <w:br/>
      </w:r>
      <w:r>
        <w:t xml:space="preserve">    (b) all future generations</w:t>
      </w:r>
      <w:r>
        <w:br/>
      </w:r>
      <w:r>
        <w:t xml:space="preserve">    (c) not thinking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call it the kingdom of God.</w:t>
      </w:r>
      <w:r>
        <w:br/>
      </w:r>
      <w:r>
        <w:t xml:space="preserve">    (a) able to be disagreed with</w:t>
      </w:r>
      <w:r>
        <w:br/>
      </w:r>
      <w:r>
        <w:t xml:space="preserve">    (b) not able to be translated</w:t>
      </w:r>
      <w:r>
        <w:br/>
      </w:r>
      <w:r>
        <w:t xml:space="preserve">    (c) religious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myself as a dead-weary pilgrim, dragging myself across the desert of the other world, laden with the many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 </w:t>
      </w:r>
      <w:r>
        <w:rPr>
          <w:b/>
          <w:bCs/>
        </w:rPr>
        <w:t xml:space="preserve">books I had written, and all the articles and essays; followed by the army of compositors who had had the type to set up, by the army of readers who had had it all to swallow.</w:t>
      </w:r>
      <w:r>
        <w:br/>
      </w:r>
      <w:r>
        <w:t xml:space="preserve">    (a) without purpose, job, or natural activity</w:t>
      </w:r>
      <w:r>
        <w:br/>
      </w:r>
      <w:r>
        <w:t xml:space="preserve">    (b) more than is needed, desired, or required</w:t>
      </w:r>
      <w:r>
        <w:br/>
      </w:r>
      <w:r>
        <w:t xml:space="preserve">    (c) the quality of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Yes, with Mozart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immortals</w:t>
      </w:r>
      <w:r>
        <w:rPr>
          <w:b/>
          <w:bCs/>
        </w:rPr>
        <w:t xml:space="preserve">.</w:t>
      </w:r>
      <w:r>
        <w:br/>
      </w:r>
      <w:r>
        <w:t xml:space="preserve">    (a) instances of taking on or adopting of power or responsibility</w:t>
      </w:r>
      <w:r>
        <w:br/>
      </w:r>
      <w:r>
        <w:t xml:space="preserve">    (b) people of enduring fame</w:t>
      </w:r>
      <w:r>
        <w:br/>
      </w:r>
      <w:r>
        <w:t xml:space="preserve">    (c) tiles designed to affect noise -- typically to decrease noise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2026-07-31T16:00:55Z</dcterms:created>
  <dcterms:modified xsi:type="dcterms:W3CDTF">2026-07-31T16:00:55Z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