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f49fe82cc4ba1640f5b407332d2a27af4ff5438"/>
    <w:p>
      <w:pPr>
        <w:pStyle w:val="Heading1"/>
      </w:pPr>
      <w:r>
        <w:rPr>
          <w:b/>
          <w:bCs/>
        </w:rPr>
        <w:t xml:space="preserve">Steppenwolf</w:t>
      </w:r>
      <w:r>
        <w:br/>
      </w:r>
      <w:r>
        <w:rPr>
          <w:i/>
          <w:iCs/>
        </w:rPr>
        <w:t xml:space="preserve">Hermann Hesse</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 will not pretend to justify this espionage I carried on, and I will say openly that all these signs of a life full of intellectual curiosity, but thoroughly</w:t>
      </w:r>
      <w:r>
        <w:rPr>
          <w:b/>
          <w:bCs/>
        </w:rPr>
        <w:t xml:space="preserve"> </w:t>
      </w:r>
      <w:r>
        <w:rPr>
          <w:b/>
          <w:bCs/>
          <w:u w:val="single"/>
        </w:rPr>
        <w:t xml:space="preserve">slovenly</w:t>
      </w:r>
      <w:r>
        <w:rPr>
          <w:b/>
          <w:bCs/>
        </w:rPr>
        <w:t xml:space="preserve"> </w:t>
      </w:r>
      <w:r>
        <w:rPr>
          <w:b/>
          <w:bCs/>
        </w:rPr>
        <w:t xml:space="preserve">and disorderly all the same, inspired me at first with aversion and mistrust.</w:t>
      </w:r>
      <w:r>
        <w:br/>
      </w:r>
      <w:r>
        <w:t xml:space="preserve">    (a) the quality of being very bad (deserving no respect)</w:t>
      </w:r>
      <w:r>
        <w:br/>
      </w:r>
      <w:r>
        <w:t xml:space="preserve">    (b) messy or dirty;</w:t>
      </w:r>
      <w:r>
        <w:br/>
      </w:r>
      <w:r>
        <w:br/>
      </w:r>
      <w:r>
        <w:t xml:space="preserve">or:</w:t>
      </w:r>
      <w:r>
        <w:br/>
      </w:r>
      <w:r>
        <w:br/>
      </w:r>
      <w:r>
        <w:t xml:space="preserve">excessively careless or casual</w:t>
      </w:r>
      <w:r>
        <w:br/>
      </w:r>
      <w:r>
        <w:t xml:space="preserve">    (c) the state or degree of being optimistic or agreeable</w:t>
      </w:r>
    </w:p>
    <w:p>
      <w:pPr>
        <w:pStyle w:val="Compact"/>
        <w:numPr>
          <w:ilvl w:val="0"/>
          <w:numId w:val="1001"/>
        </w:numPr>
      </w:pPr>
      <w:r>
        <w:rPr>
          <w:b/>
          <w:bCs/>
        </w:rPr>
        <w:t xml:space="preserve">Were we, the old connoisseurs, the reverers of Europe as it used to be, of genuine music and poetry as once they were, nothing but a pig-headed minority suffering from a complex</w:t>
      </w:r>
      <w:r>
        <w:rPr>
          <w:b/>
          <w:bCs/>
        </w:rPr>
        <w:t xml:space="preserve"> </w:t>
      </w:r>
      <w:r>
        <w:rPr>
          <w:b/>
          <w:bCs/>
          <w:u w:val="single"/>
        </w:rPr>
        <w:t xml:space="preserve">neurosis</w:t>
      </w:r>
      <w:r>
        <w:rPr>
          <w:b/>
          <w:bCs/>
        </w:rPr>
        <w:t xml:space="preserve">, whom tomorrow would forget or deride?</w:t>
      </w:r>
      <w:r>
        <w:br/>
      </w:r>
      <w:r>
        <w:t xml:space="preserve">    (a) a mild mental disorder -- usually worrying too much about something</w:t>
      </w:r>
      <w:r>
        <w:br/>
      </w:r>
      <w:r>
        <w:t xml:space="preserve">    (b) supporters of Oliver Cromwell and his side in the English Civil War</w:t>
      </w:r>
      <w:r>
        <w:br/>
      </w:r>
      <w:r>
        <w:t xml:space="preserve">    (c) people of the second most populous denomination of Islam (over 10%)</w:t>
      </w:r>
    </w:p>
    <w:p>
      <w:pPr>
        <w:pStyle w:val="Compact"/>
        <w:numPr>
          <w:ilvl w:val="0"/>
          <w:numId w:val="1001"/>
        </w:numPr>
      </w:pPr>
      <w:r>
        <w:rPr>
          <w:b/>
          <w:bCs/>
        </w:rPr>
        <w:t xml:space="preserve">If we take any one of these coupled opposites, such as piety and</w:t>
      </w:r>
      <w:r>
        <w:rPr>
          <w:b/>
          <w:bCs/>
        </w:rPr>
        <w:t xml:space="preserve"> </w:t>
      </w:r>
      <w:r>
        <w:rPr>
          <w:b/>
          <w:bCs/>
          <w:u w:val="single"/>
        </w:rPr>
        <w:t xml:space="preserve">profligacy</w:t>
      </w:r>
      <w:r>
        <w:rPr>
          <w:b/>
          <w:bCs/>
        </w:rPr>
        <w:t xml:space="preserve">, the analogy is immediately comprehensible.</w:t>
      </w:r>
      <w:r>
        <w:br/>
      </w:r>
      <w:r>
        <w:t xml:space="preserve">    (a) related to intelligence -- such as requiring, appealing to, or possessing intelligence</w:t>
      </w:r>
      <w:r>
        <w:br/>
      </w:r>
      <w:r>
        <w:t xml:space="preserve">    (b) (adjective) designed to stop something  OR  (noun) something that stops something else</w:t>
      </w:r>
      <w:r>
        <w:br/>
      </w:r>
      <w:r>
        <w:t xml:space="preserve">    (c) carelessly and wastefully extravagant -- especially with money, resources, or behavior</w:t>
      </w:r>
    </w:p>
    <w:p>
      <w:pPr>
        <w:pStyle w:val="Compact"/>
        <w:numPr>
          <w:ilvl w:val="0"/>
          <w:numId w:val="1001"/>
        </w:numPr>
      </w:pPr>
      <w:r>
        <w:rPr>
          <w:b/>
          <w:bCs/>
        </w:rPr>
        <w:t xml:space="preserve">He will never surrender himself either to lust or to</w:t>
      </w:r>
      <w:r>
        <w:rPr>
          <w:b/>
          <w:bCs/>
        </w:rPr>
        <w:t xml:space="preserve"> </w:t>
      </w:r>
      <w:r>
        <w:rPr>
          <w:b/>
          <w:bCs/>
          <w:u w:val="single"/>
        </w:rPr>
        <w:t xml:space="preserve">asceticism</w:t>
      </w:r>
      <w:r>
        <w:rPr>
          <w:b/>
          <w:bCs/>
        </w:rPr>
        <w:t xml:space="preserve">.</w:t>
      </w:r>
      <w:r>
        <w:br/>
      </w:r>
      <w:r>
        <w:t xml:space="preserve">    (a) the practice of extreme self-denial (often to encourage spiritual growth)</w:t>
      </w:r>
      <w:r>
        <w:br/>
      </w:r>
      <w:r>
        <w:t xml:space="preserve">    (b) a feeling of anger or unhappiness at having to accept something not liked</w:t>
      </w:r>
      <w:r>
        <w:br/>
      </w:r>
      <w:r>
        <w:t xml:space="preserve">    (c) Hitler's fanatical and oppressive political party in World War II Germany</w:t>
      </w:r>
    </w:p>
    <w:p>
      <w:pPr>
        <w:pStyle w:val="Compact"/>
        <w:numPr>
          <w:ilvl w:val="0"/>
          <w:numId w:val="1001"/>
        </w:numPr>
      </w:pPr>
      <w:r>
        <w:rPr>
          <w:b/>
          <w:bCs/>
        </w:rPr>
        <w:t xml:space="preserve">I fell asleep, it is true, and lay for several hours completely</w:t>
      </w:r>
      <w:r>
        <w:rPr>
          <w:b/>
          <w:bCs/>
        </w:rPr>
        <w:t xml:space="preserve"> </w:t>
      </w:r>
      <w:r>
        <w:rPr>
          <w:b/>
          <w:bCs/>
          <w:u w:val="single"/>
        </w:rPr>
        <w:t xml:space="preserve">stupefied</w:t>
      </w:r>
      <w:r>
        <w:rPr>
          <w:b/>
          <w:bCs/>
        </w:rPr>
        <w:t xml:space="preserve">; but then to my frightful disappointment I was half awakened by violent convulsions of the stomach and fell asleep once more.</w:t>
      </w:r>
      <w:r>
        <w:br/>
      </w:r>
      <w:r>
        <w:t xml:space="preserve">    (a) made unable to think; or completely surprised</w:t>
      </w:r>
      <w:r>
        <w:br/>
      </w:r>
      <w:r>
        <w:t xml:space="preserve">    (b) donated a portion of one's income to a church</w:t>
      </w:r>
      <w:r>
        <w:br/>
      </w:r>
      <w:r>
        <w:t xml:space="preserve">    (c) caused to happen or occurred as a consequence</w:t>
      </w:r>
    </w:p>
    <w:p>
      <w:pPr>
        <w:pStyle w:val="Compact"/>
        <w:numPr>
          <w:ilvl w:val="0"/>
          <w:numId w:val="1001"/>
        </w:numPr>
      </w:pPr>
      <w:r>
        <w:rPr>
          <w:b/>
          <w:bCs/>
        </w:rPr>
        <w:t xml:space="preserve">In my lamentable state I was half-thankful for the</w:t>
      </w:r>
      <w:r>
        <w:rPr>
          <w:b/>
          <w:bCs/>
        </w:rPr>
        <w:t xml:space="preserve"> </w:t>
      </w:r>
      <w:r>
        <w:rPr>
          <w:b/>
          <w:bCs/>
          <w:u w:val="single"/>
        </w:rPr>
        <w:t xml:space="preserve">cordiality</w:t>
      </w:r>
      <w:r>
        <w:rPr>
          <w:b/>
          <w:bCs/>
        </w:rPr>
        <w:t xml:space="preserve"> </w:t>
      </w:r>
      <w:r>
        <w:rPr>
          <w:b/>
          <w:bCs/>
        </w:rPr>
        <w:t xml:space="preserve">with which he threw himself on me.</w:t>
      </w:r>
      <w:r>
        <w:br/>
      </w:r>
      <w:r>
        <w:t xml:space="preserve">    (a) friendliness</w:t>
      </w:r>
      <w:r>
        <w:br/>
      </w:r>
      <w:r>
        <w:t xml:space="preserve">    (b) psychiatrist</w:t>
      </w:r>
      <w:r>
        <w:br/>
      </w:r>
      <w:r>
        <w:t xml:space="preserve">    (c) satisfaction</w:t>
      </w:r>
    </w:p>
    <w:p>
      <w:pPr>
        <w:pStyle w:val="Compact"/>
        <w:numPr>
          <w:ilvl w:val="0"/>
          <w:numId w:val="1001"/>
        </w:numPr>
      </w:pPr>
      <w:r>
        <w:rPr>
          <w:b/>
          <w:bCs/>
        </w:rPr>
        <w:t xml:space="preserve">His pleasure in seeing me became quite lively as he recalled the talks we had had together and assured me that he owed a great deal to the</w:t>
      </w:r>
      <w:r>
        <w:rPr>
          <w:b/>
          <w:bCs/>
        </w:rPr>
        <w:t xml:space="preserve"> </w:t>
      </w:r>
      <w:r>
        <w:rPr>
          <w:b/>
          <w:bCs/>
          <w:u w:val="single"/>
        </w:rPr>
        <w:t xml:space="preserve">stimulus</w:t>
      </w:r>
      <w:r>
        <w:rPr>
          <w:b/>
          <w:bCs/>
        </w:rPr>
        <w:t xml:space="preserve"> </w:t>
      </w:r>
      <w:r>
        <w:rPr>
          <w:b/>
          <w:bCs/>
        </w:rPr>
        <w:t xml:space="preserve">they had given him and that he often thought of me.</w:t>
      </w:r>
      <w:r>
        <w:br/>
      </w:r>
      <w:r>
        <w:t xml:space="preserve">    (a) something that creates growth or excitement, or something that causes an action</w:t>
      </w:r>
      <w:r>
        <w:br/>
      </w:r>
      <w:r>
        <w:t xml:space="preserve">    (b) surgical interruption of nerve tracts to and from the frontal lobe of the brain</w:t>
      </w:r>
      <w:r>
        <w:br/>
      </w:r>
      <w:r>
        <w:t xml:space="preserve">    (c) something suggested indirectly; or something that can be concluded; or a result</w:t>
      </w:r>
    </w:p>
    <w:p>
      <w:pPr>
        <w:pStyle w:val="Compact"/>
        <w:numPr>
          <w:ilvl w:val="0"/>
          <w:numId w:val="1001"/>
        </w:numPr>
      </w:pPr>
      <w:r>
        <w:rPr>
          <w:b/>
          <w:bCs/>
        </w:rPr>
        <w:t xml:space="preserve">...to the first</w:t>
      </w:r>
      <w:r>
        <w:rPr>
          <w:b/>
          <w:bCs/>
        </w:rPr>
        <w:t xml:space="preserve"> </w:t>
      </w:r>
      <w:r>
        <w:rPr>
          <w:b/>
          <w:bCs/>
          <w:u w:val="single"/>
        </w:rPr>
        <w:t xml:space="preserve">discord</w:t>
      </w:r>
      <w:r>
        <w:rPr>
          <w:b/>
          <w:bCs/>
        </w:rPr>
        <w:t xml:space="preserve"> </w:t>
      </w:r>
      <w:r>
        <w:rPr>
          <w:b/>
          <w:bCs/>
        </w:rPr>
        <w:t xml:space="preserve">there succeeded nothing but new ones.</w:t>
      </w:r>
      <w:r>
        <w:br/>
      </w:r>
      <w:r>
        <w:t xml:space="preserve">    (a) design based on alphabetic letters; or adding such a design to something</w:t>
      </w:r>
      <w:r>
        <w:br/>
      </w:r>
      <w:r>
        <w:t xml:space="preserve">    (b) characterized by narrower parallel folds when closed and wider when open</w:t>
      </w:r>
      <w:r>
        <w:br/>
      </w:r>
      <w:r>
        <w:t xml:space="preserve">    (c) disagreement or conflict</w:t>
      </w:r>
    </w:p>
    <w:p>
      <w:pPr>
        <w:pStyle w:val="Compact"/>
        <w:numPr>
          <w:ilvl w:val="0"/>
          <w:numId w:val="1001"/>
        </w:numPr>
      </w:pPr>
      <w:r>
        <w:rPr>
          <w:b/>
          <w:bCs/>
        </w:rPr>
        <w:t xml:space="preserve">In this</w:t>
      </w:r>
      <w:r>
        <w:rPr>
          <w:b/>
          <w:bCs/>
        </w:rPr>
        <w:t xml:space="preserve"> </w:t>
      </w:r>
      <w:r>
        <w:rPr>
          <w:b/>
          <w:bCs/>
          <w:u w:val="single"/>
        </w:rPr>
        <w:t xml:space="preserve">chaste</w:t>
      </w:r>
      <w:r>
        <w:rPr>
          <w:b/>
          <w:bCs/>
        </w:rPr>
        <w:t xml:space="preserve"> </w:t>
      </w:r>
      <w:r>
        <w:rPr>
          <w:b/>
          <w:bCs/>
        </w:rPr>
        <w:t xml:space="preserve">drawing room Goethe would certainly never have allowed himself to use an outrageous, a genuine and unqualified expression.</w:t>
      </w:r>
      <w:r>
        <w:br/>
      </w:r>
      <w:r>
        <w:t xml:space="preserve">    (a) able to be portrayed or created in a particular way  OR  able to be interpreted, translated, or extracted from</w:t>
      </w:r>
      <w:r>
        <w:br/>
      </w:r>
      <w:r>
        <w:t xml:space="preserve">    (b) a citizen of Rome between the founding of the city (753 BC) and the fall of the Western Roman Empire (476 AD)</w:t>
      </w:r>
      <w:r>
        <w:br/>
      </w:r>
      <w:r>
        <w:t xml:space="preserve">    (c) not having sexual intercourse (ever, outside of marriage, or for a long time); or not involving sexual desire</w:t>
      </w:r>
    </w:p>
    <w:p>
      <w:pPr>
        <w:pStyle w:val="Compact"/>
        <w:numPr>
          <w:ilvl w:val="0"/>
          <w:numId w:val="1001"/>
        </w:numPr>
      </w:pPr>
      <w:r>
        <w:rPr>
          <w:b/>
          <w:bCs/>
        </w:rPr>
        <w:t xml:space="preserve">and, then, the ardent longing for the realm of the spirit in eternal and deadly war with the equally ardent and holy love of the lost innocence of nature, the whole frightful suspense in vacancy and uncertainty, this condemnation to the transient that can never be valid, that is ever experimental and</w:t>
      </w:r>
      <w:r>
        <w:rPr>
          <w:b/>
          <w:bCs/>
        </w:rPr>
        <w:t xml:space="preserve"> </w:t>
      </w:r>
      <w:r>
        <w:rPr>
          <w:b/>
          <w:bCs/>
          <w:u w:val="single"/>
        </w:rPr>
        <w:t xml:space="preserve">dilettantish</w:t>
      </w:r>
      <w:r>
        <w:rPr>
          <w:b/>
          <w:bCs/>
        </w:rPr>
        <w:t xml:space="preserve">;</w:t>
      </w:r>
      <w:r>
        <w:br/>
      </w:r>
      <w:r>
        <w:t xml:space="preserve">    (a) of a person with an interest in an area, but without real expertise</w:t>
      </w:r>
      <w:r>
        <w:br/>
      </w:r>
      <w:r>
        <w:t xml:space="preserve">    (b) people of the second most populous denomination of Islam (over 10%)</w:t>
      </w:r>
      <w:r>
        <w:br/>
      </w:r>
      <w:r>
        <w:t xml:space="preserve">    (c) supporters of Oliver Cromwell and his side in the English Civil War</w:t>
      </w:r>
    </w:p>
    <w:p>
      <w:pPr>
        <w:pStyle w:val="Compact"/>
        <w:numPr>
          <w:ilvl w:val="0"/>
          <w:numId w:val="1001"/>
        </w:numPr>
      </w:pPr>
      <w:r>
        <w:rPr>
          <w:b/>
          <w:bCs/>
        </w:rPr>
        <w:t xml:space="preserve">He had grown taller and his erect bearing and the</w:t>
      </w:r>
      <w:r>
        <w:rPr>
          <w:b/>
          <w:bCs/>
        </w:rPr>
        <w:t xml:space="preserve"> </w:t>
      </w:r>
      <w:r>
        <w:rPr>
          <w:b/>
          <w:bCs/>
          <w:u w:val="single"/>
        </w:rPr>
        <w:t xml:space="preserve">constrained</w:t>
      </w:r>
      <w:r>
        <w:rPr>
          <w:b/>
          <w:bCs/>
        </w:rPr>
        <w:t xml:space="preserve"> </w:t>
      </w:r>
      <w:r>
        <w:rPr>
          <w:b/>
          <w:bCs/>
        </w:rPr>
        <w:t xml:space="preserve">dignity of his face had disappeared.</w:t>
      </w:r>
      <w:r>
        <w:br/>
      </w:r>
      <w:r>
        <w:t xml:space="preserve">    (a) not provided with investment funds</w:t>
      </w:r>
      <w:r>
        <w:br/>
      </w:r>
      <w:r>
        <w:t xml:space="preserve">    (b) stopped (something from happening)</w:t>
      </w:r>
      <w:r>
        <w:br/>
      </w:r>
      <w:r>
        <w:t xml:space="preserve">    (c) restricted; or lacking spontaneity</w:t>
      </w:r>
    </w:p>
    <w:p>
      <w:pPr>
        <w:pStyle w:val="Compact"/>
        <w:numPr>
          <w:ilvl w:val="0"/>
          <w:numId w:val="1001"/>
        </w:numPr>
      </w:pPr>
      <w:r>
        <w:rPr>
          <w:b/>
          <w:bCs/>
        </w:rPr>
        <w:t xml:space="preserve">A yellow primrose blossomed</w:t>
      </w:r>
      <w:r>
        <w:rPr>
          <w:b/>
          <w:bCs/>
        </w:rPr>
        <w:t xml:space="preserve"> </w:t>
      </w:r>
      <w:r>
        <w:rPr>
          <w:b/>
          <w:bCs/>
          <w:u w:val="single"/>
        </w:rPr>
        <w:t xml:space="preserve">luxuriantly</w:t>
      </w:r>
      <w:r>
        <w:rPr>
          <w:b/>
          <w:bCs/>
        </w:rPr>
        <w:t xml:space="preserve"> </w:t>
      </w:r>
      <w:r>
        <w:rPr>
          <w:b/>
          <w:bCs/>
        </w:rPr>
        <w:t xml:space="preserve">in the middle of it.</w:t>
      </w:r>
      <w:r>
        <w:br/>
      </w:r>
      <w:r>
        <w:t xml:space="preserve">    (a) in a manner that is related to relating to existentialism -- a philosophical movement that assumes each person is free to determine what is essential in their existence</w:t>
      </w:r>
      <w:r>
        <w:br/>
      </w:r>
      <w:r>
        <w:t xml:space="preserve">    (b) characterized by growing well or being richly thick or abundant -- as of vegetation or hair</w:t>
      </w:r>
      <w:r>
        <w:br/>
      </w:r>
      <w:r>
        <w:br/>
      </w:r>
      <w:r>
        <w:t xml:space="preserve">or (more rarely):</w:t>
      </w:r>
      <w:r>
        <w:br/>
      </w:r>
      <w:r>
        <w:br/>
      </w:r>
      <w:r>
        <w:t xml:space="preserve">characterized by luxury (very comfortable or extravagant)</w:t>
      </w:r>
      <w:r>
        <w:br/>
      </w:r>
      <w:r>
        <w:t xml:space="preserve">    (c) in a manner not appearing dangerous, but actually very harmful over time  OR  treacherously  (in a dangerous manner due to trickery or from hidden or unpredictable risks)</w:t>
      </w:r>
    </w:p>
    <w:p>
      <w:pPr>
        <w:pStyle w:val="Compact"/>
        <w:numPr>
          <w:ilvl w:val="0"/>
          <w:numId w:val="1001"/>
        </w:numPr>
      </w:pPr>
      <w:r>
        <w:rPr>
          <w:b/>
          <w:bCs/>
        </w:rPr>
        <w:t xml:space="preserve">Indeed, I could not resist the temptation of beginning</w:t>
      </w:r>
      <w:r>
        <w:rPr>
          <w:b/>
          <w:bCs/>
        </w:rPr>
        <w:t xml:space="preserve"> </w:t>
      </w:r>
      <w:r>
        <w:rPr>
          <w:b/>
          <w:bCs/>
          <w:u w:val="single"/>
        </w:rPr>
        <w:t xml:space="preserve">forthwith</w:t>
      </w:r>
      <w:r>
        <w:rPr>
          <w:b/>
          <w:bCs/>
        </w:rPr>
        <w:t xml:space="preserve">.</w:t>
      </w:r>
      <w:r>
        <w:br/>
      </w:r>
      <w:r>
        <w:t xml:space="preserve">    (a) immediately</w:t>
      </w:r>
      <w:r>
        <w:br/>
      </w:r>
      <w:r>
        <w:t xml:space="preserve">    (b) well suited</w:t>
      </w:r>
      <w:r>
        <w:br/>
      </w:r>
      <w:r>
        <w:t xml:space="preserve">    (c) a last name</w:t>
      </w:r>
    </w:p>
    <w:p>
      <w:pPr>
        <w:pStyle w:val="Compact"/>
        <w:numPr>
          <w:ilvl w:val="0"/>
          <w:numId w:val="1001"/>
        </w:numPr>
      </w:pPr>
      <w:r>
        <w:rPr>
          <w:b/>
          <w:bCs/>
        </w:rPr>
        <w:t xml:space="preserve">I even got some fun out of it, and at the end of the lesson Hermine announced that I was now</w:t>
      </w:r>
      <w:r>
        <w:rPr>
          <w:b/>
          <w:bCs/>
        </w:rPr>
        <w:t xml:space="preserve"> </w:t>
      </w:r>
      <w:r>
        <w:rPr>
          <w:b/>
          <w:bCs/>
          <w:u w:val="single"/>
        </w:rPr>
        <w:t xml:space="preserve">proficient</w:t>
      </w:r>
      <w:r>
        <w:rPr>
          <w:b/>
          <w:bCs/>
        </w:rPr>
        <w:t xml:space="preserve"> </w:t>
      </w:r>
      <w:r>
        <w:rPr>
          <w:b/>
          <w:bCs/>
        </w:rPr>
        <w:t xml:space="preserve">in the fox trot.</w:t>
      </w:r>
      <w:r>
        <w:br/>
      </w:r>
      <w:r>
        <w:t xml:space="preserve">    (a) absolute</w:t>
      </w:r>
      <w:r>
        <w:br/>
      </w:r>
      <w:r>
        <w:t xml:space="preserve">    (b) pleasing</w:t>
      </w:r>
      <w:r>
        <w:br/>
      </w:r>
      <w:r>
        <w:t xml:space="preserve">    (c) skillful</w:t>
      </w:r>
    </w:p>
    <w:p>
      <w:pPr>
        <w:pStyle w:val="Compact"/>
        <w:numPr>
          <w:ilvl w:val="0"/>
          <w:numId w:val="1001"/>
        </w:numPr>
      </w:pPr>
      <w:r>
        <w:rPr>
          <w:b/>
          <w:bCs/>
        </w:rPr>
        <w:t xml:space="preserve">And I, my friend, am surprised that you are so</w:t>
      </w:r>
      <w:r>
        <w:rPr>
          <w:b/>
          <w:bCs/>
        </w:rPr>
        <w:t xml:space="preserve"> </w:t>
      </w:r>
      <w:r>
        <w:rPr>
          <w:b/>
          <w:bCs/>
          <w:u w:val="single"/>
        </w:rPr>
        <w:t xml:space="preserve">disillusioned</w:t>
      </w:r>
      <w:r>
        <w:rPr>
          <w:b/>
          <w:bCs/>
        </w:rPr>
        <w:t xml:space="preserve"> </w:t>
      </w:r>
      <w:r>
        <w:rPr>
          <w:b/>
          <w:bCs/>
        </w:rPr>
        <w:t xml:space="preserve">with life when you are at home with the very things in it that are the deepest and most beautiful, spirit, art, and thought!</w:t>
      </w:r>
      <w:r>
        <w:br/>
      </w:r>
      <w:r>
        <w:t xml:space="preserve">    (a) treated something in an educated, intellectual way -- often excluding emotional or practical considerations</w:t>
      </w:r>
      <w:r>
        <w:br/>
      </w:r>
      <w:r>
        <w:t xml:space="preserve">    (b) disappointed from losing false belief that something is better than it is; or the removal of such a belief</w:t>
      </w:r>
      <w:r>
        <w:br/>
      </w:r>
      <w:r>
        <w:t xml:space="preserve">    (c) roughly calculated or guessed (based on incomplete information) a value, quantity, or extent of something</w:t>
      </w:r>
    </w:p>
    <w:p>
      <w:pPr>
        <w:pStyle w:val="Compact"/>
        <w:numPr>
          <w:ilvl w:val="0"/>
          <w:numId w:val="1001"/>
        </w:numPr>
      </w:pPr>
      <w:r>
        <w:rPr>
          <w:b/>
          <w:bCs/>
        </w:rPr>
        <w:t xml:space="preserve">There was to be sure a beauty, one and</w:t>
      </w:r>
      <w:r>
        <w:rPr>
          <w:b/>
          <w:bCs/>
        </w:rPr>
        <w:t xml:space="preserve"> </w:t>
      </w:r>
      <w:r>
        <w:rPr>
          <w:b/>
          <w:bCs/>
          <w:u w:val="single"/>
        </w:rPr>
        <w:t xml:space="preserve">indivisible</w:t>
      </w:r>
      <w:r>
        <w:rPr>
          <w:b/>
          <w:bCs/>
        </w:rPr>
        <w:t xml:space="preserve">, small and select, that seemed to me, with Mozart at the top, to be above all dispute and doubt, but where was the limit?</w:t>
      </w:r>
      <w:r>
        <w:br/>
      </w:r>
      <w:r>
        <w:t xml:space="preserve">    (a) not relating to practice or belief that is long-established or was previously long-established</w:t>
      </w:r>
      <w:r>
        <w:br/>
      </w:r>
      <w:r>
        <w:t xml:space="preserve">    (b) relating to a residential area located near the outer edge of a city where it isn't as crowded</w:t>
      </w:r>
      <w:r>
        <w:br/>
      </w:r>
      <w:r>
        <w:t xml:space="preserve">    (c) impossible to separate</w:t>
      </w:r>
      <w:r>
        <w:br/>
      </w:r>
      <w:r>
        <w:br/>
      </w:r>
      <w:r>
        <w:t xml:space="preserve">or:</w:t>
      </w:r>
      <w:r>
        <w:br/>
      </w:r>
      <w:r>
        <w:br/>
      </w:r>
      <w:r>
        <w:t xml:space="preserve">in math:  impossible to divide evenly without leaving a remainder</w:t>
      </w:r>
    </w:p>
    <w:p>
      <w:pPr>
        <w:pStyle w:val="Compact"/>
        <w:numPr>
          <w:ilvl w:val="0"/>
          <w:numId w:val="1001"/>
        </w:numPr>
      </w:pPr>
      <w:r>
        <w:rPr>
          <w:b/>
          <w:bCs/>
        </w:rPr>
        <w:t xml:space="preserve">There was the sweet and subtle</w:t>
      </w:r>
      <w:r>
        <w:rPr>
          <w:b/>
          <w:bCs/>
        </w:rPr>
        <w:t xml:space="preserve"> </w:t>
      </w:r>
      <w:r>
        <w:rPr>
          <w:b/>
          <w:bCs/>
          <w:u w:val="single"/>
        </w:rPr>
        <w:t xml:space="preserve">sensuous</w:t>
      </w:r>
      <w:r>
        <w:rPr>
          <w:b/>
          <w:bCs/>
        </w:rPr>
        <w:t xml:space="preserve"> </w:t>
      </w:r>
      <w:r>
        <w:rPr>
          <w:b/>
          <w:bCs/>
        </w:rPr>
        <w:t xml:space="preserve">joy of inhaling and tasting a hundred pleasures of the senses that I had only begun to know as an elderly man.</w:t>
      </w:r>
      <w:r>
        <w:br/>
      </w:r>
      <w:r>
        <w:t xml:space="preserve">    (a) the state or degree of having found a condition or substance to be present</w:t>
      </w:r>
      <w:r>
        <w:br/>
      </w:r>
      <w:r>
        <w:t xml:space="preserve">    (b) most extreme as in final, best, worst, most important, or most fundamental</w:t>
      </w:r>
      <w:r>
        <w:br/>
      </w:r>
      <w:r>
        <w:t xml:space="preserve">    (c) relating to pleasure from the body's senses rather than from the intellect</w:t>
      </w:r>
    </w:p>
    <w:p>
      <w:pPr>
        <w:pStyle w:val="Compact"/>
        <w:numPr>
          <w:ilvl w:val="0"/>
          <w:numId w:val="1001"/>
        </w:numPr>
      </w:pPr>
      <w:r>
        <w:rPr>
          <w:b/>
          <w:bCs/>
        </w:rPr>
        <w:t xml:space="preserve">And every time they were won over by the imploring</w:t>
      </w:r>
      <w:r>
        <w:rPr>
          <w:b/>
          <w:bCs/>
        </w:rPr>
        <w:t xml:space="preserve"> </w:t>
      </w:r>
      <w:r>
        <w:rPr>
          <w:b/>
          <w:bCs/>
          <w:u w:val="single"/>
        </w:rPr>
        <w:t xml:space="preserve">persistence</w:t>
      </w:r>
      <w:r>
        <w:rPr>
          <w:b/>
          <w:bCs/>
        </w:rPr>
        <w:t xml:space="preserve"> </w:t>
      </w:r>
      <w:r>
        <w:rPr>
          <w:b/>
          <w:bCs/>
        </w:rPr>
        <w:t xml:space="preserve">of the last intoxicated dancers and played once more.</w:t>
      </w:r>
      <w:r>
        <w:br/>
      </w:r>
      <w:r>
        <w:t xml:space="preserve">    (a) main character of Mark Twain's classic novel about Huck and Jim's journey down the Mississippi River to find freedom (1884)</w:t>
      </w:r>
      <w:r>
        <w:br/>
      </w:r>
      <w:r>
        <w:t xml:space="preserve">    (b) a baseball pitcher who throws knuckleballs -- a pitch thrown with little spin (so that it moves in an unpredictable manner)</w:t>
      </w:r>
      <w:r>
        <w:br/>
      </w:r>
      <w:r>
        <w:t xml:space="preserve">    (c) continuing or repeating behavior -- especially in spite of difficulties</w:t>
      </w:r>
      <w:r>
        <w:br/>
      </w:r>
      <w:r>
        <w:br/>
      </w:r>
      <w:r>
        <w:t xml:space="preserve">or:</w:t>
      </w:r>
      <w:r>
        <w:br/>
      </w:r>
      <w:r>
        <w:br/>
      </w:r>
      <w:r>
        <w:t xml:space="preserve">continuing or prolonged existence of something</w:t>
      </w:r>
    </w:p>
    <w:p>
      <w:pPr>
        <w:pStyle w:val="Compact"/>
        <w:numPr>
          <w:ilvl w:val="0"/>
          <w:numId w:val="1001"/>
        </w:numPr>
      </w:pPr>
      <w:r>
        <w:rPr>
          <w:b/>
          <w:bCs/>
        </w:rPr>
        <w:t xml:space="preserve">Laughingly with a few</w:t>
      </w:r>
      <w:r>
        <w:rPr>
          <w:b/>
          <w:bCs/>
        </w:rPr>
        <w:t xml:space="preserve"> </w:t>
      </w:r>
      <w:r>
        <w:rPr>
          <w:b/>
          <w:bCs/>
          <w:u w:val="single"/>
        </w:rPr>
        <w:t xml:space="preserve">droll</w:t>
      </w:r>
      <w:r>
        <w:rPr>
          <w:b/>
          <w:bCs/>
        </w:rPr>
        <w:t xml:space="preserve"> </w:t>
      </w:r>
      <w:r>
        <w:rPr>
          <w:b/>
          <w:bCs/>
        </w:rPr>
        <w:t xml:space="preserve">caresses he turned me about so that I faced the gigantic mirror on the wall.</w:t>
      </w:r>
      <w:r>
        <w:br/>
      </w:r>
      <w:r>
        <w:t xml:space="preserve">    (a) comical in an unusual way</w:t>
      </w:r>
      <w:r>
        <w:br/>
      </w:r>
      <w:r>
        <w:t xml:space="preserve">    (b) able to be disagreed with</w:t>
      </w:r>
      <w:r>
        <w:br/>
      </w:r>
      <w:r>
        <w:t xml:space="preserve">    (c) not tending to find fault</w:t>
      </w:r>
    </w:p>
    <w:p>
      <w:pPr>
        <w:pStyle w:val="Compact"/>
        <w:numPr>
          <w:ilvl w:val="0"/>
          <w:numId w:val="1001"/>
        </w:numPr>
      </w:pPr>
      <w:r>
        <w:rPr>
          <w:b/>
          <w:bCs/>
        </w:rPr>
        <w:t xml:space="preserve">However, enough of</w:t>
      </w:r>
      <w:r>
        <w:rPr>
          <w:b/>
          <w:bCs/>
        </w:rPr>
        <w:t xml:space="preserve"> </w:t>
      </w:r>
      <w:r>
        <w:rPr>
          <w:b/>
          <w:bCs/>
          <w:u w:val="single"/>
        </w:rPr>
        <w:t xml:space="preserve">pathos</w:t>
      </w:r>
      <w:r>
        <w:rPr>
          <w:b/>
          <w:bCs/>
        </w:rPr>
        <w:t xml:space="preserve"> </w:t>
      </w:r>
      <w:r>
        <w:rPr>
          <w:b/>
          <w:bCs/>
        </w:rPr>
        <w:t xml:space="preserve">and death-dealing.</w:t>
      </w:r>
      <w:r>
        <w:br/>
      </w:r>
      <w:r>
        <w:t xml:space="preserve">    (a) a quality that arouses pity or sorrow</w:t>
      </w:r>
      <w:r>
        <w:br/>
      </w:r>
      <w:r>
        <w:t xml:space="preserve">    (b) the study of how we know what we know</w:t>
      </w:r>
      <w:r>
        <w:br/>
      </w:r>
      <w:r>
        <w:t xml:space="preserve">    (c) a neurotransmitter found in the brain</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2026-07-31T16:00:56Z</dcterms:created>
  <dcterms:modified xsi:type="dcterms:W3CDTF">2026-07-31T16:00:56Z</dcterms:modified>
</cp:coreProperties>
</file>

<file path=docProps/custom.xml><?xml version="1.0" encoding="utf-8"?>
<Properties xmlns="http://schemas.openxmlformats.org/officeDocument/2006/custom-properties" xmlns:vt="http://schemas.openxmlformats.org/officeDocument/2006/docPropsVTypes"/>
</file>