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0ec792e02377371b0ac13aa8011693eb1bef83"/>
    <w:p>
      <w:pPr>
        <w:pStyle w:val="Heading1"/>
      </w:pPr>
      <w:r>
        <w:rPr>
          <w:b/>
          <w:bCs/>
        </w:rPr>
        <w:t xml:space="preserve">Starship Troopers</w:t>
      </w:r>
      <w:r>
        <w:br/>
      </w:r>
      <w:r>
        <w:rPr>
          <w:i/>
          <w:iCs/>
        </w:rPr>
        <w:t xml:space="preserve">Robert A. Heinlein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Ace was right; I would have to pick up my feet or I would never close the gap in time — and me with a couple of hundredweight of ammo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sundry</w:t>
      </w:r>
      <w:r>
        <w:rPr>
          <w:b/>
          <w:bCs/>
        </w:rPr>
        <w:t xml:space="preserve"> </w:t>
      </w:r>
      <w:r>
        <w:rPr>
          <w:b/>
          <w:bCs/>
        </w:rPr>
        <w:t xml:space="preserve">nastiness still on me that I just had to find time to use up.</w:t>
      </w:r>
      <w:r>
        <w:br/>
      </w:r>
      <w:r>
        <w:t xml:space="preserve">    (a) outside</w:t>
      </w:r>
      <w:r>
        <w:br/>
      </w:r>
      <w:r>
        <w:t xml:space="preserve">    (b) various</w:t>
      </w:r>
      <w:r>
        <w:br/>
      </w:r>
      <w:r>
        <w:t xml:space="preserve">    (c) 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Close to retrieval circle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interdict</w:t>
      </w:r>
      <w:r>
        <w:rPr>
          <w:b/>
          <w:bCs/>
        </w:rPr>
        <w:t xml:space="preserve">!</w:t>
      </w:r>
      <w:r>
        <w:br/>
      </w:r>
      <w:r>
        <w:t xml:space="preserve">    (a) accept something undesired as unavoidable or the lesser of evils</w:t>
      </w:r>
      <w:r>
        <w:br/>
      </w:r>
      <w:r>
        <w:t xml:space="preserve">    (b) feel angry or unhappy about having to accept something not liked</w:t>
      </w:r>
      <w:r>
        <w:br/>
      </w:r>
      <w:r>
        <w:t xml:space="preserve">    (c) to stop or hamper - especially through authoritative prohibition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Dubois had analyzed the Service oath for us in History and Moral Philosophy and had made us study it phrase by phrase — but you don't really feel the size of the thing until it comes rolling over you, all in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ungainly</w:t>
      </w:r>
      <w:r>
        <w:rPr>
          <w:b/>
          <w:bCs/>
        </w:rPr>
        <w:t xml:space="preserve"> </w:t>
      </w:r>
      <w:r>
        <w:rPr>
          <w:b/>
          <w:bCs/>
        </w:rPr>
        <w:t xml:space="preserve">piece, as heavy and unstoppable as Juggernaut's carriage.</w:t>
      </w:r>
      <w:r>
        <w:br/>
      </w:r>
      <w:r>
        <w:t xml:space="preserve">    (a) lacking grace in movement or appearance; or difficult to handle or manage</w:t>
      </w:r>
      <w:r>
        <w:br/>
      </w:r>
      <w:r>
        <w:t xml:space="preserve">    (b) lacking adult height or maturity</w:t>
      </w:r>
      <w:r>
        <w:br/>
      </w:r>
      <w:r>
        <w:t xml:space="preserve">    (c) lacking appropriate weight compared to height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we buried them with full honors to the strains of "This Land Is Ours" and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posthumous</w:t>
      </w:r>
      <w:r>
        <w:rPr>
          <w:b/>
          <w:bCs/>
        </w:rPr>
        <w:t xml:space="preserve"> </w:t>
      </w:r>
      <w:r>
        <w:rPr>
          <w:b/>
          <w:bCs/>
        </w:rPr>
        <w:t xml:space="preserve">rank of PFC, the first of our boot regiment to go that high — because a cap trooper isn't necessarily expected to stay alive (dying is part of his trade) ....but they care a lot about how you die.</w:t>
      </w:r>
      <w:r>
        <w:br/>
      </w:r>
      <w:r>
        <w:t xml:space="preserve">    (a) a state similar to sleep where one is unaware of anything</w:t>
      </w:r>
      <w:r>
        <w:br/>
      </w:r>
      <w:r>
        <w:t xml:space="preserve">    (b) the state of not being aware or concerned about something</w:t>
      </w:r>
      <w:r>
        <w:br/>
      </w:r>
      <w:r>
        <w:t xml:space="preserve">    (c) occurring, awarded, or published after a person’s death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young men, not necessarily through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reprehensible</w:t>
      </w:r>
      <w:r>
        <w:rPr>
          <w:b/>
          <w:bCs/>
        </w:rPr>
        <w:t xml:space="preserve"> </w:t>
      </w:r>
      <w:r>
        <w:rPr>
          <w:b/>
          <w:bCs/>
        </w:rPr>
        <w:t xml:space="preserve">fault, are dropped during recruit training.</w:t>
      </w:r>
      <w:r>
        <w:br/>
      </w:r>
      <w:r>
        <w:t xml:space="preserve">    (a) deserving criticism</w:t>
      </w:r>
      <w:r>
        <w:br/>
      </w:r>
      <w:r>
        <w:t xml:space="preserve">    (b) unusual</w:t>
      </w:r>
      <w:r>
        <w:br/>
      </w:r>
      <w:r>
        <w:t xml:space="preserve">    (c) understandable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perhaps you will permit an older comrade to lend you the words, since it often helps to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discrete</w:t>
      </w:r>
      <w:r>
        <w:rPr>
          <w:b/>
          <w:bCs/>
        </w:rPr>
        <w:t xml:space="preserve"> </w:t>
      </w:r>
      <w:r>
        <w:rPr>
          <w:b/>
          <w:bCs/>
        </w:rPr>
        <w:t xml:space="preserve">words.</w:t>
      </w:r>
      <w:r>
        <w:br/>
      </w:r>
      <w:r>
        <w:t xml:space="preserve">    (a) not demonstrative of</w:t>
      </w:r>
      <w:r>
        <w:br/>
      </w:r>
      <w:r>
        <w:t xml:space="preserve">    (b) separate or distinct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kitchen illustrations demolish the Marxian theory of value —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fallacy</w:t>
      </w:r>
      <w:r>
        <w:rPr>
          <w:b/>
          <w:bCs/>
        </w:rPr>
        <w:t xml:space="preserve"> </w:t>
      </w:r>
      <w:r>
        <w:rPr>
          <w:b/>
          <w:bCs/>
        </w:rPr>
        <w:t xml:space="preserve">from which the entire magnificent fraud of communism derives — and to illustrate the truth of the common-sense definition as measured in terms of use.</w:t>
      </w:r>
      <w:r>
        <w:br/>
      </w:r>
      <w:r>
        <w:t xml:space="preserve">    (a) a mistaken belief; or a common form of incorrect reasoning</w:t>
      </w:r>
      <w:r>
        <w:br/>
      </w:r>
      <w:r>
        <w:t xml:space="preserve">    (b) of Athens during the Golden Age of Greece (5th century BC)</w:t>
      </w:r>
      <w:r>
        <w:br/>
      </w:r>
      <w:r>
        <w:t xml:space="preserve">    (c) of Norway, Sweden, Denmark and sometimes Finland &amp; Iceland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 had possessed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mind, he might have formulated the first adequate definition of value ...and this planet might have been saved endless grief.</w:t>
      </w:r>
      <w:r>
        <w:br/>
      </w:r>
      <w:r>
        <w:t xml:space="preserve">    (a) related to the natural world (life, air, water, land...)</w:t>
      </w:r>
      <w:r>
        <w:br/>
      </w:r>
      <w:r>
        <w:t xml:space="preserve">    (b) the state or degree of being pessimistic or disagreeable</w:t>
      </w:r>
      <w:r>
        <w:br/>
      </w:r>
      <w:r>
        <w:t xml:space="preserve">    (c) relating to logical examination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some mad genius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myopia</w:t>
      </w:r>
      <w:r>
        <w:rPr>
          <w:b/>
          <w:bCs/>
        </w:rPr>
        <w:t xml:space="preserve">, a bulging forehead, and a cybernetic mind will devise a weapon that can go down a hole, pick out the opposition, and force it to surrender or die — without killing that gang of your own people they've got imprisoned down there.</w:t>
      </w:r>
      <w:r>
        <w:br/>
      </w:r>
      <w:r>
        <w:t xml:space="preserve">    (a) Jack London's adventurous yet philosophical novella of the exploits of a pet dog that is stolen and placed into harsh service in Alaska (1903)</w:t>
      </w:r>
      <w:r>
        <w:br/>
      </w:r>
      <w:r>
        <w:t xml:space="preserve">    (b) unable to see distant objects clearly</w:t>
      </w:r>
      <w:r>
        <w:br/>
      </w:r>
      <w:r>
        <w:br/>
      </w:r>
      <w:r>
        <w:t xml:space="preserve">or (figuratively):  not thinking or understanding beyond immediate effect to future or broader effect</w:t>
      </w:r>
      <w:r>
        <w:br/>
      </w:r>
      <w:r>
        <w:t xml:space="preserve">    (c) the inability to control bodily bathroom functions; or unable or unwilling to moderate other things (when not specified, often sexual behavior)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went on for years, right up to the war between the Russo-Anglo-American Alliance and the Chinese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Hegemony</w:t>
      </w:r>
      <w:r>
        <w:rPr>
          <w:b/>
          <w:bCs/>
        </w:rPr>
        <w:t xml:space="preserve">.</w:t>
      </w:r>
      <w:r>
        <w:br/>
      </w:r>
      <w:r>
        <w:t xml:space="preserve">    (a) a feeling of anger or unhappiness at having to accept something not liked</w:t>
      </w:r>
      <w:r>
        <w:br/>
      </w:r>
      <w:r>
        <w:t xml:space="preserve">    (b) the dominance or leadership of one social group or nation over all others</w:t>
      </w:r>
      <w:r>
        <w:br/>
      </w:r>
      <w:r>
        <w:t xml:space="preserve">    (c) Hitler's fanatical and oppressive political party in World War II Germany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Simply "The Lieutenant," spoken to and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 the third person</w:t>
      </w:r>
      <w:r>
        <w:rPr>
          <w:b/>
          <w:bCs/>
        </w:rPr>
        <w:t xml:space="preserve">.</w:t>
      </w:r>
      <w:r>
        <w:br/>
      </w:r>
      <w:r>
        <w:t xml:space="preserve">    (a) energy causing the acceleration of the expansion of the universe</w:t>
      </w:r>
      <w:r>
        <w:br/>
      </w:r>
      <w:r>
        <w:t xml:space="preserve">    (b) seen through the eyes of an observer (rather than a participant)</w:t>
      </w:r>
      <w:r>
        <w:br/>
      </w:r>
      <w:r>
        <w:t xml:space="preserve">    (c) normal for an adult at rest: less than 120/80 and at least 90/60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 period, of course, after the Bugs had located our home planet, through the Skinnies, and had raided it, destroying Buenos Aires and turning "contact troubles" into all-out war, but before we had built up our forces and before the Skinnies had changed sides and become our co-belligerents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 facto</w:t>
      </w:r>
      <w:r>
        <w:rPr>
          <w:b/>
          <w:bCs/>
        </w:rPr>
        <w:t xml:space="preserve"> </w:t>
      </w:r>
      <w:r>
        <w:rPr>
          <w:b/>
          <w:bCs/>
        </w:rPr>
        <w:t xml:space="preserve">allies.</w:t>
      </w:r>
      <w:r>
        <w:br/>
      </w:r>
      <w:r>
        <w:t xml:space="preserve">    (a) existing in fact even though not officially declared</w:t>
      </w:r>
      <w:r>
        <w:br/>
      </w:r>
      <w:r>
        <w:t xml:space="preserve">    (b) influenza -- a highly contagious respiratory disease</w:t>
      </w:r>
      <w:r>
        <w:br/>
      </w:r>
      <w:r>
        <w:t xml:space="preserve">    (c) overuse of a shared good by people not paying for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possibility that Luna Base might be taken and Terra herself occupied, the Federation kept as much of its beef as possible at Sanctuary, so that a disaster back home would not necessarily mean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capitulation</w:t>
      </w:r>
      <w:r>
        <w:rPr>
          <w:b/>
          <w:bCs/>
        </w:rPr>
        <w:t xml:space="preserve">.</w:t>
      </w:r>
      <w:r>
        <w:br/>
      </w:r>
      <w:r>
        <w:t xml:space="preserve">    (a) criticism</w:t>
      </w:r>
      <w:r>
        <w:br/>
      </w:r>
      <w:r>
        <w:t xml:space="preserve">    (b) surrender</w:t>
      </w:r>
      <w:r>
        <w:br/>
      </w:r>
      <w:r>
        <w:t xml:space="preserve">    (c) main road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not speaking of transplanted Terran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flora</w:t>
      </w:r>
      <w:r>
        <w:rPr>
          <w:b/>
          <w:bCs/>
        </w:rPr>
        <w:t xml:space="preserve"> </w:t>
      </w:r>
      <w:r>
        <w:rPr>
          <w:b/>
          <w:bCs/>
        </w:rPr>
        <w:t xml:space="preserve">and fauna — our stuff moves in and brushes the native stuff aside.</w:t>
      </w:r>
      <w:r>
        <w:br/>
      </w:r>
      <w:r>
        <w:t xml:space="preserve">    (a) difference</w:t>
      </w:r>
      <w:r>
        <w:br/>
      </w:r>
      <w:r>
        <w:t xml:space="preserve">    (b) plant life</w:t>
      </w:r>
      <w:r>
        <w:br/>
      </w:r>
      <w:r>
        <w:t xml:space="preserve">    (c) thigh bone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That's my guess, because I might feel the same way ...and historians agree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antagonism</w:t>
      </w:r>
      <w:r>
        <w:rPr>
          <w:b/>
          <w:bCs/>
        </w:rPr>
        <w:t xml:space="preserve"> </w:t>
      </w:r>
      <w:r>
        <w:rPr>
          <w:b/>
          <w:bCs/>
        </w:rPr>
        <w:t xml:space="preserve">between civilians and returned soldiers was more intense than we can imagine today.</w:t>
      </w:r>
      <w:r>
        <w:br/>
      </w:r>
      <w:r>
        <w:t xml:space="preserve">    (a) positive attitude</w:t>
      </w:r>
      <w:r>
        <w:br/>
      </w:r>
      <w:r>
        <w:t xml:space="preserve">    (b) hostility or opposition</w:t>
      </w:r>
      <w:r>
        <w:br/>
      </w:r>
      <w:r>
        <w:t xml:space="preserve">    (c) kindness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Very junior,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, on good behavior, and extremely temporary; we would revert to cadet when we got back and could be busted at any time by the officers examining us.</w:t>
      </w:r>
      <w:r>
        <w:br/>
      </w:r>
      <w:r>
        <w:t xml:space="preserve">    (a) more than is needed, desired, or required</w:t>
      </w:r>
      <w:r>
        <w:br/>
      </w:r>
      <w:r>
        <w:t xml:space="preserve">    (b) the quality of being sensible and careful</w:t>
      </w:r>
      <w:r>
        <w:br/>
      </w:r>
      <w:r>
        <w:t xml:space="preserve">    (c) without purpose, job, or natural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major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criterion</w:t>
      </w:r>
      <w:r>
        <w:rPr>
          <w:b/>
          <w:bCs/>
        </w:rPr>
        <w:t xml:space="preserve"> </w:t>
      </w:r>
      <w:r>
        <w:rPr>
          <w:b/>
          <w:bCs/>
        </w:rPr>
        <w:t xml:space="preserve">left untested is one we cannot test here;</w:t>
      </w:r>
      <w:r>
        <w:br/>
      </w:r>
      <w:r>
        <w:t xml:space="preserve">    (a) a period of time when someone exhibits unusual behavior</w:t>
      </w:r>
      <w:r>
        <w:br/>
      </w:r>
      <w:r>
        <w:t xml:space="preserve">    (b) a reference point against which things can be evaluated</w:t>
      </w:r>
      <w:r>
        <w:br/>
      </w:r>
      <w:r>
        <w:t xml:space="preserve">    (c) the act or process of stopping something from happening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troopers' mess was excellent; I initialed menus and sometimes inspected the galley,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i.e.</w:t>
      </w:r>
      <w:r>
        <w:rPr>
          <w:b/>
          <w:bCs/>
        </w:rPr>
        <w:t xml:space="preserve">, I scrounged a sandwich without getting out of dungarees when working late in the armory.</w:t>
      </w:r>
      <w:r>
        <w:br/>
      </w:r>
      <w:r>
        <w:t xml:space="preserve">    (a) for example</w:t>
      </w:r>
      <w:r>
        <w:br/>
      </w:r>
      <w:r>
        <w:t xml:space="preserve">    (b)</w:t>
      </w:r>
      <w:r>
        <w:t xml:space="preserve"> </w:t>
      </w:r>
      <w:r>
        <w:rPr>
          <w:i/>
          <w:iCs/>
        </w:rPr>
        <w:t xml:space="preserve">that is to say</w:t>
      </w:r>
      <w:r>
        <w:t xml:space="preserve">; or</w:t>
      </w:r>
      <w:r>
        <w:t xml:space="preserve"> </w:t>
      </w:r>
      <w:r>
        <w:rPr>
          <w:i/>
          <w:iCs/>
        </w:rPr>
        <w:t xml:space="preserve">in other words</w:t>
      </w:r>
      <w:r>
        <w:br/>
      </w:r>
      <w:r>
        <w:t xml:space="preserve">    (c) an expression used to intensify denial of an idea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courses meant a lot of paperwork since quite a few were continuing their educations, war or no war — but I delegated my platoon sergeant and the records were kept by the PFC who was his clerk.</w:t>
      </w:r>
      <w:r>
        <w:br/>
      </w:r>
      <w:r>
        <w:t xml:space="preserve">    (a) small kitchens</w:t>
      </w:r>
      <w:r>
        <w:br/>
      </w:r>
      <w:r>
        <w:t xml:space="preserve">    (b) leaps or jumps</w:t>
      </w:r>
      <w:r>
        <w:br/>
      </w:r>
      <w:r>
        <w:t xml:space="preserve">    (c) done from afar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talk with the leader of the platoon we were relieving — and not for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perfunctory</w:t>
      </w:r>
      <w:r>
        <w:rPr>
          <w:b/>
          <w:bCs/>
        </w:rPr>
        <w:t xml:space="preserve"> </w:t>
      </w:r>
      <w:r>
        <w:rPr>
          <w:b/>
          <w:bCs/>
        </w:rPr>
        <w:t xml:space="preserve">I-relieve-you-sir: I wanted the ungarnished word.</w:t>
      </w:r>
      <w:r>
        <w:br/>
      </w:r>
      <w:r>
        <w:t xml:space="preserve">    (a) done without much interest or effort -- especially as when dispensing with a formality</w:t>
      </w:r>
      <w:r>
        <w:br/>
      </w:r>
      <w:r>
        <w:t xml:space="preserve">    (b) related to intelligence -- such as requiring, appealing to, or possessing intelligence</w:t>
      </w:r>
      <w:r>
        <w:br/>
      </w:r>
      <w:r>
        <w:t xml:space="preserve">    (c) (adjective) designed to stop something  OR  (noun) something that stops something else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2026-07-31T16:29:29Z</dcterms:created>
  <dcterms:modified xsi:type="dcterms:W3CDTF">2026-07-31T16:29:29Z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