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ee843cdcc0b9283848aa6a244492751a058341"/>
    <w:p>
      <w:pPr>
        <w:pStyle w:val="Heading1"/>
      </w:pPr>
      <w:r>
        <w:rPr>
          <w:b/>
          <w:bCs/>
        </w:rPr>
        <w:t xml:space="preserve">Speak</w:t>
      </w:r>
      <w:r>
        <w:br/>
      </w:r>
      <w:r>
        <w:rPr>
          <w:i/>
          <w:iCs/>
        </w:rPr>
        <w:t xml:space="preserve">Laurie Halse Anderson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went through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demented</w:t>
      </w:r>
      <w:r>
        <w:rPr>
          <w:b/>
          <w:bCs/>
        </w:rPr>
        <w:t xml:space="preserve"> </w:t>
      </w:r>
      <w:r>
        <w:rPr>
          <w:b/>
          <w:bCs/>
        </w:rPr>
        <w:t xml:space="preserve">phase when I thought that roses should cover everything and pink was a great color.</w:t>
      </w:r>
      <w:r>
        <w:br/>
      </w:r>
      <w:r>
        <w:t xml:space="preserve">    (a) crazy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the quality of holding something back or holding others down through oppression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Jessica did hers in a desert 'n' cowdudes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theme</w:t>
      </w:r>
      <w:r>
        <w:rPr>
          <w:b/>
          <w:bCs/>
        </w:rPr>
        <w:t xml:space="preserve">.</w:t>
      </w:r>
      <w:r>
        <w:br/>
      </w:r>
      <w:r>
        <w:t xml:space="preserve">    (a) excessively examine in an attempt to better understand</w:t>
      </w:r>
      <w:r>
        <w:br/>
      </w:r>
      <w:r>
        <w:t xml:space="preserve">    (b) recurring idea</w:t>
      </w:r>
      <w:r>
        <w:br/>
      </w:r>
      <w:r>
        <w:t xml:space="preserve">    (c) to understand or explain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they cheer on our boys,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inciting</w:t>
      </w:r>
      <w:r>
        <w:rPr>
          <w:b/>
          <w:bCs/>
        </w:rPr>
        <w:t xml:space="preserve"> </w:t>
      </w:r>
      <w:r>
        <w:rPr>
          <w:b/>
          <w:bCs/>
        </w:rPr>
        <w:t xml:space="preserve">them to violence and, we hope, victory.</w:t>
      </w:r>
      <w:r>
        <w:br/>
      </w:r>
      <w:r>
        <w:t xml:space="preserve">    (a) provoking</w:t>
      </w:r>
      <w:r>
        <w:br/>
      </w:r>
      <w:r>
        <w:t xml:space="preserve">    (b) restoring</w:t>
      </w:r>
      <w:r>
        <w:br/>
      </w:r>
      <w:r>
        <w:t xml:space="preserve">    (c) colliding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Deprived</w:t>
      </w:r>
      <w:r>
        <w:rPr>
          <w:b/>
          <w:bCs/>
        </w:rPr>
        <w:t xml:space="preserve"> </w:t>
      </w:r>
      <w:r>
        <w:rPr>
          <w:b/>
          <w:bCs/>
        </w:rPr>
        <w:t xml:space="preserve">of Victim, Mom and Dad holler at each other.</w:t>
      </w:r>
      <w:r>
        <w:br/>
      </w:r>
      <w:r>
        <w:t xml:space="preserve">    (a) lacking things most people enjoy</w:t>
      </w:r>
      <w:r>
        <w:br/>
      </w:r>
      <w:r>
        <w:t xml:space="preserve">    (b) of the Netherlands or its people</w:t>
      </w:r>
      <w:r>
        <w:br/>
      </w:r>
      <w:r>
        <w:t xml:space="preserve">    (c) referring to any rocky mountains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poetic about it,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integral</w:t>
      </w:r>
      <w:r>
        <w:rPr>
          <w:b/>
          <w:bCs/>
        </w:rPr>
        <w:t xml:space="preserve">-number sort of way.</w:t>
      </w:r>
      <w:r>
        <w:br/>
      </w:r>
      <w:r>
        <w:t xml:space="preserve">    (a) extra</w:t>
      </w:r>
      <w:r>
        <w:br/>
      </w:r>
      <w:r>
        <w:t xml:space="preserve">    (b) an essential part or characteristic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endangered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species</w:t>
      </w:r>
      <w:r>
        <w:br/>
      </w:r>
      <w:r>
        <w:t xml:space="preserve">    (a) the quality of exactness or accuracy</w:t>
      </w:r>
      <w:r>
        <w:br/>
      </w:r>
      <w:r>
        <w:t xml:space="preserve">    (b) a similar group of animals or plants</w:t>
      </w:r>
      <w:r>
        <w:br/>
      </w:r>
      <w:r>
        <w:t xml:space="preserve">    (c) the gain of advantage from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freshman member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probation</w:t>
      </w:r>
      <w:r>
        <w:rPr>
          <w:b/>
          <w:bCs/>
        </w:rPr>
        <w:t xml:space="preserve">.</w:t>
      </w:r>
      <w:r>
        <w:br/>
      </w:r>
      <w:r>
        <w:t xml:space="preserve">    (a) wrongly understands</w:t>
      </w:r>
      <w:r>
        <w:br/>
      </w:r>
      <w:r>
        <w:t xml:space="preserve">    (b) wrong understanding</w:t>
      </w:r>
      <w:r>
        <w:br/>
      </w:r>
      <w:r>
        <w:t xml:space="preserve">    (c) a period of testing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can't be the Buccaneers because pirates supported violence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discrimination</w:t>
      </w:r>
      <w:r>
        <w:rPr>
          <w:b/>
          <w:bCs/>
        </w:rPr>
        <w:t xml:space="preserve"> </w:t>
      </w:r>
      <w:r>
        <w:rPr>
          <w:b/>
          <w:bCs/>
        </w:rPr>
        <w:t xml:space="preserve">against women.</w:t>
      </w:r>
      <w:r>
        <w:br/>
      </w:r>
      <w:r>
        <w:t xml:space="preserve">    (a) unfair treatment to a group</w:t>
      </w:r>
      <w:r>
        <w:br/>
      </w:r>
      <w:r>
        <w:t xml:space="preserve">    (b) intangible (non-touchable) property that is the result of creativity (such as patents or trademarks or copyrights)</w:t>
      </w:r>
      <w:r>
        <w:br/>
      </w:r>
      <w:r>
        <w:t xml:space="preserve">    (c) an English Protestant who in the 16th and 17th centuries who wanted simpler worship and strict, hard-working lives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Anyone whose family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last century has a story to tell about how hard their relatives have worked, the contributions they make to the country, the taxes they pay.</w:t>
      </w:r>
      <w:r>
        <w:br/>
      </w:r>
      <w:r>
        <w:t xml:space="preserve">    (a) came to live</w:t>
      </w:r>
      <w:r>
        <w:br/>
      </w:r>
      <w:r>
        <w:t xml:space="preserve">    (b) with rises and falls in pitch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Connors did not win a lacrosse scholarship by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demure</w:t>
      </w:r>
      <w:r>
        <w:rPr>
          <w:b/>
          <w:bCs/>
        </w:rPr>
        <w:t xml:space="preserve"> </w:t>
      </w:r>
      <w:r>
        <w:rPr>
          <w:b/>
          <w:bCs/>
        </w:rPr>
        <w:t xml:space="preserve">or hesitant.</w:t>
      </w:r>
      <w:r>
        <w:br/>
      </w:r>
      <w:r>
        <w:t xml:space="preserve">    (a) the quality of believing oneself morally superior to others</w:t>
      </w:r>
      <w:r>
        <w:br/>
      </w:r>
      <w:r>
        <w:t xml:space="preserve">    (b) modest, quiet, and shy</w:t>
      </w:r>
      <w:r>
        <w:br/>
      </w:r>
      <w:r>
        <w:t xml:space="preserve">    (c) tendency to be direct in a disagreeable, insensitive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Getting knocked around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genetic</w:t>
      </w:r>
      <w:r>
        <w:rPr>
          <w:b/>
          <w:bCs/>
        </w:rPr>
        <w:t xml:space="preserve"> </w:t>
      </w:r>
      <w:r>
        <w:rPr>
          <w:b/>
          <w:bCs/>
        </w:rPr>
        <w:t xml:space="preserve">mutants?</w:t>
      </w:r>
      <w:r>
        <w:br/>
      </w:r>
      <w:r>
        <w:t xml:space="preserve">    (a) related to DNA sequences or units of heredity that influence biological traits</w:t>
      </w:r>
      <w:r>
        <w:br/>
      </w:r>
      <w:r>
        <w:t xml:space="preserve">    (b) something exclusive to (someone or some group) -- such as an activity or place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color picture of the work-in-progress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the article.</w:t>
      </w:r>
      <w:r>
        <w:br/>
      </w:r>
      <w:r>
        <w:t xml:space="preserve">    (a) complemented (was also provided to make the whole better)</w:t>
      </w:r>
      <w:r>
        <w:br/>
      </w:r>
      <w:r>
        <w:t xml:space="preserve">    (b) having multiple areas of control or concentration</w:t>
      </w:r>
      <w:r>
        <w:br/>
      </w:r>
      <w:r>
        <w:t xml:space="preserve">    (c) exercised privileges to which one is not entitled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week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evaluates</w:t>
      </w:r>
      <w:r>
        <w:rPr>
          <w:b/>
          <w:bCs/>
        </w:rPr>
        <w:t xml:space="preserve"> </w:t>
      </w:r>
      <w:r>
        <w:rPr>
          <w:b/>
          <w:bCs/>
        </w:rPr>
        <w:t xml:space="preserve">our progress and makes a note on the wall.</w:t>
      </w:r>
      <w:r>
        <w:br/>
      </w:r>
      <w:r>
        <w:t xml:space="preserve">    (a) stops interacting; or stops having interest</w:t>
      </w:r>
      <w:r>
        <w:br/>
      </w:r>
      <w:r>
        <w:t xml:space="preserve">    (b) indulges a hunger; or fills to satisfaction</w:t>
      </w:r>
      <w:r>
        <w:br/>
      </w:r>
      <w:r>
        <w:t xml:space="preserve">    (c) thinks carefully and makes a judgment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"Your imagination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paralyzed</w:t>
      </w:r>
      <w:r>
        <w:rPr>
          <w:b/>
          <w:bCs/>
        </w:rPr>
        <w:t xml:space="preserve">," he declares.</w:t>
      </w:r>
      <w:r>
        <w:br/>
      </w:r>
      <w:r>
        <w:t xml:space="preserve">    (a) unable to act (function)</w:t>
      </w:r>
      <w:r>
        <w:br/>
      </w:r>
      <w:r>
        <w:t xml:space="preserve">    (b) changed the direction of a light wave (or other wave) by passing an opaque edge or narrow opening</w:t>
      </w:r>
      <w:r>
        <w:br/>
      </w:r>
      <w:r>
        <w:t xml:space="preserve">    (c) portrayed or created something in a particular way  OR  interpreted, translated, or extracted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get a lot of dead deer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suburbs</w:t>
      </w:r>
      <w:r>
        <w:rPr>
          <w:b/>
          <w:bCs/>
        </w:rPr>
        <w:t xml:space="preserve">.</w:t>
      </w:r>
      <w:r>
        <w:br/>
      </w:r>
      <w:r>
        <w:t xml:space="preserve">    (a) compounds best known for causing an allergic reaction after exposure to allergens</w:t>
      </w:r>
      <w:r>
        <w:br/>
      </w:r>
      <w:r>
        <w:t xml:space="preserve">    (b) residential areas located near the outer edge of a city where it isn't as crowded</w:t>
      </w:r>
      <w:r>
        <w:br/>
      </w:r>
      <w:r>
        <w:t xml:space="preserve">    (c) soccer:  unopposed kicks awarded to a team due an infraction by the opposing team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.</w:t>
      </w:r>
      <w:r>
        <w:br/>
      </w:r>
      <w:r>
        <w:t xml:space="preserve">    (a) not bouncing back light/heat/sound...</w:t>
      </w:r>
      <w:r>
        <w:br/>
      </w:r>
      <w:r>
        <w:t xml:space="preserve">    (b) showing longing or unfulfilled desire</w:t>
      </w:r>
      <w:r>
        <w:br/>
      </w:r>
      <w:r>
        <w:t xml:space="preserve">    (c) able to be restored to good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Keen writes "</w:t>
      </w:r>
      <w:r>
        <w:rPr>
          <w:b/>
          <w:bCs/>
          <w:u w:val="single"/>
        </w:rPr>
        <w:t xml:space="preserve">Dominant</w:t>
      </w:r>
      <w:r>
        <w:rPr>
          <w:b/>
          <w:bCs/>
        </w:rPr>
        <w:t xml:space="preserve">/Recessive" on the board.</w:t>
      </w:r>
      <w:r>
        <w:br/>
      </w:r>
      <w:r>
        <w:t xml:space="preserve">    (a) controlling; or most influential</w:t>
      </w:r>
      <w:r>
        <w:br/>
      </w:r>
      <w:r>
        <w:t xml:space="preserve">    (b) the state of not representing or imitating external reality or the objects of nature</w:t>
      </w:r>
      <w:r>
        <w:br/>
      </w:r>
      <w:r>
        <w:t xml:space="preserve">    (c) a solution that is simpler (and often more comprehensive) than most would anticipate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I don't want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incriminate</w:t>
      </w:r>
      <w:r>
        <w:rPr>
          <w:b/>
          <w:bCs/>
        </w:rPr>
        <w:t xml:space="preserve"> </w:t>
      </w:r>
      <w:r>
        <w:rPr>
          <w:b/>
          <w:bCs/>
        </w:rPr>
        <w:t xml:space="preserve">myself.</w:t>
      </w:r>
      <w:r>
        <w:br/>
      </w:r>
      <w:r>
        <w:t xml:space="preserve">    (a) notable difference</w:t>
      </w:r>
      <w:r>
        <w:br/>
      </w:r>
      <w:r>
        <w:t xml:space="preserve">    (b) make appear guilty</w:t>
      </w:r>
      <w:r>
        <w:br/>
      </w:r>
      <w:r>
        <w:t xml:space="preserve">    (c) come to terms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part of me has planned this,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devious</w:t>
      </w:r>
      <w:r>
        <w:rPr>
          <w:b/>
          <w:bCs/>
        </w:rPr>
        <w:t xml:space="preserve"> </w:t>
      </w:r>
      <w:r>
        <w:rPr>
          <w:b/>
          <w:bCs/>
        </w:rPr>
        <w:t xml:space="preserve">internal compass pointed to the past.</w:t>
      </w:r>
      <w:r>
        <w:br/>
      </w:r>
      <w:r>
        <w:t xml:space="preserve">    (a) deceitful (not honest and straightforward)</w:t>
      </w:r>
      <w:r>
        <w:br/>
      </w:r>
      <w:r>
        <w:t xml:space="preserve">    (b) able to be persuaded to do something by tempting with pleasure or something desired</w:t>
      </w:r>
      <w:r>
        <w:br/>
      </w:r>
      <w:r>
        <w:t xml:space="preserve">    (c) relating to one-sided information that is purposefully spread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...how to come back to life after my long undersnow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dormancy</w:t>
      </w:r>
      <w:r>
        <w:rPr>
          <w:b/>
          <w:bCs/>
        </w:rPr>
        <w:t xml:space="preserve">.</w:t>
      </w:r>
      <w:r>
        <w:br/>
      </w:r>
      <w:r>
        <w:t xml:space="preserve">    (a) the belief that the pursuit of pleasure is the highest good</w:t>
      </w:r>
      <w:r>
        <w:br/>
      </w:r>
      <w:r>
        <w:t xml:space="preserve">    (b) the quality of being a lot more than is reasonable or typical</w:t>
      </w:r>
      <w:r>
        <w:br/>
      </w:r>
      <w:r>
        <w:t xml:space="preserve">    (c) long-term inactivity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2026-05-20T13:07:10Z</dcterms:created>
  <dcterms:modified xsi:type="dcterms:W3CDTF">2026-05-20T13:07:10Z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