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fe03389c92b45669e42262eff9101cd796fd543"/>
    <w:p>
      <w:pPr>
        <w:pStyle w:val="Heading1"/>
      </w:pPr>
      <w:r>
        <w:rPr>
          <w:b/>
          <w:bCs/>
        </w:rPr>
        <w:t xml:space="preserve">Spare Parts</w:t>
      </w:r>
      <w:r>
        <w:br/>
      </w:r>
      <w:r>
        <w:rPr>
          <w:i/>
          <w:iCs/>
        </w:rPr>
        <w:t xml:space="preserve">Joshua Davis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"We captured its readout with a CCD camera and manually corrected by thirty percent to account for the index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refraction</w:t>
      </w:r>
      <w:r>
        <w:rPr>
          <w:b/>
          <w:bCs/>
        </w:rPr>
        <w:t xml:space="preserve">," Cristian explained to the judges.</w:t>
      </w:r>
      <w:r>
        <w:br/>
      </w:r>
      <w:r>
        <w:t xml:space="preserve">    (a) a figure of speech in which a similarity between two things is highlighted by using a word to refer to something that it does not</w:t>
      </w:r>
      <w:r>
        <w:t xml:space="preserve"> </w:t>
      </w:r>
      <w:r>
        <w:rPr>
          <w:i/>
          <w:iCs/>
        </w:rPr>
        <w:t xml:space="preserve">literally</w:t>
      </w:r>
      <w:r>
        <w:t xml:space="preserve"> </w:t>
      </w:r>
      <w:r>
        <w:t xml:space="preserve">mean</w:t>
      </w:r>
      <w:r>
        <w:br/>
      </w:r>
      <w:r>
        <w:t xml:space="preserve">    (b) to change the velocity of a beam of light or other wave-form as it passes from one medium into another (apparently bending it when passing at an angle)</w:t>
      </w:r>
      <w:r>
        <w:br/>
      </w:r>
      <w:r>
        <w:t xml:space="preserve">    (c) a melody that, after a short interval, is exactly repeated by a different instrument or voice to create competing melodic lines (a strict counterpoint)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So we decided to extend our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tether</w:t>
      </w:r>
      <w:r>
        <w:rPr>
          <w:b/>
          <w:bCs/>
        </w:rPr>
        <w:t xml:space="preserve"> </w:t>
      </w:r>
      <w:r>
        <w:rPr>
          <w:b/>
          <w:bCs/>
        </w:rPr>
        <w:t xml:space="preserve">to thirty-three meters.</w:t>
      </w:r>
      <w:r>
        <w:br/>
      </w:r>
      <w:r>
        <w:t xml:space="preserve">    (a) express personal artistic ideas or feelings while performing (or performing to) someone else's work</w:t>
      </w:r>
      <w:r>
        <w:br/>
      </w:r>
      <w:r>
        <w:t xml:space="preserve">    (b) to tie so as to limit the boundaries of movement; or the rope or other material used to do the tying</w:t>
      </w:r>
      <w:r>
        <w:br/>
      </w:r>
      <w:r>
        <w:t xml:space="preserve">    (c) to gradually destroy or change the purpose of something -- such as a government, institution, or rule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Laura got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intermittent</w:t>
      </w:r>
      <w:r>
        <w:rPr>
          <w:b/>
          <w:bCs/>
        </w:rPr>
        <w:t xml:space="preserve"> </w:t>
      </w:r>
      <w:r>
        <w:rPr>
          <w:b/>
          <w:bCs/>
        </w:rPr>
        <w:t xml:space="preserve">work as a hotel maid, and Pablo worked landscaping jobs throughout the scorching Arizona summer.</w:t>
      </w:r>
      <w:r>
        <w:br/>
      </w:r>
      <w:r>
        <w:t xml:space="preserve">    (a) happening constantly and without pause</w:t>
      </w:r>
      <w:r>
        <w:br/>
      </w:r>
      <w:r>
        <w:t xml:space="preserve">    (b) occurring at regular and predictable times</w:t>
      </w:r>
      <w:r>
        <w:br/>
      </w:r>
      <w:r>
        <w:t xml:space="preserve">    (c) stopping and starting at irregular intervals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Nonetheless</w:t>
      </w:r>
      <w:r>
        <w:rPr>
          <w:b/>
          <w:bCs/>
        </w:rPr>
        <w:t xml:space="preserve">, as Christmas neared, the teacher handed him a uniform and hat and told him to get ready for the annual holiday parade.</w:t>
      </w:r>
      <w:r>
        <w:br/>
      </w:r>
      <w:r>
        <w:t xml:space="preserve">    (a) therefore (for that reason)</w:t>
      </w:r>
      <w:r>
        <w:br/>
      </w:r>
      <w:r>
        <w:t xml:space="preserve">    (b) in spite of that (used to connect contrasting ideas)</w:t>
      </w:r>
      <w:r>
        <w:br/>
      </w:r>
      <w:r>
        <w:t xml:space="preserve">    (c) in keeping with or in agreement with what was just stated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had little money, a small set of hand tools, and 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ingenuity</w:t>
      </w:r>
      <w:r>
        <w:rPr>
          <w:b/>
          <w:bCs/>
        </w:rPr>
        <w:t xml:space="preserve">.</w:t>
      </w:r>
      <w:r>
        <w:br/>
      </w:r>
      <w:r>
        <w:t xml:space="preserve">    (a) a general feeling of not being as good as others</w:t>
      </w:r>
      <w:r>
        <w:br/>
      </w:r>
      <w:r>
        <w:t xml:space="preserve">    (b) the act, process, or instance of telling a story</w:t>
      </w:r>
      <w:r>
        <w:br/>
      </w:r>
      <w:r>
        <w:t xml:space="preserve">    (c) ability to solve problems in smart creative ways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didn't fit into white American culture and couldn't find his place in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immigrant</w:t>
      </w:r>
      <w:r>
        <w:rPr>
          <w:b/>
          <w:bCs/>
        </w:rPr>
        <w:t xml:space="preserve"> </w:t>
      </w:r>
      <w:r>
        <w:rPr>
          <w:b/>
          <w:bCs/>
        </w:rPr>
        <w:t xml:space="preserve">community.</w:t>
      </w:r>
      <w:r>
        <w:br/>
      </w:r>
      <w:r>
        <w:t xml:space="preserve">    (a) something accepted as true (without proof)</w:t>
      </w:r>
      <w:r>
        <w:br/>
      </w:r>
      <w:r>
        <w:t xml:space="preserve">    (b) a person who came to live in a new country</w:t>
      </w:r>
      <w:r>
        <w:br/>
      </w:r>
      <w:r>
        <w:t xml:space="preserve">    (c) relating to properties of sound or hearing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 the city developed, tax revenue was largely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allocated</w:t>
      </w:r>
      <w:r>
        <w:rPr>
          <w:b/>
          <w:bCs/>
        </w:rPr>
        <w:t xml:space="preserve"> </w:t>
      </w:r>
      <w:r>
        <w:rPr>
          <w:b/>
          <w:bCs/>
        </w:rPr>
        <w:t xml:space="preserve">to infrastructure for the neighborhoods settled by Anglos.</w:t>
      </w:r>
      <w:r>
        <w:br/>
      </w:r>
      <w:r>
        <w:t xml:space="preserve">    (a) distributed (according to a plan)</w:t>
      </w:r>
      <w:r>
        <w:br/>
      </w:r>
      <w:r>
        <w:t xml:space="preserve">    (b) selected (on a computer screen)</w:t>
      </w:r>
      <w:r>
        <w:br/>
      </w:r>
      <w:r>
        <w:t xml:space="preserve">    (c) took up or received into heaven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Kids felt bolder on the bus because the bus driver was driving and couldn't do anything to stop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taunting</w:t>
      </w:r>
      <w:r>
        <w:rPr>
          <w:b/>
          <w:bCs/>
        </w:rPr>
        <w:t xml:space="preserve">.</w:t>
      </w:r>
      <w:r>
        <w:br/>
      </w:r>
      <w:r>
        <w:t xml:space="preserve">    (a) intentionally angering, challenging, or upsetting</w:t>
      </w:r>
      <w:r>
        <w:br/>
      </w:r>
      <w:r>
        <w:t xml:space="preserve">    (b) giving an opinion of what is wrong with something</w:t>
      </w:r>
      <w:r>
        <w:br/>
      </w:r>
      <w:r>
        <w:t xml:space="preserve">    (c) keeping people and goods from reaching a location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approximately</w:t>
      </w:r>
      <w:r>
        <w:rPr>
          <w:b/>
          <w:bCs/>
        </w:rPr>
        <w:t xml:space="preserve"> </w:t>
      </w:r>
      <w:r>
        <w:rPr>
          <w:b/>
          <w:bCs/>
        </w:rPr>
        <w:t xml:space="preserve">11:00 p.m. that night, officers banged on the door of a sleeping family.</w:t>
      </w:r>
      <w:r>
        <w:br/>
      </w:r>
      <w:r>
        <w:t xml:space="preserve">    (a) cheerfully and friendly</w:t>
      </w:r>
      <w:r>
        <w:br/>
      </w:r>
      <w:r>
        <w:t xml:space="preserve">    (b) about (but not exactly)</w:t>
      </w:r>
      <w:r>
        <w:br/>
      </w:r>
      <w:r>
        <w:t xml:space="preserve">    (c) relating to the outside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2000, a rancher named Roger Barnett declared open season on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migrants</w:t>
      </w:r>
      <w:r>
        <w:rPr>
          <w:b/>
          <w:bCs/>
        </w:rPr>
        <w:t xml:space="preserve">.</w:t>
      </w:r>
      <w:r>
        <w:br/>
      </w:r>
      <w:r>
        <w:t xml:space="preserve">    (a) dreamlike states of altered consciousness</w:t>
      </w:r>
      <w:r>
        <w:br/>
      </w:r>
      <w:r>
        <w:t xml:space="preserve">    (b) those who moves from one place to another</w:t>
      </w:r>
      <w:r>
        <w:br/>
      </w:r>
      <w:r>
        <w:t xml:space="preserve">    (c) characteristics (of something or someone)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His energy caught the attention of the Phoenix Jaycees, a charitable organization of businessmen, who named Fredi the city's Most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Innovative</w:t>
      </w:r>
      <w:r>
        <w:rPr>
          <w:b/>
          <w:bCs/>
        </w:rPr>
        <w:t xml:space="preserve"> </w:t>
      </w:r>
      <w:r>
        <w:rPr>
          <w:b/>
          <w:bCs/>
        </w:rPr>
        <w:t xml:space="preserve">Teacher in 1988.</w:t>
      </w:r>
      <w:r>
        <w:br/>
      </w:r>
      <w:r>
        <w:t xml:space="preserve">    (a) not demonstrating</w:t>
      </w:r>
      <w:r>
        <w:br/>
      </w:r>
      <w:r>
        <w:t xml:space="preserve">    (b) greater than zero</w:t>
      </w:r>
      <w:r>
        <w:br/>
      </w:r>
      <w:r>
        <w:t xml:space="preserve">    (c) new and different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Despite its diminutive size, the bot still had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contend</w:t>
      </w:r>
      <w:r>
        <w:rPr>
          <w:b/>
          <w:bCs/>
        </w:rPr>
        <w:t xml:space="preserve"> </w:t>
      </w:r>
      <w:r>
        <w:rPr>
          <w:b/>
          <w:bCs/>
        </w:rPr>
        <w:t xml:space="preserve">with a problem endemic to ROVs: its tether.</w:t>
      </w:r>
      <w:r>
        <w:br/>
      </w:r>
      <w:r>
        <w:t xml:space="preserve">    (a) disagree</w:t>
      </w:r>
      <w:r>
        <w:br/>
      </w:r>
      <w:r>
        <w:t xml:space="preserve">    (b) struggle</w:t>
      </w:r>
      <w:r>
        <w:br/>
      </w:r>
      <w:r>
        <w:t xml:space="preserve">    (c) subtract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were now in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contention</w:t>
      </w:r>
      <w:r>
        <w:rPr>
          <w:b/>
          <w:bCs/>
        </w:rPr>
        <w:t xml:space="preserve"> </w:t>
      </w:r>
      <w:r>
        <w:rPr>
          <w:b/>
          <w:bCs/>
        </w:rPr>
        <w:t xml:space="preserve">for a top spot.</w:t>
      </w:r>
      <w:r>
        <w:br/>
      </w:r>
      <w:r>
        <w:t xml:space="preserve">    (a) quiet voice</w:t>
      </w:r>
      <w:r>
        <w:br/>
      </w:r>
      <w:r>
        <w:t xml:space="preserve">    (b) translation</w:t>
      </w:r>
      <w:r>
        <w:br/>
      </w:r>
      <w:r>
        <w:t xml:space="preserve">    (c) competition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decided to offer Lorenzo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novel</w:t>
      </w:r>
      <w:r>
        <w:rPr>
          <w:b/>
          <w:bCs/>
        </w:rPr>
        <w:t xml:space="preserve"> </w:t>
      </w:r>
      <w:r>
        <w:rPr>
          <w:b/>
          <w:bCs/>
        </w:rPr>
        <w:t xml:space="preserve">solution: "Next time somebody wants to fight you, pretend you're having a seizure."</w:t>
      </w:r>
      <w:r>
        <w:br/>
      </w:r>
      <w:r>
        <w:t xml:space="preserve">    (a) traditional (having withstood the test of time)</w:t>
      </w:r>
      <w:r>
        <w:br/>
      </w:r>
      <w:r>
        <w:t xml:space="preserve">    (b) new and original</w:t>
      </w:r>
      <w:r>
        <w:br/>
      </w:r>
      <w:r>
        <w:t xml:space="preserve">    (c) important and valuable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For this broader team, Kamen's event was the main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</w:t>
      </w:r>
      <w:r>
        <w:rPr>
          <w:b/>
          <w:bCs/>
        </w:rPr>
        <w:t xml:space="preserve">.</w:t>
      </w:r>
      <w:r>
        <w:br/>
      </w:r>
      <w:r>
        <w:t xml:space="preserve">    (a) where attention is concentrated or directed</w:t>
      </w:r>
      <w:r>
        <w:br/>
      </w:r>
      <w:r>
        <w:t xml:space="preserve">    (b) the ability to take on or adopt</w:t>
      </w:r>
      <w:r>
        <w:br/>
      </w:r>
      <w:r>
        <w:t xml:space="preserve">    (c) calculating or judging too high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When ABC's Nightline aired their segment on the Carl Hayden kids, Arizona State Representative Russell Pearce explained to viewers that it was inappropriate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</w:t>
      </w:r>
      <w:r>
        <w:rPr>
          <w:b/>
          <w:bCs/>
        </w:rPr>
        <w:t xml:space="preserve"> </w:t>
      </w:r>
      <w:r>
        <w:rPr>
          <w:b/>
          <w:bCs/>
        </w:rPr>
        <w:t xml:space="preserve">on a small group of students: "You can't paint this picture of this sweet child over here that we all probably know."</w:t>
      </w:r>
      <w:r>
        <w:br/>
      </w:r>
      <w:r>
        <w:t xml:space="preserve">    (a) concentrate, or look</w:t>
      </w:r>
      <w:r>
        <w:br/>
      </w:r>
      <w:r>
        <w:t xml:space="preserve">    (b) make one's home in; or live in; or stay (in a place)</w:t>
      </w:r>
      <w:r>
        <w:br/>
      </w:r>
      <w:r>
        <w:t xml:space="preserve">    (c) a real estate loan; or pledging something for a loan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While Oscar and Cristian debated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feasibility</w:t>
      </w:r>
      <w:r>
        <w:rPr>
          <w:b/>
          <w:bCs/>
        </w:rPr>
        <w:t xml:space="preserve"> </w:t>
      </w:r>
      <w:r>
        <w:rPr>
          <w:b/>
          <w:bCs/>
        </w:rPr>
        <w:t xml:space="preserve">of a surgical demolition, Lorenzo held his breath and examined the pipes around the briefcase.</w:t>
      </w:r>
      <w:r>
        <w:br/>
      </w:r>
      <w:r>
        <w:t xml:space="preserve">    (a) the degree to which something is practical</w:t>
      </w:r>
      <w:r>
        <w:br/>
      </w:r>
      <w:r>
        <w:t xml:space="preserve">    (b) not appropriate in size, amount, or degree</w:t>
      </w:r>
      <w:r>
        <w:br/>
      </w:r>
      <w:r>
        <w:t xml:space="preserve">    (c) the degree of not being easily set on fire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described Oscar's success in Santa Barbara, noting that his team triumphed due to their "ingenuity,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positive</w:t>
      </w:r>
      <w:r>
        <w:rPr>
          <w:b/>
          <w:bCs/>
        </w:rPr>
        <w:t xml:space="preserve"> </w:t>
      </w:r>
      <w:r>
        <w:rPr>
          <w:b/>
          <w:bCs/>
        </w:rPr>
        <w:t xml:space="preserve">outlook, and willingness to work hard."</w:t>
      </w:r>
      <w:r>
        <w:br/>
      </w:r>
      <w:r>
        <w:t xml:space="preserve">    (a) unable to get closer to</w:t>
      </w:r>
      <w:r>
        <w:br/>
      </w:r>
      <w:r>
        <w:t xml:space="preserve">    (b) optimistic</w:t>
      </w:r>
      <w:r>
        <w:br/>
      </w:r>
      <w:r>
        <w:t xml:space="preserve">    (c) not sensible or careful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To some, these are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positive</w:t>
      </w:r>
      <w:r>
        <w:rPr>
          <w:b/>
          <w:bCs/>
        </w:rPr>
        <w:t xml:space="preserve"> </w:t>
      </w:r>
      <w:r>
        <w:rPr>
          <w:b/>
          <w:bCs/>
        </w:rPr>
        <w:t xml:space="preserve">developments.</w:t>
      </w:r>
      <w:r>
        <w:br/>
      </w:r>
      <w:r>
        <w:t xml:space="preserve">    (a) good</w:t>
      </w:r>
      <w:r>
        <w:br/>
      </w:r>
      <w:r>
        <w:t xml:space="preserve">    (b) not representative</w:t>
      </w:r>
      <w:r>
        <w:br/>
      </w:r>
      <w:r>
        <w:t xml:space="preserve">    (c) impossible to find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 the far side of the bridge, they got into a taxi and drove to a medical clinic a block from the U.S.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consulate</w:t>
      </w:r>
      <w:r>
        <w:rPr>
          <w:b/>
          <w:bCs/>
        </w:rPr>
        <w:t xml:space="preserve">.</w:t>
      </w:r>
      <w:r>
        <w:br/>
      </w:r>
      <w:r>
        <w:t xml:space="preserve">    (a) a diplomat appointed by a government to live in a foreign country and help its citizens visiting that country; or the offices of that person and assistants</w:t>
      </w:r>
      <w:r>
        <w:br/>
      </w:r>
      <w:r>
        <w:t xml:space="preserve">    (b) someone who believes in the teaching of Buddha -- that aims to end suffering by ending selfish desire and following a path of wisdom, ethics, and meditation</w:t>
      </w:r>
      <w:r>
        <w:br/>
      </w:r>
      <w:r>
        <w:t xml:space="preserve">    (c) a math value that tells how many times a number is multiplied by itself to reach another number -- often used to describe very big or very small quantities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2026-07-31T19:37:16Z</dcterms:created>
  <dcterms:modified xsi:type="dcterms:W3CDTF">2026-07-31T19:37:16Z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