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535fd93f0745b0fca5a48d2f0ebda3f8ff43af"/>
    <w:p>
      <w:pPr>
        <w:pStyle w:val="Heading1"/>
      </w:pPr>
      <w:r>
        <w:rPr>
          <w:b/>
          <w:bCs/>
        </w:rPr>
        <w:t xml:space="preserve">Sophie's World</w:t>
      </w:r>
      <w:r>
        <w:br/>
      </w:r>
      <w:r>
        <w:rPr>
          <w:i/>
          <w:iCs/>
        </w:rPr>
        <w:t xml:space="preserve">Jostein Gaarder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dresses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accordance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latest fashions.</w:t>
      </w:r>
      <w:r>
        <w:br/>
      </w:r>
      <w:r>
        <w:t xml:space="preserve">    (a) opposition</w:t>
      </w:r>
      <w:r>
        <w:br/>
      </w:r>
      <w:r>
        <w:t xml:space="preserve">    (b) ignorance</w:t>
      </w:r>
      <w:r>
        <w:br/>
      </w:r>
      <w:r>
        <w:t xml:space="preserve">    (c) keeping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fight, he turned himself in of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own accord</w:t>
      </w:r>
      <w:r>
        <w:rPr>
          <w:b/>
          <w:bCs/>
        </w:rPr>
        <w:t xml:space="preserve">.</w:t>
      </w:r>
      <w:r>
        <w:br/>
      </w:r>
      <w:r>
        <w:t xml:space="preserve">    (a) own mind</w:t>
      </w:r>
      <w:r>
        <w:br/>
      </w:r>
      <w:r>
        <w:t xml:space="preserve">    (b) own fear</w:t>
      </w:r>
      <w:r>
        <w:br/>
      </w:r>
      <w:r>
        <w:t xml:space="preserve">    (c) own safety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Freud's theory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analysis</w:t>
      </w:r>
      <w:r>
        <w:rPr>
          <w:b/>
          <w:bCs/>
        </w:rPr>
        <w:t xml:space="preserve"> </w:t>
      </w:r>
      <w:r>
        <w:rPr>
          <w:b/>
          <w:bCs/>
        </w:rPr>
        <w:t xml:space="preserve">emphasized dreams and sexual repression.</w:t>
      </w:r>
      <w:r>
        <w:br/>
      </w:r>
      <w:r>
        <w:t xml:space="preserve">    (a) psychiatric treatment</w:t>
      </w:r>
      <w:r>
        <w:br/>
      </w:r>
      <w:r>
        <w:t xml:space="preserve">    (b) film-making</w:t>
      </w:r>
      <w:r>
        <w:br/>
      </w:r>
      <w:r>
        <w:t xml:space="preserve">    (c) plot creation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grow more nervous as the test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approaches</w:t>
      </w:r>
      <w:r>
        <w:rPr>
          <w:b/>
          <w:bCs/>
        </w:rPr>
        <w:t xml:space="preserve">.</w:t>
      </w:r>
      <w:r>
        <w:br/>
      </w:r>
      <w:r>
        <w:t xml:space="preserve">    (a) continues</w:t>
      </w:r>
      <w:r>
        <w:br/>
      </w:r>
      <w:r>
        <w:t xml:space="preserve">    (b) gets nearer</w:t>
      </w:r>
      <w:r>
        <w:br/>
      </w:r>
      <w:r>
        <w:t xml:space="preserve">    (c) is remembered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need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</w:t>
      </w:r>
      <w:r>
        <w:rPr>
          <w:b/>
          <w:bCs/>
        </w:rPr>
        <w:t xml:space="preserve"> </w:t>
      </w:r>
      <w:r>
        <w:rPr>
          <w:b/>
          <w:bCs/>
        </w:rPr>
        <w:t xml:space="preserve">this problem in a new way.</w:t>
      </w:r>
      <w:r>
        <w:br/>
      </w:r>
      <w:r>
        <w:t xml:space="preserve">    (a) think about</w:t>
      </w:r>
      <w:r>
        <w:br/>
      </w:r>
      <w:r>
        <w:t xml:space="preserve">    (b) avoid</w:t>
      </w:r>
      <w:r>
        <w:br/>
      </w:r>
      <w:r>
        <w:t xml:space="preserve">    (c) assign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Empirical</w:t>
      </w:r>
      <w:r>
        <w:rPr>
          <w:b/>
          <w:bCs/>
        </w:rPr>
        <w:t xml:space="preserve"> </w:t>
      </w:r>
      <w:r>
        <w:rPr>
          <w:b/>
          <w:bCs/>
        </w:rPr>
        <w:t xml:space="preserve">studies provide inputs for our formulas, but the formulas themselves are largely based upon intuitive values.</w:t>
      </w:r>
      <w:r>
        <w:br/>
      </w:r>
      <w:r>
        <w:t xml:space="preserve">    (a) creative</w:t>
      </w:r>
      <w:r>
        <w:br/>
      </w:r>
      <w:r>
        <w:t xml:space="preserve">    (b) theoretical</w:t>
      </w:r>
      <w:r>
        <w:br/>
      </w:r>
      <w:r>
        <w:t xml:space="preserve">    (c) measured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Which word choice would help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</w:t>
      </w:r>
      <w:r>
        <w:rPr>
          <w:b/>
          <w:bCs/>
        </w:rPr>
        <w:t xml:space="preserve"> </w:t>
      </w:r>
      <w:r>
        <w:rPr>
          <w:b/>
          <w:bCs/>
        </w:rPr>
        <w:t xml:space="preserve">a serious tone.</w:t>
      </w:r>
      <w:r>
        <w:br/>
      </w:r>
      <w:r>
        <w:t xml:space="preserve">    (a) avoid</w:t>
      </w:r>
      <w:r>
        <w:br/>
      </w:r>
      <w:r>
        <w:t xml:space="preserve">    (b) increase</w:t>
      </w:r>
      <w:r>
        <w:br/>
      </w:r>
      <w:r>
        <w:t xml:space="preserve">    (c) create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sixth paragraph (lines 67-68) is primarily concerned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establishing</w:t>
      </w:r>
      <w:r>
        <w:rPr>
          <w:b/>
          <w:bCs/>
        </w:rPr>
        <w:t xml:space="preserve"> </w:t>
      </w:r>
      <w:r>
        <w:rPr>
          <w:b/>
          <w:bCs/>
        </w:rPr>
        <w:t xml:space="preserve">the contrast between men and masculine traits.</w:t>
      </w:r>
      <w:r>
        <w:br/>
      </w:r>
      <w:r>
        <w:t xml:space="preserve">    (a) showing</w:t>
      </w:r>
      <w:r>
        <w:br/>
      </w:r>
      <w:r>
        <w:t xml:space="preserve">    (b) minimizing</w:t>
      </w:r>
      <w:r>
        <w:br/>
      </w:r>
      <w:r>
        <w:t xml:space="preserve">    (c) exaggerating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loss of the buffalo was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existential</w:t>
      </w:r>
      <w:r>
        <w:rPr>
          <w:b/>
          <w:bCs/>
        </w:rPr>
        <w:t xml:space="preserve"> </w:t>
      </w:r>
      <w:r>
        <w:rPr>
          <w:b/>
          <w:bCs/>
        </w:rPr>
        <w:t xml:space="preserve">blow to the Apache culture.</w:t>
      </w:r>
      <w:r>
        <w:br/>
      </w:r>
      <w:r>
        <w:t xml:space="preserve">    (a) threatening existence</w:t>
      </w:r>
      <w:r>
        <w:br/>
      </w:r>
      <w:r>
        <w:t xml:space="preserve">    (b) threatening poverty</w:t>
      </w:r>
      <w:r>
        <w:br/>
      </w:r>
      <w:r>
        <w:t xml:space="preserve">    (c) threatening pride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she was enjoying life and making a better world, he fell into depression, suffering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existential</w:t>
      </w:r>
      <w:r>
        <w:rPr>
          <w:b/>
          <w:bCs/>
        </w:rPr>
        <w:t xml:space="preserve"> </w:t>
      </w:r>
      <w:r>
        <w:rPr>
          <w:b/>
          <w:bCs/>
        </w:rPr>
        <w:t xml:space="preserve">crisis in which he came to think of life as pointless.</w:t>
      </w:r>
      <w:r>
        <w:br/>
      </w:r>
      <w:r>
        <w:t xml:space="preserve">    (a) relating to knowing what is important in life</w:t>
      </w:r>
      <w:r>
        <w:br/>
      </w:r>
      <w:r>
        <w:t xml:space="preserve">    (b) relating to fear of death</w:t>
      </w:r>
      <w:r>
        <w:br/>
      </w:r>
      <w:r>
        <w:t xml:space="preserve">    (c) relating to poor health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universe is governed by fixed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immutable</w:t>
      </w:r>
      <w:r>
        <w:rPr>
          <w:b/>
          <w:bCs/>
        </w:rPr>
        <w:t xml:space="preserve"> </w:t>
      </w:r>
      <w:r>
        <w:rPr>
          <w:b/>
          <w:bCs/>
        </w:rPr>
        <w:t xml:space="preserve">laws.</w:t>
      </w:r>
      <w:r>
        <w:br/>
      </w:r>
      <w:r>
        <w:t xml:space="preserve">    (a) unchangeable</w:t>
      </w:r>
      <w:r>
        <w:br/>
      </w:r>
      <w:r>
        <w:t xml:space="preserve">    (b) understandable</w:t>
      </w:r>
      <w:r>
        <w:br/>
      </w:r>
      <w:r>
        <w:t xml:space="preserve">    (c) uncaring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will stand to his left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</w:t>
      </w:r>
      <w:r>
        <w:rPr>
          <w:b/>
          <w:bCs/>
        </w:rPr>
        <w:t xml:space="preserve"> </w:t>
      </w:r>
      <w:r>
        <w:rPr>
          <w:b/>
          <w:bCs/>
        </w:rPr>
        <w:t xml:space="preserve">his speech into sign language.</w:t>
      </w:r>
      <w:r>
        <w:br/>
      </w:r>
      <w:r>
        <w:t xml:space="preserve">    (a) refute (prove false)</w:t>
      </w:r>
      <w:r>
        <w:br/>
      </w:r>
      <w:r>
        <w:t xml:space="preserve">    (b) translate</w:t>
      </w:r>
      <w:r>
        <w:br/>
      </w:r>
      <w:r>
        <w:t xml:space="preserve">    (c) elaborate upon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 will a court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</w:t>
      </w:r>
      <w:r>
        <w:rPr>
          <w:b/>
          <w:bCs/>
        </w:rPr>
        <w:t xml:space="preserve"> </w:t>
      </w:r>
      <w:r>
        <w:rPr>
          <w:b/>
          <w:bCs/>
        </w:rPr>
        <w:t xml:space="preserve">the word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careless</w:t>
      </w:r>
      <w:r>
        <w:rPr>
          <w:b/>
          <w:bCs/>
        </w:rPr>
        <w:t xml:space="preserve"> </w:t>
      </w:r>
      <w:r>
        <w:rPr>
          <w:b/>
          <w:bCs/>
        </w:rPr>
        <w:t xml:space="preserve">if there is a lawsuit?</w:t>
      </w:r>
      <w:r>
        <w:br/>
      </w:r>
      <w:r>
        <w:t xml:space="preserve">    (a) insist on</w:t>
      </w:r>
      <w:r>
        <w:br/>
      </w:r>
      <w:r>
        <w:t xml:space="preserve">    (b) understand</w:t>
      </w:r>
      <w:r>
        <w:br/>
      </w:r>
      <w:r>
        <w:t xml:space="preserve">    (c) ignore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wouldn't describe myself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materialistic</w:t>
      </w:r>
      <w:r>
        <w:rPr>
          <w:b/>
          <w:bCs/>
        </w:rPr>
        <w:t xml:space="preserve">, but I would like some financial security.</w:t>
      </w:r>
      <w:r>
        <w:br/>
      </w:r>
      <w:r>
        <w:t xml:space="preserve">    (a) too concerned with wealth and possessions</w:t>
      </w:r>
      <w:r>
        <w:br/>
      </w:r>
      <w:r>
        <w:t xml:space="preserve">    (b) unwilling to spend any money</w:t>
      </w:r>
      <w:r>
        <w:br/>
      </w:r>
      <w:r>
        <w:t xml:space="preserve">    (c) too afraid of risk and uncertainty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graduates have high college debt.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Moreover</w:t>
      </w:r>
      <w:r>
        <w:rPr>
          <w:b/>
          <w:bCs/>
        </w:rPr>
        <w:t xml:space="preserve">, too many of them haven't found good-paying jobs.</w:t>
      </w:r>
      <w:r>
        <w:br/>
      </w:r>
      <w:r>
        <w:t xml:space="preserve">    (a) in contrast to that</w:t>
      </w:r>
      <w:r>
        <w:br/>
      </w:r>
      <w:r>
        <w:t xml:space="preserve">    (b) in addition to that</w:t>
      </w:r>
      <w:r>
        <w:br/>
      </w:r>
      <w:r>
        <w:t xml:space="preserve">    (c) as a result of that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Natural law</w:t>
      </w:r>
      <w:r>
        <w:rPr>
          <w:b/>
          <w:bCs/>
        </w:rPr>
        <w:t xml:space="preserve"> </w:t>
      </w:r>
      <w:r>
        <w:rPr>
          <w:b/>
          <w:bCs/>
        </w:rPr>
        <w:t xml:space="preserve">is why war crimes are wrong even if national law allowed them.</w:t>
      </w:r>
      <w:r>
        <w:br/>
      </w:r>
      <w:r>
        <w:t xml:space="preserve">    (a) innate moral code</w:t>
      </w:r>
      <w:r>
        <w:br/>
      </w:r>
      <w:r>
        <w:t xml:space="preserve">    (b) popular opinion</w:t>
      </w:r>
      <w:r>
        <w:br/>
      </w:r>
      <w:r>
        <w:t xml:space="preserve">    (c) regional custom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one thing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perceive</w:t>
      </w:r>
      <w:r>
        <w:rPr>
          <w:b/>
          <w:bCs/>
        </w:rPr>
        <w:t xml:space="preserve"> </w:t>
      </w:r>
      <w:r>
        <w:rPr>
          <w:b/>
          <w:bCs/>
        </w:rPr>
        <w:t xml:space="preserve">something with the senses and another to understand its importance.</w:t>
      </w:r>
      <w:r>
        <w:br/>
      </w:r>
      <w:r>
        <w:t xml:space="preserve">    (a) become aware of</w:t>
      </w:r>
      <w:r>
        <w:br/>
      </w:r>
      <w:r>
        <w:t xml:space="preserve">    (b) clearly see</w:t>
      </w:r>
      <w:r>
        <w:br/>
      </w:r>
      <w:r>
        <w:t xml:space="preserve">    (c) physically touch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Renaissance</w:t>
      </w:r>
      <w:r>
        <w:rPr>
          <w:b/>
          <w:bCs/>
        </w:rPr>
        <w:t xml:space="preserve">, the Reformation, the Enlightenment, and the Scientific Revolution were some of the major signposts on Western civilization's road to modernity.</w:t>
      </w:r>
      <w:r>
        <w:br/>
      </w:r>
      <w:r>
        <w:t xml:space="preserve">    (a) 18th century period that further advanced the use of reason in Western civilization</w:t>
      </w:r>
      <w:r>
        <w:br/>
      </w:r>
      <w:r>
        <w:t xml:space="preserve">    (b) a period of European history in which major efforts to reform the Catholic Church led to major protestant denominations (16th century)</w:t>
      </w:r>
      <w:r>
        <w:br/>
      </w:r>
      <w:r>
        <w:t xml:space="preserve">    (c) the period of European history known for a revival of intellectual and artistic achievement (14th through mid-17th centuries)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is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thesis</w:t>
      </w:r>
      <w:r>
        <w:rPr>
          <w:b/>
          <w:bCs/>
        </w:rPr>
        <w:t xml:space="preserve"> </w:t>
      </w:r>
      <w:r>
        <w:rPr>
          <w:b/>
          <w:bCs/>
        </w:rPr>
        <w:t xml:space="preserve">of your paper.</w:t>
      </w:r>
      <w:r>
        <w:br/>
      </w:r>
      <w:r>
        <w:t xml:space="preserve">    (a) theory</w:t>
      </w:r>
      <w:r>
        <w:br/>
      </w:r>
      <w:r>
        <w:t xml:space="preserve">    (b) format</w:t>
      </w:r>
      <w:r>
        <w:br/>
      </w:r>
      <w:r>
        <w:t xml:space="preserve">    (c) grammatical voice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thesis</w:t>
      </w:r>
      <w:r>
        <w:rPr>
          <w:b/>
          <w:bCs/>
        </w:rPr>
        <w:t xml:space="preserve"> </w:t>
      </w:r>
      <w:r>
        <w:rPr>
          <w:b/>
          <w:bCs/>
        </w:rPr>
        <w:t xml:space="preserve">studies how social media has made the country more divisive.</w:t>
      </w:r>
      <w:r>
        <w:br/>
      </w:r>
      <w:r>
        <w:t xml:space="preserve">    (a) research paper</w:t>
      </w:r>
      <w:r>
        <w:br/>
      </w:r>
      <w:r>
        <w:t xml:space="preserve">    (b) class</w:t>
      </w:r>
      <w:r>
        <w:br/>
      </w:r>
      <w:r>
        <w:t xml:space="preserve">    (c) organization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2026-07-31T15:59:50Z</dcterms:created>
  <dcterms:modified xsi:type="dcterms:W3CDTF">2026-07-31T15:59:50Z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