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437021095c4f64050a9cf3767d070025573cdc"/>
    <w:p>
      <w:pPr>
        <w:pStyle w:val="Heading1"/>
      </w:pPr>
      <w:r>
        <w:rPr>
          <w:b/>
          <w:bCs/>
        </w:rPr>
        <w:t xml:space="preserve">Sophie's World</w:t>
      </w:r>
      <w:r>
        <w:br/>
      </w:r>
      <w:r>
        <w:rPr>
          <w:i/>
          <w:iCs/>
        </w:rPr>
        <w:t xml:space="preserve">Jostein Gaarder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claimed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clairvoyance</w:t>
      </w:r>
      <w:r>
        <w:rPr>
          <w:b/>
          <w:bCs/>
        </w:rPr>
        <w:t xml:space="preserve"> </w:t>
      </w:r>
      <w:r>
        <w:rPr>
          <w:b/>
          <w:bCs/>
        </w:rPr>
        <w:t xml:space="preserve">after saying she had seen the accident before it happened.</w:t>
      </w:r>
      <w:r>
        <w:br/>
      </w:r>
      <w:r>
        <w:t xml:space="preserve">    (a) supposed psychic insight</w:t>
      </w:r>
      <w:r>
        <w:br/>
      </w:r>
      <w:r>
        <w:t xml:space="preserve">    (b) careful scientific proof</w:t>
      </w:r>
      <w:r>
        <w:br/>
      </w:r>
      <w:r>
        <w:t xml:space="preserve">    (c) ordinary common sense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debated for hours without addressing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crux</w:t>
      </w:r>
      <w:r>
        <w:rPr>
          <w:b/>
          <w:bCs/>
        </w:rPr>
        <w:t xml:space="preserve"> </w:t>
      </w:r>
      <w:r>
        <w:rPr>
          <w:b/>
          <w:bCs/>
        </w:rPr>
        <w:t xml:space="preserve">of the issue.</w:t>
      </w:r>
      <w:r>
        <w:br/>
      </w:r>
      <w:r>
        <w:t xml:space="preserve">    (a) most important part</w:t>
      </w:r>
      <w:r>
        <w:br/>
      </w:r>
      <w:r>
        <w:t xml:space="preserve">    (b) first sentence</w:t>
      </w:r>
      <w:r>
        <w:br/>
      </w:r>
      <w:r>
        <w:t xml:space="preserve">    (c) easiest detail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Oliver Stone used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dissertation</w:t>
      </w:r>
      <w:r>
        <w:rPr>
          <w:b/>
          <w:bCs/>
        </w:rPr>
        <w:t xml:space="preserve"> </w:t>
      </w:r>
      <w:r>
        <w:rPr>
          <w:b/>
          <w:bCs/>
        </w:rPr>
        <w:t xml:space="preserve">as the basis for his film,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JFK</w:t>
      </w:r>
      <w:r>
        <w:rPr>
          <w:b/>
          <w:bCs/>
        </w:rPr>
        <w:t xml:space="preserve">.</w:t>
      </w:r>
      <w:r>
        <w:br/>
      </w:r>
      <w:r>
        <w:t xml:space="preserve">    (a) little-seen play</w:t>
      </w:r>
      <w:r>
        <w:br/>
      </w:r>
      <w:r>
        <w:t xml:space="preserve">    (b) popular book</w:t>
      </w:r>
      <w:r>
        <w:br/>
      </w:r>
      <w:r>
        <w:t xml:space="preserve">    (c) lengthy academic paper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Ecclesiastical</w:t>
      </w:r>
      <w:r>
        <w:rPr>
          <w:b/>
          <w:bCs/>
        </w:rPr>
        <w:t xml:space="preserve"> </w:t>
      </w:r>
      <w:r>
        <w:rPr>
          <w:b/>
          <w:bCs/>
        </w:rPr>
        <w:t xml:space="preserve">law governs many church traditions.</w:t>
      </w:r>
      <w:r>
        <w:br/>
      </w:r>
      <w:r>
        <w:t xml:space="preserve">    (a) sports-related</w:t>
      </w:r>
      <w:r>
        <w:br/>
      </w:r>
      <w:r>
        <w:t xml:space="preserve">    (b) kitchen-related</w:t>
      </w:r>
      <w:r>
        <w:br/>
      </w:r>
      <w:r>
        <w:t xml:space="preserve">    (c) church-related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manager gives his employees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free rein</w:t>
      </w:r>
      <w:r>
        <w:rPr>
          <w:b/>
          <w:bCs/>
        </w:rPr>
        <w:t xml:space="preserve"> </w:t>
      </w:r>
      <w:r>
        <w:rPr>
          <w:b/>
          <w:bCs/>
        </w:rPr>
        <w:t xml:space="preserve">to express their opinions.</w:t>
      </w:r>
      <w:r>
        <w:br/>
      </w:r>
      <w:r>
        <w:t xml:space="preserve">    (a) time</w:t>
      </w:r>
      <w:r>
        <w:br/>
      </w:r>
      <w:r>
        <w:t xml:space="preserve">    (b) bonuses</w:t>
      </w:r>
      <w:r>
        <w:br/>
      </w:r>
      <w:r>
        <w:t xml:space="preserve">    (c) freedom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two friends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indivisible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day they met in kindergarten.</w:t>
      </w:r>
      <w:r>
        <w:br/>
      </w:r>
      <w:r>
        <w:t xml:space="preserve">    (a) rarely seen together</w:t>
      </w:r>
      <w:r>
        <w:br/>
      </w:r>
      <w:r>
        <w:t xml:space="preserve">    (b) in constant disagreement</w:t>
      </w:r>
      <w:r>
        <w:br/>
      </w:r>
      <w:r>
        <w:t xml:space="preserve">    (c) impossible to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infinitesimal</w:t>
      </w:r>
      <w:r>
        <w:rPr>
          <w:b/>
          <w:bCs/>
        </w:rPr>
        <w:t xml:space="preserve"> </w:t>
      </w:r>
      <w:r>
        <w:rPr>
          <w:b/>
          <w:bCs/>
        </w:rPr>
        <w:t xml:space="preserve">amount of impurity can drastically affect the results of a sensitive chemical experiment.</w:t>
      </w:r>
      <w:r>
        <w:br/>
      </w:r>
      <w:r>
        <w:t xml:space="preserve">    (a) unintentional</w:t>
      </w:r>
      <w:r>
        <w:br/>
      </w:r>
      <w:r>
        <w:t xml:space="preserve">    (b) partial</w:t>
      </w:r>
      <w:r>
        <w:br/>
      </w:r>
      <w:r>
        <w:t xml:space="preserve">    (c) tiny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Curiosity is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intrinsic</w:t>
      </w:r>
      <w:r>
        <w:rPr>
          <w:b/>
          <w:bCs/>
        </w:rPr>
        <w:t xml:space="preserve"> </w:t>
      </w:r>
      <w:r>
        <w:rPr>
          <w:b/>
          <w:bCs/>
        </w:rPr>
        <w:t xml:space="preserve">part of learning.</w:t>
      </w:r>
      <w:r>
        <w:br/>
      </w:r>
      <w:r>
        <w:t xml:space="preserve">    (a) recently added</w:t>
      </w:r>
      <w:r>
        <w:br/>
      </w:r>
      <w:r>
        <w:t xml:space="preserve">    (b) built-in</w:t>
      </w:r>
      <w:r>
        <w:br/>
      </w:r>
      <w:r>
        <w:t xml:space="preserve">    (c) easily removed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runners followed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linear</w:t>
      </w:r>
      <w:r>
        <w:rPr>
          <w:b/>
          <w:bCs/>
        </w:rPr>
        <w:t xml:space="preserve"> </w:t>
      </w:r>
      <w:r>
        <w:rPr>
          <w:b/>
          <w:bCs/>
        </w:rPr>
        <w:t xml:space="preserve">course along the river, with no sharp turns or detours.</w:t>
      </w:r>
      <w:r>
        <w:br/>
      </w:r>
      <w:r>
        <w:t xml:space="preserve">    (a) muddy</w:t>
      </w:r>
      <w:r>
        <w:br/>
      </w:r>
      <w:r>
        <w:t xml:space="preserve">    (b) straight</w:t>
      </w:r>
      <w:r>
        <w:br/>
      </w:r>
      <w:r>
        <w:t xml:space="preserve">    (c) scenic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candidate’s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manifesto</w:t>
      </w:r>
      <w:r>
        <w:rPr>
          <w:b/>
          <w:bCs/>
        </w:rPr>
        <w:t xml:space="preserve"> </w:t>
      </w:r>
      <w:r>
        <w:rPr>
          <w:b/>
          <w:bCs/>
        </w:rPr>
        <w:t xml:space="preserve">outlined her vision for economic reform and social justice.</w:t>
      </w:r>
      <w:r>
        <w:br/>
      </w:r>
      <w:r>
        <w:t xml:space="preserve">    (a) detailed account of personal achievements</w:t>
      </w:r>
      <w:r>
        <w:br/>
      </w:r>
      <w:r>
        <w:t xml:space="preserve">    (b) public declaration of principles or policies</w:t>
      </w:r>
      <w:r>
        <w:br/>
      </w:r>
      <w:r>
        <w:t xml:space="preserve">    (c) comprehensive plan for economic growth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miserly</w:t>
      </w:r>
      <w:r>
        <w:rPr>
          <w:b/>
          <w:bCs/>
        </w:rPr>
        <w:t xml:space="preserve"> </w:t>
      </w:r>
      <w:r>
        <w:rPr>
          <w:b/>
          <w:bCs/>
        </w:rPr>
        <w:t xml:space="preserve">landlord refused to pay for basic repairs in the building.</w:t>
      </w:r>
      <w:r>
        <w:br/>
      </w:r>
      <w:r>
        <w:t xml:space="preserve">    (a) in a manner that changes the direction of a light wave (or other wave) by passing an opaque edge or narrow opening</w:t>
      </w:r>
      <w:r>
        <w:br/>
      </w:r>
      <w:r>
        <w:t xml:space="preserve">    (b) in a manner that uses a scale where each step is a multiple of the prior step rather than a fixed addition to it</w:t>
      </w:r>
      <w:r>
        <w:br/>
      </w:r>
      <w:r>
        <w:t xml:space="preserve">    (c) excessively unwilling to spend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monetary</w:t>
      </w:r>
      <w:r>
        <w:rPr>
          <w:b/>
          <w:bCs/>
        </w:rPr>
        <w:t xml:space="preserve"> </w:t>
      </w:r>
      <w:r>
        <w:rPr>
          <w:b/>
          <w:bCs/>
        </w:rPr>
        <w:t xml:space="preserve">value of the brooch does not reflect its sentimental value to me.</w:t>
      </w:r>
      <w:r>
        <w:br/>
      </w:r>
      <w:r>
        <w:t xml:space="preserve">    (a) low</w:t>
      </w:r>
      <w:r>
        <w:br/>
      </w:r>
      <w:r>
        <w:t xml:space="preserve">    (b) money</w:t>
      </w:r>
      <w:r>
        <w:br/>
      </w:r>
      <w:r>
        <w:t xml:space="preserve">    (c) auction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Natural selection</w:t>
      </w:r>
      <w:r>
        <w:rPr>
          <w:b/>
          <w:bCs/>
        </w:rPr>
        <w:t xml:space="preserve"> </w:t>
      </w:r>
      <w:r>
        <w:rPr>
          <w:b/>
          <w:bCs/>
        </w:rPr>
        <w:t xml:space="preserve">is the central mechanism of Charles Darwin's theory of evolution.</w:t>
      </w:r>
      <w:r>
        <w:br/>
      </w:r>
      <w:r>
        <w:t xml:space="preserve">    (a) 1950s literary and cultural movement that rejected conformity</w:t>
      </w:r>
      <w:r>
        <w:br/>
      </w:r>
      <w:r>
        <w:t xml:space="preserve">    (b) day of the year with the longest daylight (in one hemisphere)</w:t>
      </w:r>
      <w:r>
        <w:br/>
      </w:r>
      <w:r>
        <w:t xml:space="preserve">    (c) the process through which species adapt to their environments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area has been inhabited since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primeval</w:t>
      </w:r>
      <w:r>
        <w:rPr>
          <w:b/>
          <w:bCs/>
        </w:rPr>
        <w:t xml:space="preserve"> </w:t>
      </w:r>
      <w:r>
        <w:rPr>
          <w:b/>
          <w:bCs/>
        </w:rPr>
        <w:t xml:space="preserve">times.</w:t>
      </w:r>
      <w:r>
        <w:br/>
      </w:r>
      <w:r>
        <w:t xml:space="preserve">    (a) skillful</w:t>
      </w:r>
      <w:r>
        <w:br/>
      </w:r>
      <w:r>
        <w:t xml:space="preserve">    (b) ancient</w:t>
      </w:r>
      <w:r>
        <w:br/>
      </w:r>
      <w:r>
        <w:t xml:space="preserve">    (c) filled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a proponent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rationalism</w:t>
      </w:r>
      <w:r>
        <w:rPr>
          <w:b/>
          <w:bCs/>
        </w:rPr>
        <w:t xml:space="preserve">, Leibniz noted that "we are all mere Empirics in three fourths of our actions."</w:t>
      </w:r>
      <w:r>
        <w:br/>
      </w:r>
      <w:r>
        <w:t xml:space="preserve">    (a) the doctrine that knowledge is acquired primarily by reason rather than by experience</w:t>
      </w:r>
      <w:r>
        <w:br/>
      </w:r>
      <w:r>
        <w:t xml:space="preserve">    (b) suffering from a psychological disorder characterized by excessive distrust of others</w:t>
      </w:r>
      <w:r>
        <w:br/>
      </w:r>
      <w:r>
        <w:t xml:space="preserve">    (c) bacterial infection typically contracted through a puncture wound with a dirty object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a painting is beautiful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subjective</w:t>
      </w:r>
      <w:r>
        <w:rPr>
          <w:b/>
          <w:bCs/>
        </w:rPr>
        <w:t xml:space="preserve"> </w:t>
      </w:r>
      <w:r>
        <w:rPr>
          <w:b/>
          <w:bCs/>
        </w:rPr>
        <w:t xml:space="preserve">judgment.</w:t>
      </w:r>
      <w:r>
        <w:br/>
      </w:r>
      <w:r>
        <w:t xml:space="preserve">    (a) required by official rules</w:t>
      </w:r>
      <w:r>
        <w:br/>
      </w:r>
      <w:r>
        <w:t xml:space="preserve">    (b) based on exact numbers</w:t>
      </w:r>
      <w:r>
        <w:br/>
      </w:r>
      <w:r>
        <w:t xml:space="preserve">    (c) based on personal views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Taliban wants total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subjugation</w:t>
      </w:r>
      <w:r>
        <w:rPr>
          <w:b/>
          <w:bCs/>
        </w:rPr>
        <w:t xml:space="preserve"> </w:t>
      </w:r>
      <w:r>
        <w:rPr>
          <w:b/>
          <w:bCs/>
        </w:rPr>
        <w:t xml:space="preserve">to their religious law.</w:t>
      </w:r>
      <w:r>
        <w:br/>
      </w:r>
      <w:r>
        <w:t xml:space="preserve">    (a) gullibility (being too willing to believe)</w:t>
      </w:r>
      <w:r>
        <w:br/>
      </w:r>
      <w:r>
        <w:t xml:space="preserve">    (b) forced submission</w:t>
      </w:r>
      <w:r>
        <w:br/>
      </w:r>
      <w:r>
        <w:t xml:space="preserve">    (c) body temperature that is dangerously 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prizes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superego</w:t>
      </w:r>
      <w:r>
        <w:rPr>
          <w:b/>
          <w:bCs/>
        </w:rPr>
        <w:t xml:space="preserve"> </w:t>
      </w:r>
      <w:r>
        <w:rPr>
          <w:b/>
          <w:bCs/>
        </w:rPr>
        <w:t xml:space="preserve">over the id.</w:t>
      </w:r>
      <w:r>
        <w:br/>
      </w:r>
      <w:r>
        <w:t xml:space="preserve">    (a) psychoanalysis:  that part of the unconscious mind that acts as a conscience</w:t>
      </w:r>
      <w:r>
        <w:br/>
      </w:r>
      <w:r>
        <w:t xml:space="preserve">    (b) renouncing one's religion or (less precisely) political party or other cause</w:t>
      </w:r>
      <w:r>
        <w:br/>
      </w:r>
      <w:r>
        <w:t xml:space="preserve">    (c) a quick reply to a question or remark (especially a witty or critical one)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learned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temperance</w:t>
      </w:r>
      <w:r>
        <w:rPr>
          <w:b/>
          <w:bCs/>
        </w:rPr>
        <w:t xml:space="preserve"> </w:t>
      </w:r>
      <w:r>
        <w:rPr>
          <w:b/>
          <w:bCs/>
        </w:rPr>
        <w:t xml:space="preserve">in my spending.</w:t>
      </w:r>
      <w:r>
        <w:br/>
      </w:r>
      <w:r>
        <w:t xml:space="preserve">    (a) moderation</w:t>
      </w:r>
      <w:r>
        <w:br/>
      </w:r>
      <w:r>
        <w:t xml:space="preserve">    (b) enjoyment</w:t>
      </w:r>
      <w:r>
        <w:br/>
      </w:r>
      <w:r>
        <w:t xml:space="preserve">    (c) value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Andrew Carnegie helped eliminate many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variant</w:t>
      </w:r>
      <w:r>
        <w:rPr>
          <w:b/>
          <w:bCs/>
        </w:rPr>
        <w:t xml:space="preserve"> </w:t>
      </w:r>
      <w:r>
        <w:rPr>
          <w:b/>
          <w:bCs/>
        </w:rPr>
        <w:t xml:space="preserve">spellings through the Simplified Spelling Board.</w:t>
      </w:r>
      <w:r>
        <w:br/>
      </w:r>
      <w:r>
        <w:t xml:space="preserve">    (a) different</w:t>
      </w:r>
      <w:r>
        <w:br/>
      </w:r>
      <w:r>
        <w:t xml:space="preserve">    (b) highest caste of Hindu society; or a member of that caste</w:t>
      </w:r>
      <w:r>
        <w:br/>
      </w:r>
      <w:r>
        <w:t xml:space="preserve">    (c) an extremely dense collapsed star made mostly of neutrons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2026-07-31T15:59:51Z</dcterms:created>
  <dcterms:modified xsi:type="dcterms:W3CDTF">2026-07-31T15:59:51Z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