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99b7c211ee3b756114c7528da2989b50bde1d0"/>
    <w:p>
      <w:pPr>
        <w:pStyle w:val="Heading1"/>
      </w:pPr>
      <w:r>
        <w:rPr>
          <w:b/>
          <w:bCs/>
        </w:rPr>
        <w:t xml:space="preserve">Sons and Lovers</w:t>
      </w:r>
      <w:r>
        <w:br/>
      </w:r>
      <w:r>
        <w:rPr>
          <w:i/>
          <w:iCs/>
        </w:rPr>
        <w:t xml:space="preserve">D. H. Lawrence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embarrassment</w:t>
      </w:r>
      <w:r>
        <w:br/>
      </w:r>
      <w:r>
        <w:t xml:space="preserve">    (c)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enemy</w:t>
      </w:r>
      <w:r>
        <w:br/>
      </w:r>
      <w:r>
        <w:t xml:space="preserve">    (c) 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Convex</w:t>
      </w:r>
      <w:r>
        <w:rPr>
          <w:b/>
          <w:bCs/>
        </w:rPr>
        <w:t xml:space="preserve"> </w:t>
      </w:r>
      <w:r>
        <w:rPr>
          <w:b/>
          <w:bCs/>
        </w:rPr>
        <w:t xml:space="preserve">mirrors make things look smaller and farther away than they are.</w:t>
      </w:r>
      <w:r>
        <w:br/>
      </w:r>
      <w:r>
        <w:t xml:space="preserve">    (a) being a boundary or limit</w:t>
      </w:r>
      <w:r>
        <w:br/>
      </w:r>
      <w:r>
        <w:t xml:space="preserve">    (b) curving outward</w:t>
      </w:r>
      <w:r>
        <w:br/>
      </w:r>
      <w:r>
        <w:t xml:space="preserve">    (c) find, search, 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road ahead was a long, winding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declivity</w:t>
      </w:r>
      <w:r>
        <w:rPr>
          <w:b/>
          <w:bCs/>
        </w:rPr>
        <w:t xml:space="preserve"> </w:t>
      </w:r>
      <w:r>
        <w:rPr>
          <w:b/>
          <w:bCs/>
        </w:rPr>
        <w:t xml:space="preserve">that descended into the valley below.</w:t>
      </w:r>
      <w:r>
        <w:br/>
      </w:r>
      <w:r>
        <w:t xml:space="preserve">    (a) downward slope</w:t>
      </w:r>
      <w:r>
        <w:br/>
      </w:r>
      <w:r>
        <w:t xml:space="preserve">    (b) road beside a river</w:t>
      </w:r>
      <w:r>
        <w:br/>
      </w:r>
      <w:r>
        <w:t xml:space="preserve">    (c) dangerous road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company was halted in their tracks when the city had a cease-and-</w:t>
      </w:r>
      <w:r>
        <w:rPr>
          <w:b/>
          <w:bCs/>
          <w:u w:val="single"/>
        </w:rPr>
        <w:t xml:space="preserve">desist</w:t>
      </w:r>
      <w:r>
        <w:rPr>
          <w:b/>
          <w:bCs/>
        </w:rPr>
        <w:t xml:space="preserve"> </w:t>
      </w:r>
      <w:r>
        <w:rPr>
          <w:b/>
          <w:bCs/>
        </w:rPr>
        <w:t xml:space="preserve">order issued.</w:t>
      </w:r>
      <w:r>
        <w:br/>
      </w:r>
      <w:r>
        <w:t xml:space="preserve">    (a) gain advantage from</w:t>
      </w:r>
      <w:r>
        <w:br/>
      </w:r>
      <w:r>
        <w:t xml:space="preserve">    (b) to not do something</w:t>
      </w:r>
      <w:r>
        <w:br/>
      </w:r>
      <w:r>
        <w:t xml:space="preserve">    (c) influence or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loud noise</w:t>
      </w:r>
      <w:r>
        <w:br/>
      </w:r>
      <w:r>
        <w:t xml:space="preserve">    (b) conflict</w:t>
      </w:r>
      <w:r>
        <w:br/>
      </w:r>
      <w:r>
        <w:t xml:space="preserve">    (c) uncritical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making music, but 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music industry.</w:t>
      </w:r>
      <w:r>
        <w:br/>
      </w:r>
      <w:r>
        <w:t xml:space="preserve">    (a) bored</w:t>
      </w:r>
      <w:r>
        <w:br/>
      </w:r>
      <w:r>
        <w:t xml:space="preserve">    (b) disappointed</w:t>
      </w:r>
      <w:r>
        <w:br/>
      </w:r>
      <w:r>
        <w:t xml:space="preserve">    (c) overworked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joke during the serious meeting upset the group.</w:t>
      </w:r>
      <w:r>
        <w:br/>
      </w:r>
      <w:r>
        <w:t xml:space="preserve">    (a) not properly serious</w:t>
      </w:r>
      <w:r>
        <w:br/>
      </w:r>
      <w:r>
        <w:t xml:space="preserve">    (b) carefully researched</w:t>
      </w:r>
      <w:r>
        <w:br/>
      </w:r>
      <w:r>
        <w:t xml:space="preserve">    (c) deeply 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considers our political system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and calls for violent revolution as the path to change.</w:t>
      </w:r>
      <w:r>
        <w:br/>
      </w:r>
      <w:r>
        <w:t xml:space="preserve">    (a) energetic</w:t>
      </w:r>
      <w:r>
        <w:br/>
      </w:r>
      <w:r>
        <w:t xml:space="preserve">    (b) unmoving</w:t>
      </w:r>
      <w:r>
        <w:br/>
      </w:r>
      <w:r>
        <w:t xml:space="preserve">    (c) corrupt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the redness around the cut was caused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inflammation</w:t>
      </w:r>
      <w:r>
        <w:rPr>
          <w:b/>
          <w:bCs/>
        </w:rPr>
        <w:t xml:space="preserve">.</w:t>
      </w:r>
      <w:r>
        <w:br/>
      </w:r>
      <w:r>
        <w:t xml:space="preserve">    (a) tissue swelling</w:t>
      </w:r>
      <w:r>
        <w:br/>
      </w:r>
      <w:r>
        <w:t xml:space="preserve">    (b) steady heartbeat</w:t>
      </w:r>
      <w:r>
        <w:br/>
      </w:r>
      <w:r>
        <w:t xml:space="preserve">    (c) broken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deeply flushed</w:t>
      </w:r>
      <w:r>
        <w:br/>
      </w:r>
      <w:r>
        <w:t xml:space="preserve">    (b) unhealthily pale</w:t>
      </w:r>
      <w:r>
        <w:br/>
      </w:r>
      <w:r>
        <w:t xml:space="preserve">    (c) heavily wrinkled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demanding</w:t>
      </w:r>
      <w:r>
        <w:br/>
      </w:r>
      <w:r>
        <w:t xml:space="preserve">    (b) easily annoyed</w:t>
      </w:r>
      <w:r>
        <w:br/>
      </w:r>
      <w:r>
        <w:t xml:space="preserve">    (c) very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feeling regret for wrongdoing</w:t>
      </w:r>
      <w:r>
        <w:br/>
      </w:r>
      <w:r>
        <w:t xml:space="preserve">    (b) proud of one's actions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satire</w:t>
      </w:r>
      <w:r>
        <w:rPr>
          <w:b/>
          <w:bCs/>
        </w:rPr>
        <w:t xml:space="preserve">, the cartoon exposed how ridiculous the new policy looked in practice.</w:t>
      </w:r>
      <w:r>
        <w:br/>
      </w:r>
      <w:r>
        <w:t xml:space="preserve">    (a) literal description</w:t>
      </w:r>
      <w:r>
        <w:br/>
      </w:r>
      <w:r>
        <w:t xml:space="preserve">    (b) humorous criticism</w:t>
      </w:r>
      <w:r>
        <w:br/>
      </w:r>
      <w:r>
        <w:t xml:space="preserve">    (c) factual reporting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pleasing to touch</w:t>
      </w:r>
      <w:r>
        <w:br/>
      </w:r>
      <w:r>
        <w:t xml:space="preserve">    (b) cool to the touch</w:t>
      </w:r>
      <w:r>
        <w:br/>
      </w:r>
      <w:r>
        <w:t xml:space="preserve">    (c) smooth to the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dirty</w:t>
      </w:r>
      <w:r>
        <w:br/>
      </w:r>
      <w:r>
        <w:t xml:space="preserve">    (b) costly</w:t>
      </w:r>
      <w:r>
        <w:br/>
      </w:r>
      <w:r>
        <w:t xml:space="preserve">    (c) inefficient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added a 15%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surcharge</w:t>
      </w:r>
      <w:r>
        <w:rPr>
          <w:b/>
          <w:bCs/>
        </w:rPr>
        <w:t xml:space="preserve"> </w:t>
      </w:r>
      <w:r>
        <w:rPr>
          <w:b/>
          <w:bCs/>
        </w:rPr>
        <w:t xml:space="preserve">during its busiest hours.</w:t>
      </w:r>
      <w:r>
        <w:br/>
      </w:r>
      <w:r>
        <w:t xml:space="preserve">    (a) a coupon good in the future</w:t>
      </w:r>
      <w:r>
        <w:br/>
      </w:r>
      <w:r>
        <w:t xml:space="preserve">    (b) a sales discount</w:t>
      </w:r>
      <w:r>
        <w:br/>
      </w:r>
      <w:r>
        <w:t xml:space="preserve">    (c) an additional charge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warn or protect</w:t>
      </w:r>
      <w:r>
        <w:br/>
      </w:r>
      <w:r>
        <w:t xml:space="preserve">    (b) pay back fully</w:t>
      </w:r>
      <w:r>
        <w:br/>
      </w:r>
      <w:r>
        <w:t xml:space="preserve">    (c) cheat or defraud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clear</w:t>
      </w:r>
      <w:r>
        <w:br/>
      </w:r>
      <w:r>
        <w:t xml:space="preserve">    (b) reasonable</w:t>
      </w:r>
      <w:r>
        <w:br/>
      </w:r>
      <w:r>
        <w:t xml:space="preserve">    (c) implied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rude or unpleasant</w:t>
      </w:r>
      <w:r>
        <w:br/>
      </w:r>
      <w:r>
        <w:t xml:space="preserve">    (b) not bathed</w:t>
      </w:r>
      <w:r>
        <w:br/>
      </w:r>
      <w:r>
        <w:t xml:space="preserve">    (c) drunken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2026-07-31T15:59:18Z</dcterms:created>
  <dcterms:modified xsi:type="dcterms:W3CDTF">2026-07-31T15:59:18Z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