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a130b113526c8cc574e2fce7b04910672f1e32"/>
    <w:p>
      <w:pPr>
        <w:pStyle w:val="Heading1"/>
      </w:pPr>
      <w:r>
        <w:rPr>
          <w:b/>
          <w:bCs/>
        </w:rPr>
        <w:t xml:space="preserve">Sons and Lovers</w:t>
      </w:r>
      <w:r>
        <w:br/>
      </w:r>
      <w:r>
        <w:rPr>
          <w:i/>
          <w:iCs/>
        </w:rPr>
        <w:t xml:space="preserve">D. H. Lawrence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she had an end house in one of the top blocks, and thus had only one neighbour; on the other side an extra strip of garden.</w:t>
      </w:r>
      <w:r>
        <w:br/>
      </w:r>
      <w:r>
        <w:t xml:space="preserve">    (a) in addition to what has just been said</w:t>
      </w:r>
      <w:r>
        <w:br/>
      </w:r>
      <w:r>
        <w:t xml:space="preserve">    (b) despite that (used to connect contrasting ideas)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still continued to strive with him.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despite that (used to connect contrasting ideas)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may thank your stars I've come back to-night," he said, looking up from under his dropped head,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sulkily</w:t>
      </w:r>
      <w:r>
        <w:rPr>
          <w:b/>
          <w:bCs/>
        </w:rPr>
        <w:t xml:space="preserve">, trying to be impressive.</w:t>
      </w:r>
      <w:r>
        <w:br/>
      </w:r>
      <w:r>
        <w:t xml:space="preserve">    (a) in a manner that is not intense, or less active</w:t>
      </w:r>
      <w:r>
        <w:br/>
      </w:r>
      <w:r>
        <w:t xml:space="preserve">    (b) in an excessively unhappy and unsociable manner</w:t>
      </w:r>
      <w:r>
        <w:br/>
      </w:r>
      <w:r>
        <w:t xml:space="preserve">    (c) in a manner that is not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always felt a mixture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in her love for him.</w:t>
      </w:r>
      <w:r>
        <w:br/>
      </w:r>
      <w:r>
        <w:t xml:space="preserve">    (a) distress</w:t>
      </w:r>
      <w:r>
        <w:br/>
      </w:r>
      <w:r>
        <w:t xml:space="preserve">    (b) extreme depression</w:t>
      </w:r>
      <w:r>
        <w:br/>
      </w:r>
      <w:r>
        <w:t xml:space="preserve">    (c) extreme introversion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"I'll jowl your head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impudence</w:t>
      </w:r>
      <w:r>
        <w:rPr>
          <w:b/>
          <w:bCs/>
        </w:rPr>
        <w:t xml:space="preserve">," said Mrs. Morel, and she tied the strings of the black bonnet valiantly under her chin.</w:t>
      </w:r>
      <w:r>
        <w:br/>
      </w:r>
      <w:r>
        <w:t xml:space="preserve">    (a) soccer player who typically play in the middle third of the field and who assists with both defense and offense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an artists performance of another artist's work that expresses the performer's feelings or ideas about the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Gradually his feeling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ignominy</w:t>
      </w:r>
      <w:r>
        <w:rPr>
          <w:b/>
          <w:bCs/>
        </w:rPr>
        <w:t xml:space="preserve"> </w:t>
      </w:r>
      <w:r>
        <w:rPr>
          <w:b/>
          <w:bCs/>
        </w:rPr>
        <w:t xml:space="preserve">and of rage sank.</w:t>
      </w:r>
      <w:r>
        <w:br/>
      </w:r>
      <w:r>
        <w:t xml:space="preserve">    (a) size or dimension</w:t>
      </w:r>
      <w:r>
        <w:br/>
      </w:r>
      <w:r>
        <w:t xml:space="preserve">    (b) circular movement</w:t>
      </w:r>
      <w:r>
        <w:br/>
      </w:r>
      <w:r>
        <w:t xml:space="preserve">    (c) shame or disgrace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came over him a look of meanness and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paltriness</w:t>
      </w:r>
      <w:r>
        <w:rPr>
          <w:b/>
          <w:bCs/>
        </w:rPr>
        <w:t xml:space="preserve">.</w:t>
      </w:r>
      <w:r>
        <w:br/>
      </w:r>
      <w:r>
        <w:t xml:space="preserve">    (a) degree to which things are related</w:t>
      </w:r>
      <w:r>
        <w:br/>
      </w:r>
      <w:r>
        <w:t xml:space="preserve">    (b) able to be understood or explained</w:t>
      </w:r>
      <w:r>
        <w:br/>
      </w:r>
      <w:r>
        <w:t xml:space="preserve">    (c) insignificant in amount or quality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mistrusted</w:t>
      </w:r>
      <w:r>
        <w:rPr>
          <w:b/>
          <w:bCs/>
        </w:rPr>
        <w:t xml:space="preserve"> </w:t>
      </w:r>
      <w:r>
        <w:rPr>
          <w:b/>
          <w:bCs/>
        </w:rPr>
        <w:t xml:space="preserve">him as teacher.</w:t>
      </w:r>
      <w:r>
        <w:br/>
      </w:r>
      <w:r>
        <w:t xml:space="preserve">    (a) past-tense of the verb</w:t>
      </w:r>
      <w:r>
        <w:t xml:space="preserve"> </w:t>
      </w:r>
      <w:r>
        <w:rPr>
          <w:i/>
          <w:iCs/>
        </w:rPr>
        <w:t xml:space="preserve">lead</w:t>
      </w:r>
      <w:r>
        <w:br/>
      </w:r>
      <w:r>
        <w:t xml:space="preserve">    (b) fruit cooked with sugar (like jam)</w:t>
      </w:r>
      <w:r>
        <w:br/>
      </w:r>
      <w:r>
        <w:t xml:space="preserve">    (c) didn't trust or have confidence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dreams came again later on, developed to 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psychological stage.</w:t>
      </w:r>
      <w:r>
        <w:br/>
      </w:r>
      <w:r>
        <w:t xml:space="preserve">    (a) of an organism in the early stages of development prior to birth, hatching, or sprouting  OR  of anything in an early stage of development</w:t>
      </w:r>
      <w:r>
        <w:br/>
      </w:r>
      <w:r>
        <w:t xml:space="preserve">    (b) (adjective) of low quality, or of lower quality or rank than something else  OR  (more rarely as a noun) a person of lower rank or status</w:t>
      </w:r>
      <w:r>
        <w:br/>
      </w:r>
      <w:r>
        <w:t xml:space="preserve">    (c) slightly noticeable or difficult to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"Good-evening," she replied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.</w:t>
      </w:r>
      <w:r>
        <w:br/>
      </w:r>
      <w:r>
        <w:t xml:space="preserve">    (a) in a skillful way</w:t>
      </w:r>
      <w:r>
        <w:br/>
      </w:r>
      <w:r>
        <w:t xml:space="preserve">    (b) in a pleasing way</w:t>
      </w:r>
      <w:r>
        <w:br/>
      </w:r>
      <w:r>
        <w:t xml:space="preserve">    (c) in a friendly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wistfulness</w:t>
      </w:r>
      <w:r>
        <w:rPr>
          <w:b/>
          <w:bCs/>
        </w:rPr>
        <w:t xml:space="preserve"> </w:t>
      </w:r>
      <w:r>
        <w:rPr>
          <w:b/>
          <w:bCs/>
        </w:rPr>
        <w:t xml:space="preserve">of his voice was like a reaching to something, and it was as if she were what he reached with.</w:t>
      </w:r>
      <w:r>
        <w:br/>
      </w:r>
      <w:r>
        <w:t xml:space="preserve">    (a) full of longing or unfulfilled desire</w:t>
      </w:r>
      <w:r>
        <w:br/>
      </w:r>
      <w:r>
        <w:t xml:space="preserve">    (b) able to be restored to good condition</w:t>
      </w:r>
      <w:r>
        <w:br/>
      </w:r>
      <w:r>
        <w:t xml:space="preserve">    (c) not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Paul admired that so large an animal should walk on such springy toes, with an endless excess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vigour</w:t>
      </w:r>
      <w:r>
        <w:rPr>
          <w:b/>
          <w:bCs/>
        </w:rPr>
        <w:t xml:space="preserve">.</w:t>
      </w:r>
      <w:r>
        <w:br/>
      </w:r>
      <w:r>
        <w:t xml:space="preserve">    (a) strength, energy, or good health</w:t>
      </w:r>
      <w:r>
        <w:br/>
      </w:r>
      <w:r>
        <w:t xml:space="preserve">    (b) opposed to people who are Jewish</w:t>
      </w:r>
      <w:r>
        <w:br/>
      </w:r>
      <w:r>
        <w:t xml:space="preserve">    (c) lacking things most people enjoy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didn't arrange it,"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remonstrated</w:t>
      </w:r>
      <w:r>
        <w:rPr>
          <w:b/>
          <w:bCs/>
        </w:rPr>
        <w:t xml:space="preserve">.</w:t>
      </w:r>
      <w:r>
        <w:br/>
      </w:r>
      <w:r>
        <w:t xml:space="preserve">    (a) selected (on a computer screen)</w:t>
      </w:r>
      <w:r>
        <w:br/>
      </w:r>
      <w:r>
        <w:t xml:space="preserve">    (b) took up or received into heaven</w:t>
      </w:r>
      <w:r>
        <w:br/>
      </w:r>
      <w:r>
        <w:t xml:space="preserve">    (c) argued in protest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"Because you don't understand it,"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.</w:t>
      </w:r>
      <w:r>
        <w:br/>
      </w:r>
      <w:r>
        <w:t xml:space="preserve">    (a) greatly annoyed</w:t>
      </w:r>
      <w:r>
        <w:br/>
      </w:r>
      <w:r>
        <w:t xml:space="preserve">    (b) a quick reply to a question or remark</w:t>
      </w:r>
      <w:r>
        <w:br/>
      </w:r>
      <w:r>
        <w:t xml:space="preserve">    (c) said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 shrug her shoulders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 </w:t>
      </w:r>
      <w:r>
        <w:rPr>
          <w:b/>
          <w:bCs/>
        </w:rPr>
        <w:t xml:space="preserve">of his work.</w:t>
      </w:r>
      <w:r>
        <w:br/>
      </w:r>
      <w:r>
        <w:t xml:space="preserve">    (a) disrespect or rejection</w:t>
      </w:r>
      <w:r>
        <w:br/>
      </w:r>
      <w:r>
        <w:t xml:space="preserve">    (b) not answer questions; or block progress</w:t>
      </w:r>
      <w:r>
        <w:br/>
      </w:r>
      <w:r>
        <w:t xml:space="preserve">    (c) move from more general to more specific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Clara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aloof</w:t>
      </w:r>
      <w:r>
        <w:rPr>
          <w:b/>
          <w:bCs/>
        </w:rPr>
        <w:t xml:space="preserve"> </w:t>
      </w:r>
      <w:r>
        <w:rPr>
          <w:b/>
          <w:bCs/>
        </w:rPr>
        <w:t xml:space="preserve">also from her fellow-workers.</w:t>
      </w:r>
      <w:r>
        <w:br/>
      </w:r>
      <w:r>
        <w:t xml:space="preserve">    (a) not clear or easily identifiable</w:t>
      </w:r>
      <w:r>
        <w:br/>
      </w:r>
      <w:r>
        <w:t xml:space="preserve">    (b) socially distant -- often thinking oneself superior to others</w:t>
      </w:r>
      <w:r>
        <w:br/>
      </w:r>
      <w:r>
        <w:t xml:space="preserve">    (c) indicating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Miriam was an eternal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.</w:t>
      </w:r>
      <w:r>
        <w:br/>
      </w:r>
      <w:r>
        <w:t xml:space="preserve">    (a) criticism</w:t>
      </w:r>
      <w:r>
        <w:br/>
      </w:r>
      <w:r>
        <w:t xml:space="preserve">    (b) to spread to other parts of the body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undermined him quickly; yet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persisted</w:t>
      </w:r>
      <w:r>
        <w:rPr>
          <w:b/>
          <w:bCs/>
        </w:rPr>
        <w:t xml:space="preserve">.</w:t>
      </w:r>
      <w:r>
        <w:br/>
      </w:r>
      <w:r>
        <w:t xml:space="preserve">    (a) disagreed</w:t>
      </w:r>
      <w:r>
        <w:br/>
      </w:r>
      <w:r>
        <w:t xml:space="preserve">    (b) stuck out</w:t>
      </w:r>
      <w:r>
        <w:br/>
      </w:r>
      <w:r>
        <w:t xml:space="preserve">    (c) continued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kissed her hand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reverently</w:t>
      </w:r>
      <w:r>
        <w:rPr>
          <w:b/>
          <w:bCs/>
        </w:rPr>
        <w:t xml:space="preserve">.</w:t>
      </w:r>
      <w:r>
        <w:br/>
      </w:r>
      <w:r>
        <w:t xml:space="preserve">    (a) with nervousness or discomfort felt by someone due to concern about what others will think of them</w:t>
      </w:r>
      <w:r>
        <w:br/>
      </w:r>
      <w:r>
        <w:t xml:space="preserve">    (b) in a manner that is not appropriate or different than would be expected in size, amount, or degree</w:t>
      </w:r>
      <w:r>
        <w:br/>
      </w:r>
      <w:r>
        <w:t xml:space="preserve">    (c) with feelings of deep respect and admiration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kissed his face,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his blood, while his soul was apart writhing with the agony of death.</w:t>
      </w:r>
      <w:r>
        <w:br/>
      </w:r>
      <w:r>
        <w:t xml:space="preserve">    (a) beyond the permitted boundary or limit</w:t>
      </w:r>
      <w:r>
        <w:br/>
      </w:r>
      <w:r>
        <w:t xml:space="preserve">    (b) to awaken, make more active, or excite</w:t>
      </w:r>
      <w:r>
        <w:br/>
      </w:r>
      <w:r>
        <w:t xml:space="preserve">    (c) explains something in a particular way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2026-07-31T15:59:18Z</dcterms:created>
  <dcterms:modified xsi:type="dcterms:W3CDTF">2026-07-31T15:59:18Z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