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513cea2e25f0463c65da32d519dd86a9e963cb"/>
    <w:p>
      <w:pPr>
        <w:pStyle w:val="Heading1"/>
      </w:pPr>
      <w:r>
        <w:rPr>
          <w:b/>
          <w:bCs/>
        </w:rPr>
        <w:t xml:space="preserve">Song of Solomon</w:t>
      </w:r>
      <w:r>
        <w:br/>
      </w:r>
      <w:r>
        <w:rPr>
          <w:i/>
          <w:iCs/>
        </w:rPr>
        <w:t xml:space="preserve">The Bible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2:9 My beloved is like a roe or a young hart: behold, he standeth behind our wall, he looketh forth at the windows, shewing himself through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.</w:t>
      </w:r>
      <w:r>
        <w:br/>
      </w:r>
      <w:r>
        <w:t xml:space="preserve">    (a) regular crisscross grid that repeats in a pattern of squares or diamonds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...let me see 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... (2:14)</w:t>
      </w:r>
      <w:r>
        <w:br/>
      </w:r>
      <w:r>
        <w:t xml:space="preserve">    (a) face</w:t>
      </w:r>
      <w:r>
        <w:br/>
      </w:r>
      <w:r>
        <w:t xml:space="preserve">    (b) a secret agreement or plot</w:t>
      </w:r>
      <w:r>
        <w:br/>
      </w:r>
      <w:r>
        <w:t xml:space="preserve">    (c) the best or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3:9 King Solomon made himself a chariot of the wood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Lebanon</w:t>
      </w:r>
      <w:r>
        <w:rPr>
          <w:b/>
          <w:bCs/>
        </w:rPr>
        <w:t xml:space="preserve">.</w:t>
      </w:r>
      <w:r>
        <w:br/>
      </w:r>
      <w:r>
        <w:t xml:space="preserve">    (a) Middle Eastern country known for it's beauty, religious diversity, turbulent history, and ancient Phoenician roots -- and borders Syria, Israel, and the Mediterranean</w:t>
      </w:r>
      <w:r>
        <w:br/>
      </w:r>
      <w:r>
        <w:t xml:space="preserve">    (b) Dow Jones Industrial Average -- most commonly followed index of the U.S. stock market comprised of 30 stocks that are thought to be a barometer of U.S. stocks in general</w:t>
      </w:r>
      <w:r>
        <w:br/>
      </w:r>
      <w:r>
        <w:t xml:space="preserve">    (c) attention-deficit hyperactivity disorder -- a medical condition characterized by trouble paying attention, controlling impulsive behaviors, and/or being hyperactive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5:1 I am come into my garden, my sister, my spouse: I have gathered my myrrh with my spice; I have eaten my honeycomb with my honey; I have drunk my wine with my milk: eat, O friends; drink, yea, drink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abundantly</w:t>
      </w:r>
      <w:r>
        <w:rPr>
          <w:b/>
          <w:bCs/>
        </w:rPr>
        <w:t xml:space="preserve">, O beloved.</w:t>
      </w:r>
      <w:r>
        <w:br/>
      </w:r>
      <w:r>
        <w:t xml:space="preserve">    (a) with polite respect</w:t>
      </w:r>
      <w:r>
        <w:br/>
      </w:r>
      <w:r>
        <w:t xml:space="preserve">    (b) not done on purpose</w:t>
      </w:r>
      <w:r>
        <w:br/>
      </w:r>
      <w:r>
        <w:t xml:space="preserve">    (c) with great quantity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washed my feet; how shall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defile</w:t>
      </w:r>
      <w:r>
        <w:rPr>
          <w:b/>
          <w:bCs/>
        </w:rPr>
        <w:t xml:space="preserve"> </w:t>
      </w:r>
      <w:r>
        <w:rPr>
          <w:b/>
          <w:bCs/>
        </w:rPr>
        <w:t xml:space="preserve">them?</w:t>
      </w:r>
      <w:r>
        <w:br/>
      </w:r>
      <w:r>
        <w:t xml:space="preserve">    (a) to spoil the beauty or purity of something</w:t>
      </w:r>
      <w:r>
        <w:br/>
      </w:r>
      <w:r>
        <w:t xml:space="preserve">    (b) provide better understanding or make clear</w:t>
      </w:r>
      <w:r>
        <w:br/>
      </w:r>
      <w:r>
        <w:t xml:space="preserve">    (c) read, listen, or watch with eager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...to see whether the vine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flourished</w:t>
      </w:r>
      <w:r>
        <w:rPr>
          <w:b/>
          <w:bCs/>
        </w:rPr>
        <w:t xml:space="preserve">... (6:11)</w:t>
      </w:r>
      <w:r>
        <w:br/>
      </w:r>
      <w:r>
        <w:t xml:space="preserve">    (a) not roughly calculated</w:t>
      </w:r>
      <w:r>
        <w:br/>
      </w:r>
      <w:r>
        <w:t xml:space="preserve">    (b) thrived</w:t>
      </w:r>
      <w:r>
        <w:br/>
      </w:r>
      <w:r>
        <w:t xml:space="preserve">    (c) influenced or effected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joints of thy thighs are like jewels, the work of the hands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 </w:t>
      </w:r>
      <w:r>
        <w:rPr>
          <w:b/>
          <w:bCs/>
        </w:rPr>
        <w:t xml:space="preserve">workman.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good at achieving goals through cleverness and deception</w:t>
      </w:r>
      <w:r>
        <w:br/>
      </w:r>
      <w:r>
        <w:t xml:space="preserve">    (c) related to the natural world (life, air, water, land...)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should find thee without, I would kiss thee; yea, I should 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despised</w:t>
      </w:r>
      <w:r>
        <w:rPr>
          <w:b/>
          <w:bCs/>
        </w:rPr>
        <w:t xml:space="preserve">.</w:t>
      </w:r>
      <w:r>
        <w:br/>
      </w:r>
      <w:r>
        <w:t xml:space="preserve">    (a) adjusted a lens to make an image clear</w:t>
      </w:r>
      <w:r>
        <w:br/>
      </w:r>
      <w:r>
        <w:t xml:space="preserve">    (b) not good at concentrating on one thing</w:t>
      </w:r>
      <w:r>
        <w:br/>
      </w:r>
      <w:r>
        <w:t xml:space="preserve">    (c) disliked strongly and looked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8:6 Set me as a seal upon thine heart, as a seal upon thine arm: for love is strong as death; jealousy is cruel as the grave: the coals thereof are coals of fire, which hath a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vehement</w:t>
      </w:r>
      <w:r>
        <w:rPr>
          <w:b/>
          <w:bCs/>
        </w:rPr>
        <w:t xml:space="preserve"> </w:t>
      </w:r>
      <w:r>
        <w:rPr>
          <w:b/>
          <w:bCs/>
        </w:rPr>
        <w:t xml:space="preserve">flame.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marked by extreme intensity -- especially emotion such as anger</w:t>
      </w:r>
      <w:r>
        <w:br/>
      </w:r>
      <w:r>
        <w:t xml:space="preserve">    (c) capable of being better understood through detailed examination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2026-07-31T16:58:10Z</dcterms:created>
  <dcterms:modified xsi:type="dcterms:W3CDTF">2026-07-31T16:58:10Z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