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501320bf814f49aabbd5488f9418e177689888"/>
    <w:p>
      <w:pPr>
        <w:pStyle w:val="Heading1"/>
      </w:pPr>
      <w:r>
        <w:rPr>
          <w:b/>
          <w:bCs/>
        </w:rPr>
        <w:t xml:space="preserve">Something Wicked This Way Comes</w:t>
      </w:r>
      <w:r>
        <w:br/>
      </w:r>
      <w:r>
        <w:rPr>
          <w:i/>
          <w:iCs/>
        </w:rPr>
        <w:t xml:space="preserve">Ray Bradbury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bear species are omnivorous, but individuals' diets can range from almost exclusively herbivorous to almost exclusively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carnivorous</w:t>
      </w:r>
      <w:r>
        <w:rPr>
          <w:b/>
          <w:bCs/>
        </w:rPr>
        <w:t xml:space="preserve"> </w:t>
      </w:r>
      <w:r>
        <w:rPr>
          <w:b/>
          <w:bCs/>
        </w:rPr>
        <w:t xml:space="preserve">depending on what food sources are available locally and seasonally.</w:t>
      </w:r>
      <w:r>
        <w:br/>
      </w:r>
      <w:r>
        <w:t xml:space="preserve">    (a) meat-eating</w:t>
      </w:r>
      <w:r>
        <w:br/>
      </w:r>
      <w:r>
        <w:t xml:space="preserve">    (b) plant-eating</w:t>
      </w:r>
      <w:r>
        <w:br/>
      </w:r>
      <w:r>
        <w:t xml:space="preserve">    (c) both meat-eating and plant-eating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Noisy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clamor</w:t>
      </w:r>
      <w:r>
        <w:rPr>
          <w:b/>
          <w:bCs/>
        </w:rPr>
        <w:t xml:space="preserve"> </w:t>
      </w:r>
      <w:r>
        <w:rPr>
          <w:b/>
          <w:bCs/>
        </w:rPr>
        <w:t xml:space="preserve">gave way to reasoned dialogue.</w:t>
      </w:r>
      <w:r>
        <w:br/>
      </w:r>
      <w:r>
        <w:t xml:space="preserve">    (a) whining</w:t>
      </w:r>
      <w:r>
        <w:br/>
      </w:r>
      <w:r>
        <w:t xml:space="preserve">    (b) insults</w:t>
      </w:r>
      <w:r>
        <w:br/>
      </w:r>
      <w:r>
        <w:t xml:space="preserve">    (c) demands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what they were saying or see their faces, but by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gesticulations</w:t>
      </w:r>
      <w:r>
        <w:rPr>
          <w:b/>
          <w:bCs/>
        </w:rPr>
        <w:t xml:space="preserve">, I'm sure they were angry at each other.</w:t>
      </w:r>
      <w:r>
        <w:br/>
      </w:r>
      <w:r>
        <w:t xml:space="preserve">    (a) tones of voice</w:t>
      </w:r>
      <w:r>
        <w:br/>
      </w:r>
      <w:r>
        <w:t xml:space="preserve">    (b) gestures</w:t>
      </w:r>
      <w:r>
        <w:br/>
      </w:r>
      <w:r>
        <w:t xml:space="preserve">    (c) facial expressions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disease causes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grotesque</w:t>
      </w:r>
      <w:r>
        <w:rPr>
          <w:b/>
          <w:bCs/>
        </w:rPr>
        <w:t xml:space="preserve"> </w:t>
      </w:r>
      <w:r>
        <w:rPr>
          <w:b/>
          <w:bCs/>
        </w:rPr>
        <w:t xml:space="preserve">deformity.</w:t>
      </w:r>
      <w:r>
        <w:br/>
      </w:r>
      <w:r>
        <w:t xml:space="preserve">    (a) as from aging</w:t>
      </w:r>
      <w:r>
        <w:br/>
      </w:r>
      <w:r>
        <w:t xml:space="preserve">    (b) hidden (internal)</w:t>
      </w:r>
      <w:r>
        <w:br/>
      </w:r>
      <w:r>
        <w:t xml:space="preserve">    (c) ugly or distorted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guillotine</w:t>
      </w:r>
      <w:r>
        <w:rPr>
          <w:b/>
          <w:bCs/>
        </w:rPr>
        <w:t xml:space="preserve"> </w:t>
      </w:r>
      <w:r>
        <w:rPr>
          <w:b/>
          <w:bCs/>
        </w:rPr>
        <w:t xml:space="preserve">is often associated with the Reign of Terror, a period of extreme violence and political turmoil during the French Revolution.</w:t>
      </w:r>
      <w:r>
        <w:br/>
      </w:r>
      <w:r>
        <w:t xml:space="preserve">    (a) a device used to behead people</w:t>
      </w:r>
      <w:r>
        <w:br/>
      </w:r>
      <w:r>
        <w:t xml:space="preserve">    (b) a device used to torture people</w:t>
      </w:r>
      <w:r>
        <w:br/>
      </w:r>
      <w:r>
        <w:t xml:space="preserve">    (c) a device used to imprison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assembly directions include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illustrations</w:t>
      </w:r>
      <w:r>
        <w:rPr>
          <w:b/>
          <w:bCs/>
        </w:rPr>
        <w:t xml:space="preserve"> </w:t>
      </w:r>
      <w:r>
        <w:rPr>
          <w:b/>
          <w:bCs/>
        </w:rPr>
        <w:t xml:space="preserve">to identify each part.</w:t>
      </w:r>
      <w:r>
        <w:br/>
      </w:r>
      <w:r>
        <w:t xml:space="preserve">    (a) coded stickers</w:t>
      </w:r>
      <w:r>
        <w:br/>
      </w:r>
      <w:r>
        <w:t xml:space="preserve">    (b) drawings</w:t>
      </w:r>
      <w:r>
        <w:br/>
      </w:r>
      <w:r>
        <w:t xml:space="preserve">    (c) descriptions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eccentric millionaire kept a sprawling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menagerie</w:t>
      </w:r>
      <w:r>
        <w:rPr>
          <w:b/>
          <w:bCs/>
        </w:rPr>
        <w:t xml:space="preserve"> </w:t>
      </w:r>
      <w:r>
        <w:rPr>
          <w:b/>
          <w:bCs/>
        </w:rPr>
        <w:t xml:space="preserve">at his country estate.</w:t>
      </w:r>
      <w:r>
        <w:br/>
      </w:r>
      <w:r>
        <w:t xml:space="preserve">    (a) patch of garden plants</w:t>
      </w:r>
      <w:r>
        <w:br/>
      </w:r>
      <w:r>
        <w:t xml:space="preserve">    (b) row of empty cages</w:t>
      </w:r>
      <w:r>
        <w:br/>
      </w:r>
      <w:r>
        <w:t xml:space="preserve">    (c) collection of animals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once self-conscious girl is now a woman with considerable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poise</w:t>
      </w:r>
      <w:r>
        <w:rPr>
          <w:b/>
          <w:bCs/>
        </w:rPr>
        <w:t xml:space="preserve">.</w:t>
      </w:r>
      <w:r>
        <w:br/>
      </w:r>
      <w:r>
        <w:t xml:space="preserve">    (a) style</w:t>
      </w:r>
      <w:r>
        <w:br/>
      </w:r>
      <w:r>
        <w:t xml:space="preserve">    (b) education</w:t>
      </w:r>
      <w:r>
        <w:br/>
      </w:r>
      <w:r>
        <w:t xml:space="preserve">    (c) composure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committee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probe</w:t>
      </w:r>
      <w:r>
        <w:rPr>
          <w:b/>
          <w:bCs/>
        </w:rPr>
        <w:t xml:space="preserve"> </w:t>
      </w:r>
      <w:r>
        <w:rPr>
          <w:b/>
          <w:bCs/>
        </w:rPr>
        <w:t xml:space="preserve">the cause of the failure.</w:t>
      </w:r>
      <w:r>
        <w:br/>
      </w:r>
      <w:r>
        <w:t xml:space="preserve">    (a) make better</w:t>
      </w:r>
      <w:r>
        <w:br/>
      </w:r>
      <w:r>
        <w:t xml:space="preserve">    (b) investigate</w:t>
      </w:r>
      <w:r>
        <w:br/>
      </w:r>
      <w:r>
        <w:t xml:space="preserve">    (c) make worse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after years apart,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rancor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brothers had not faded at all.</w:t>
      </w:r>
      <w:r>
        <w:br/>
      </w:r>
      <w:r>
        <w:t xml:space="preserve">    (a) mild curiosity</w:t>
      </w:r>
      <w:r>
        <w:br/>
      </w:r>
      <w:r>
        <w:t xml:space="preserve">    (b) deep bitterness</w:t>
      </w:r>
      <w:r>
        <w:br/>
      </w:r>
      <w:r>
        <w:t xml:space="preserve">    (c) warm affection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leaning toward voting for her, but her stance on education policy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revelation</w:t>
      </w:r>
      <w:r>
        <w:rPr>
          <w:b/>
          <w:bCs/>
        </w:rPr>
        <w:t xml:space="preserve"> </w:t>
      </w:r>
      <w:r>
        <w:rPr>
          <w:b/>
          <w:bCs/>
        </w:rPr>
        <w:t xml:space="preserve">to me.</w:t>
      </w:r>
      <w:r>
        <w:br/>
      </w:r>
      <w:r>
        <w:t xml:space="preserve">    (a) something that made a decision easy</w:t>
      </w:r>
      <w:r>
        <w:br/>
      </w:r>
      <w:r>
        <w:t xml:space="preserve">    (b) something surprising and previously unknown</w:t>
      </w:r>
      <w:r>
        <w:br/>
      </w:r>
      <w:r>
        <w:t xml:space="preserve">    (c) something that reversed a previous decision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savored</w:t>
      </w:r>
      <w:r>
        <w:rPr>
          <w:b/>
          <w:bCs/>
        </w:rPr>
        <w:t xml:space="preserve"> </w:t>
      </w:r>
      <w:r>
        <w:rPr>
          <w:b/>
          <w:bCs/>
        </w:rPr>
        <w:t xml:space="preserve">every minute of the trip.</w:t>
      </w:r>
      <w:r>
        <w:br/>
      </w:r>
      <w:r>
        <w:t xml:space="preserve">    (a) hated</w:t>
      </w:r>
      <w:r>
        <w:br/>
      </w:r>
      <w:r>
        <w:t xml:space="preserve">    (b) relished</w:t>
      </w:r>
      <w:r>
        <w:br/>
      </w:r>
      <w:r>
        <w:t xml:space="preserve">    (c) hurried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serene</w:t>
      </w:r>
      <w:r>
        <w:rPr>
          <w:b/>
          <w:bCs/>
        </w:rPr>
        <w:t xml:space="preserve"> </w:t>
      </w:r>
      <w:r>
        <w:rPr>
          <w:b/>
          <w:bCs/>
        </w:rPr>
        <w:t xml:space="preserve">even when he was yelling at her.</w:t>
      </w:r>
      <w:r>
        <w:br/>
      </w:r>
      <w:r>
        <w:t xml:space="preserve">    (a) calm</w:t>
      </w:r>
      <w:r>
        <w:br/>
      </w:r>
      <w:r>
        <w:t xml:space="preserve">    (b) unmoved</w:t>
      </w:r>
      <w:r>
        <w:br/>
      </w:r>
      <w:r>
        <w:t xml:space="preserve">    (c) aggressive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powerful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stallion</w:t>
      </w:r>
      <w:r>
        <w:rPr>
          <w:b/>
          <w:bCs/>
        </w:rPr>
        <w:t xml:space="preserve"> </w:t>
      </w:r>
      <w:r>
        <w:rPr>
          <w:b/>
          <w:bCs/>
        </w:rPr>
        <w:t xml:space="preserve">galloped across the open field.</w:t>
      </w:r>
      <w:r>
        <w:br/>
      </w:r>
      <w:r>
        <w:t xml:space="preserve">    (a) male horse</w:t>
      </w:r>
      <w:r>
        <w:br/>
      </w:r>
      <w:r>
        <w:t xml:space="preserve">    (b) young calf</w:t>
      </w:r>
      <w:r>
        <w:br/>
      </w:r>
      <w:r>
        <w:t xml:space="preserve">    (c) wild deer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plaza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teeming</w:t>
      </w:r>
      <w:r>
        <w:rPr>
          <w:b/>
          <w:bCs/>
        </w:rPr>
        <w:t xml:space="preserve"> </w:t>
      </w:r>
      <w:r>
        <w:rPr>
          <w:b/>
          <w:bCs/>
        </w:rPr>
        <w:t xml:space="preserve">with undercover policemen.</w:t>
      </w:r>
      <w:r>
        <w:br/>
      </w:r>
      <w:r>
        <w:t xml:space="preserve">    (a) slowly losing</w:t>
      </w:r>
      <w:r>
        <w:br/>
      </w:r>
      <w:r>
        <w:t xml:space="preserve">    (b) filled (has many)</w:t>
      </w:r>
      <w:r>
        <w:br/>
      </w:r>
      <w:r>
        <w:t xml:space="preserve">    (c) empty (has none)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tried to sound confident, but her voice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tremulous</w:t>
      </w:r>
      <w:r>
        <w:rPr>
          <w:b/>
          <w:bCs/>
        </w:rPr>
        <w:t xml:space="preserve">.</w:t>
      </w:r>
      <w:r>
        <w:br/>
      </w:r>
      <w:r>
        <w:t xml:space="preserve">    (a) quivering (shaky)</w:t>
      </w:r>
      <w:r>
        <w:br/>
      </w:r>
      <w:r>
        <w:t xml:space="preserve">    (b) frail (weak or soft)</w:t>
      </w:r>
      <w:r>
        <w:br/>
      </w:r>
      <w:r>
        <w:t xml:space="preserve">    (c) grating (rough)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lucky to survive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tumultuous</w:t>
      </w:r>
      <w:r>
        <w:rPr>
          <w:b/>
          <w:bCs/>
        </w:rPr>
        <w:t xml:space="preserve"> </w:t>
      </w:r>
      <w:r>
        <w:rPr>
          <w:b/>
          <w:bCs/>
        </w:rPr>
        <w:t xml:space="preserve">years of my youth.</w:t>
      </w:r>
      <w:r>
        <w:br/>
      </w:r>
      <w:r>
        <w:t xml:space="preserve">    (a) turbulent</w:t>
      </w:r>
      <w:r>
        <w:br/>
      </w:r>
      <w:r>
        <w:t xml:space="preserve">    (b) strict</w:t>
      </w:r>
      <w:r>
        <w:br/>
      </w:r>
      <w:r>
        <w:t xml:space="preserve">    (c) innocent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awakened 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twilight</w:t>
      </w:r>
      <w:r>
        <w:rPr>
          <w:b/>
          <w:bCs/>
        </w:rPr>
        <w:t xml:space="preserve"> </w:t>
      </w:r>
      <w:r>
        <w:rPr>
          <w:b/>
          <w:bCs/>
        </w:rPr>
        <w:t xml:space="preserve">sky but did not know if the sun was setting or rising.</w:t>
      </w:r>
      <w:r>
        <w:br/>
      </w:r>
      <w:r>
        <w:t xml:space="preserve">    (a) the light from the sky just before sunrise</w:t>
      </w:r>
      <w:r>
        <w:br/>
      </w:r>
      <w:r>
        <w:t xml:space="preserve">    (b) the light from the sky between daylight and darkness</w:t>
      </w:r>
      <w:r>
        <w:br/>
      </w:r>
      <w:r>
        <w:t xml:space="preserve">    (c) the light from the sky just after sunset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first chapter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whets</w:t>
      </w:r>
      <w:r>
        <w:rPr>
          <w:b/>
          <w:bCs/>
        </w:rPr>
        <w:t xml:space="preserve"> </w:t>
      </w:r>
      <w:r>
        <w:rPr>
          <w:b/>
          <w:bCs/>
        </w:rPr>
        <w:t xml:space="preserve">the reader's curiosity about the mystery.</w:t>
      </w:r>
      <w:r>
        <w:br/>
      </w:r>
      <w:r>
        <w:t xml:space="preserve">    (a) stimulates</w:t>
      </w:r>
      <w:r>
        <w:br/>
      </w:r>
      <w:r>
        <w:t xml:space="preserve">    (b) diminishes</w:t>
      </w:r>
      <w:r>
        <w:br/>
      </w:r>
      <w:r>
        <w:t xml:space="preserve">    (c) confuses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writhed</w:t>
      </w:r>
      <w:r>
        <w:rPr>
          <w:b/>
          <w:bCs/>
        </w:rPr>
        <w:t xml:space="preserve"> </w:t>
      </w:r>
      <w:r>
        <w:rPr>
          <w:b/>
          <w:bCs/>
        </w:rPr>
        <w:t xml:space="preserve">on the sidewalk begging that someone call an ambulance.</w:t>
      </w:r>
      <w:r>
        <w:br/>
      </w:r>
      <w:r>
        <w:t xml:space="preserve">    (a) yelled loudly</w:t>
      </w:r>
      <w:r>
        <w:br/>
      </w:r>
      <w:r>
        <w:t xml:space="preserve">    (b) twisted and turned</w:t>
      </w:r>
      <w:r>
        <w:br/>
      </w:r>
      <w:r>
        <w:t xml:space="preserve">    (c) cried and whimpered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2026-07-31T15:59:03Z</dcterms:created>
  <dcterms:modified xsi:type="dcterms:W3CDTF">2026-07-31T15:59:03Z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