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7d3d7d8e3a37a26147cef991f5c9dec04e5de7"/>
    <w:p>
      <w:pPr>
        <w:pStyle w:val="Heading1"/>
      </w:pPr>
      <w:r>
        <w:rPr>
          <w:b/>
          <w:bCs/>
        </w:rPr>
        <w:t xml:space="preserve">Something Wicked This Way Comes</w:t>
      </w:r>
      <w:r>
        <w:br/>
      </w:r>
      <w:r>
        <w:rPr>
          <w:i/>
          <w:iCs/>
        </w:rPr>
        <w:t xml:space="preserve">Ray Bradbury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brother wasn’t evil, just strangely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amoral</w:t>
      </w:r>
      <w:r>
        <w:rPr>
          <w:b/>
          <w:bCs/>
        </w:rPr>
        <w:t xml:space="preserve">, making choices only by what was convenient, never by what was fair.</w:t>
      </w:r>
      <w:r>
        <w:br/>
      </w:r>
      <w:r>
        <w:t xml:space="preserve">    (a) aka analytic -- relating to a theory of psychiatry</w:t>
      </w:r>
      <w:r>
        <w:br/>
      </w:r>
      <w:r>
        <w:t xml:space="preserve">    (b) lacking any sense of moral standards or principles</w:t>
      </w:r>
      <w:r>
        <w:br/>
      </w:r>
      <w:r>
        <w:t xml:space="preserve">    (c) deserving no respect (worthless or of bad quality)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earthquake left our pictures hanging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.</w:t>
      </w:r>
      <w:r>
        <w:br/>
      </w:r>
      <w:r>
        <w:t xml:space="preserve">    (a) crooked</w:t>
      </w:r>
      <w:r>
        <w:br/>
      </w:r>
      <w:r>
        <w:t xml:space="preserve">    (b) alone</w:t>
      </w:r>
      <w:r>
        <w:br/>
      </w:r>
      <w:r>
        <w:t xml:space="preserve">    (c) covered in dust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Mom is always nervous when the boys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cavorting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pool.</w:t>
      </w:r>
      <w:r>
        <w:br/>
      </w:r>
      <w:r>
        <w:t xml:space="preserve">    (a) playing wildly</w:t>
      </w:r>
      <w:r>
        <w:br/>
      </w:r>
      <w:r>
        <w:t xml:space="preserve">    (b) resting quietly</w:t>
      </w:r>
      <w:r>
        <w:br/>
      </w:r>
      <w:r>
        <w:t xml:space="preserve">    (c) swimming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politician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chameleon</w:t>
      </w:r>
      <w:r>
        <w:rPr>
          <w:b/>
          <w:bCs/>
        </w:rPr>
        <w:t xml:space="preserve">, changing her positions on issues depending on the audience.</w:t>
      </w:r>
      <w:r>
        <w:br/>
      </w:r>
      <w:r>
        <w:t xml:space="preserve">    (a) someone who is calculating</w:t>
      </w:r>
      <w:r>
        <w:br/>
      </w:r>
      <w:r>
        <w:t xml:space="preserve">    (b) someone who changes opinions</w:t>
      </w:r>
      <w:r>
        <w:br/>
      </w:r>
      <w:r>
        <w:t xml:space="preserve">    (c) someone who is a true believer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years, she chased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chimera</w:t>
      </w:r>
      <w:r>
        <w:rPr>
          <w:b/>
          <w:bCs/>
        </w:rPr>
        <w:t xml:space="preserve"> </w:t>
      </w:r>
      <w:r>
        <w:rPr>
          <w:b/>
          <w:bCs/>
        </w:rPr>
        <w:t xml:space="preserve">of perfection, never satisfied with her work.</w:t>
      </w:r>
      <w:r>
        <w:br/>
      </w:r>
      <w:r>
        <w:t xml:space="preserve">    (a) a response to an offer that proposes a different agreement while rejecting the previous offer</w:t>
      </w:r>
      <w:r>
        <w:br/>
      </w:r>
      <w:r>
        <w:t xml:space="preserve">    (b) impossible dream</w:t>
      </w:r>
      <w:r>
        <w:br/>
      </w:r>
      <w:r>
        <w:t xml:space="preserve">    (c) of the philosophical &amp; religious system based on the teachings of Laozi (also spelled Taoist)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thread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continuity</w:t>
      </w:r>
      <w:r>
        <w:rPr>
          <w:b/>
          <w:bCs/>
        </w:rPr>
        <w:t xml:space="preserve"> </w:t>
      </w:r>
      <w:r>
        <w:rPr>
          <w:b/>
          <w:bCs/>
        </w:rPr>
        <w:t xml:space="preserve">my in nightmares.</w:t>
      </w:r>
      <w:r>
        <w:br/>
      </w:r>
      <w:r>
        <w:t xml:space="preserve">    (a) impossibility</w:t>
      </w:r>
      <w:r>
        <w:br/>
      </w:r>
      <w:r>
        <w:t xml:space="preserve">    (b) consistency</w:t>
      </w:r>
      <w:r>
        <w:br/>
      </w:r>
      <w:r>
        <w:t xml:space="preserve">    (c) danger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chef served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amounts of food at the wedding reception.</w:t>
      </w:r>
      <w:r>
        <w:br/>
      </w:r>
      <w:r>
        <w:t xml:space="preserve">    (a) rare and unusual</w:t>
      </w:r>
      <w:r>
        <w:br/>
      </w:r>
      <w:r>
        <w:t xml:space="preserve">    (b) large in quantity</w:t>
      </w:r>
      <w:r>
        <w:br/>
      </w:r>
      <w:r>
        <w:t xml:space="preserve">    (c) small in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comedian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droll</w:t>
      </w:r>
      <w:r>
        <w:rPr>
          <w:b/>
          <w:bCs/>
        </w:rPr>
        <w:t xml:space="preserve"> </w:t>
      </w:r>
      <w:r>
        <w:rPr>
          <w:b/>
          <w:bCs/>
        </w:rPr>
        <w:t xml:space="preserve">way of describing everyday life.</w:t>
      </w:r>
      <w:r>
        <w:br/>
      </w:r>
      <w:r>
        <w:t xml:space="preserve">    (a) harsh and bitter</w:t>
      </w:r>
      <w:r>
        <w:br/>
      </w:r>
      <w:r>
        <w:t xml:space="preserve">    (b) dull and serious</w:t>
      </w:r>
      <w:r>
        <w:br/>
      </w:r>
      <w:r>
        <w:t xml:space="preserve">    (c) quirky and funny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artist captured the sun's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effulgent</w:t>
      </w:r>
      <w:r>
        <w:rPr>
          <w:b/>
          <w:bCs/>
        </w:rPr>
        <w:t xml:space="preserve"> </w:t>
      </w:r>
      <w:r>
        <w:rPr>
          <w:b/>
          <w:bCs/>
        </w:rPr>
        <w:t xml:space="preserve">rays as the sun rose over the mountain.</w:t>
      </w:r>
      <w:r>
        <w:br/>
      </w:r>
      <w:r>
        <w:t xml:space="preserve">    (a) yellow</w:t>
      </w:r>
      <w:r>
        <w:br/>
      </w:r>
      <w:r>
        <w:t xml:space="preserve">    (b) weak</w:t>
      </w:r>
      <w:r>
        <w:br/>
      </w:r>
      <w:r>
        <w:t xml:space="preserve">    (c) brilliant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lambs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gamboling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meadow.</w:t>
      </w:r>
      <w:r>
        <w:br/>
      </w:r>
      <w:r>
        <w:t xml:space="preserve">    (a) frolicking</w:t>
      </w:r>
      <w:r>
        <w:br/>
      </w:r>
      <w:r>
        <w:t xml:space="preserve">    (b) eating</w:t>
      </w:r>
      <w:r>
        <w:br/>
      </w:r>
      <w:r>
        <w:t xml:space="preserve">    (c) hiding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illustrious</w:t>
      </w:r>
      <w:r>
        <w:rPr>
          <w:b/>
          <w:bCs/>
        </w:rPr>
        <w:t xml:space="preserve"> </w:t>
      </w:r>
      <w:r>
        <w:rPr>
          <w:b/>
          <w:bCs/>
        </w:rPr>
        <w:t xml:space="preserve">scientist received another prestigious award for her research.</w:t>
      </w:r>
      <w:r>
        <w:br/>
      </w:r>
      <w:r>
        <w:t xml:space="preserve">    (a) unknown and ordinary</w:t>
      </w:r>
      <w:r>
        <w:br/>
      </w:r>
      <w:r>
        <w:t xml:space="preserve">    (b) controversial but rich</w:t>
      </w:r>
      <w:r>
        <w:br/>
      </w:r>
      <w:r>
        <w:t xml:space="preserve">    (c) famous and admired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teacher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indelible</w:t>
      </w:r>
      <w:r>
        <w:rPr>
          <w:b/>
          <w:bCs/>
        </w:rPr>
        <w:t xml:space="preserve"> </w:t>
      </w:r>
      <w:r>
        <w:rPr>
          <w:b/>
          <w:bCs/>
        </w:rPr>
        <w:t xml:space="preserve">impression on her students.</w:t>
      </w:r>
      <w:r>
        <w:br/>
      </w:r>
      <w:r>
        <w:t xml:space="preserve">    (a) confusing</w:t>
      </w:r>
      <w:r>
        <w:br/>
      </w:r>
      <w:r>
        <w:t xml:space="preserve">    (b) ordinary</w:t>
      </w:r>
      <w:r>
        <w:br/>
      </w:r>
      <w:r>
        <w:t xml:space="preserve">    (c) lasting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place lends itself to spirituality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introspection</w:t>
      </w:r>
      <w:r>
        <w:rPr>
          <w:b/>
          <w:bCs/>
        </w:rPr>
        <w:t xml:space="preserve">.</w:t>
      </w:r>
      <w:r>
        <w:br/>
      </w:r>
      <w:r>
        <w:t xml:space="preserve">    (a) physical exercise</w:t>
      </w:r>
      <w:r>
        <w:br/>
      </w:r>
      <w:r>
        <w:t xml:space="preserve">    (b) self-reflection</w:t>
      </w:r>
      <w:r>
        <w:br/>
      </w:r>
      <w:r>
        <w:t xml:space="preserve">    (c) group discussion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usual mood is one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irascible</w:t>
      </w:r>
      <w:r>
        <w:rPr>
          <w:b/>
          <w:bCs/>
        </w:rPr>
        <w:t xml:space="preserve"> </w:t>
      </w:r>
      <w:r>
        <w:rPr>
          <w:b/>
          <w:bCs/>
        </w:rPr>
        <w:t xml:space="preserve">impatience.</w:t>
      </w:r>
      <w:r>
        <w:br/>
      </w:r>
      <w:r>
        <w:t xml:space="preserve">    (a) unable to find</w:t>
      </w:r>
      <w:r>
        <w:br/>
      </w:r>
      <w:r>
        <w:t xml:space="preserve">    (b) easily angered</w:t>
      </w:r>
      <w:r>
        <w:br/>
      </w:r>
      <w:r>
        <w:t xml:space="preserve">    (c) very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Vines climbed the wooden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lattice</w:t>
      </w:r>
      <w:r>
        <w:rPr>
          <w:b/>
          <w:bCs/>
        </w:rPr>
        <w:t xml:space="preserve"> </w:t>
      </w:r>
      <w:r>
        <w:rPr>
          <w:b/>
          <w:bCs/>
        </w:rPr>
        <w:t xml:space="preserve">beside the garden gate.</w:t>
      </w:r>
      <w:r>
        <w:br/>
      </w:r>
      <w:r>
        <w:t xml:space="preserve">    (a) crisscross frame</w:t>
      </w:r>
      <w:r>
        <w:br/>
      </w:r>
      <w:r>
        <w:t xml:space="preserve">    (b) deep water ditch</w:t>
      </w:r>
      <w:r>
        <w:br/>
      </w:r>
      <w:r>
        <w:t xml:space="preserve">    (c) smooth stone wall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deep-sea fish produce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phosphorescence</w:t>
      </w:r>
      <w:r>
        <w:rPr>
          <w:b/>
          <w:bCs/>
        </w:rPr>
        <w:t xml:space="preserve"> </w:t>
      </w:r>
      <w:r>
        <w:rPr>
          <w:b/>
          <w:bCs/>
        </w:rPr>
        <w:t xml:space="preserve">in dark waters.</w:t>
      </w:r>
      <w:r>
        <w:br/>
      </w:r>
      <w:r>
        <w:t xml:space="preserve">    (a) a sharp icy chill</w:t>
      </w:r>
      <w:r>
        <w:br/>
      </w:r>
      <w:r>
        <w:t xml:space="preserve">    (b) a faint natural glow</w:t>
      </w:r>
      <w:r>
        <w:br/>
      </w:r>
      <w:r>
        <w:t xml:space="preserve">    (c) a loud crackling sound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Matisse titled the work, "A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Recumbent</w:t>
      </w:r>
      <w:r>
        <w:rPr>
          <w:b/>
          <w:bCs/>
        </w:rPr>
        <w:t xml:space="preserve"> </w:t>
      </w:r>
      <w:r>
        <w:rPr>
          <w:b/>
          <w:bCs/>
        </w:rPr>
        <w:t xml:space="preserve">Woman."</w:t>
      </w:r>
      <w:r>
        <w:br/>
      </w:r>
      <w:r>
        <w:t xml:space="preserve">    (a) unbending</w:t>
      </w:r>
      <w:r>
        <w:br/>
      </w:r>
      <w:r>
        <w:t xml:space="preserve">    (b) lying down</w:t>
      </w:r>
      <w:r>
        <w:br/>
      </w:r>
      <w:r>
        <w:t xml:space="preserve">    (c) not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shared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</w:t>
      </w:r>
      <w:r>
        <w:rPr>
          <w:b/>
          <w:bCs/>
        </w:rPr>
        <w:t xml:space="preserve"> </w:t>
      </w:r>
      <w:r>
        <w:rPr>
          <w:b/>
          <w:bCs/>
        </w:rPr>
        <w:t xml:space="preserve">of her life.</w:t>
      </w:r>
      <w:r>
        <w:br/>
      </w:r>
      <w:r>
        <w:t xml:space="preserve">    (a) long involved story</w:t>
      </w:r>
      <w:r>
        <w:br/>
      </w:r>
      <w:r>
        <w:t xml:space="preserve">    (b) lessons learned</w:t>
      </w:r>
      <w:r>
        <w:br/>
      </w:r>
      <w:r>
        <w:t xml:space="preserve">    (c) plentiful rewards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her fame, she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unassuming</w:t>
      </w:r>
      <w:r>
        <w:rPr>
          <w:b/>
          <w:bCs/>
        </w:rPr>
        <w:t xml:space="preserve"> </w:t>
      </w:r>
      <w:r>
        <w:rPr>
          <w:b/>
          <w:bCs/>
        </w:rPr>
        <w:t xml:space="preserve">and friendly to everyone.</w:t>
      </w:r>
      <w:r>
        <w:br/>
      </w:r>
      <w:r>
        <w:t xml:space="preserve">    (a) outgoing</w:t>
      </w:r>
      <w:r>
        <w:br/>
      </w:r>
      <w:r>
        <w:t xml:space="preserve">    (b) insecure</w:t>
      </w:r>
      <w:r>
        <w:br/>
      </w:r>
      <w:r>
        <w:t xml:space="preserve">    (c) humble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grandmother's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wizened</w:t>
      </w:r>
      <w:r>
        <w:rPr>
          <w:b/>
          <w:bCs/>
        </w:rPr>
        <w:t xml:space="preserve"> </w:t>
      </w:r>
      <w:r>
        <w:rPr>
          <w:b/>
          <w:bCs/>
        </w:rPr>
        <w:t xml:space="preserve">hands held mine warmly.</w:t>
      </w:r>
      <w:r>
        <w:br/>
      </w:r>
      <w:r>
        <w:t xml:space="preserve">    (a) puffy and swollen</w:t>
      </w:r>
      <w:r>
        <w:br/>
      </w:r>
      <w:r>
        <w:t xml:space="preserve">    (b) smooth and youthful</w:t>
      </w:r>
      <w:r>
        <w:br/>
      </w:r>
      <w:r>
        <w:t xml:space="preserve">    (c) shrunken from age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2026-07-31T15:59:04Z</dcterms:created>
  <dcterms:modified xsi:type="dcterms:W3CDTF">2026-07-31T15:59:04Z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