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00de8c804762d8542ed1ba1fc6d8c483929456"/>
    <w:p>
      <w:pPr>
        <w:pStyle w:val="Heading1"/>
      </w:pPr>
      <w:r>
        <w:rPr>
          <w:b/>
          <w:bCs/>
        </w:rPr>
        <w:t xml:space="preserve">Something Wicked This Way Comes</w:t>
      </w:r>
      <w:r>
        <w:br/>
      </w:r>
      <w:r>
        <w:rPr>
          <w:i/>
          <w:iCs/>
        </w:rPr>
        <w:t xml:space="preserve">Ray Bradbury</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...and the sky's orange and ash grey at</w:t>
      </w:r>
      <w:r>
        <w:rPr>
          <w:b/>
          <w:bCs/>
        </w:rPr>
        <w:t xml:space="preserve"> </w:t>
      </w:r>
      <w:r>
        <w:rPr>
          <w:b/>
          <w:bCs/>
          <w:u w:val="single"/>
        </w:rPr>
        <w:t xml:space="preserve">twilight</w:t>
      </w:r>
      <w:r>
        <w:rPr>
          <w:b/>
          <w:bCs/>
        </w:rPr>
        <w:t xml:space="preserve">,</w:t>
      </w:r>
      <w:r>
        <w:br/>
      </w:r>
      <w:r>
        <w:t xml:space="preserve">    (a) just after sunrise</w:t>
      </w:r>
      <w:r>
        <w:br/>
      </w:r>
      <w:r>
        <w:t xml:space="preserve">    (b) the time of day between daylight and darkness</w:t>
      </w:r>
      <w:r>
        <w:br/>
      </w:r>
      <w:r>
        <w:t xml:space="preserve">    (c) the time of day when the sun is highest</w:t>
      </w:r>
    </w:p>
    <w:p>
      <w:pPr>
        <w:pStyle w:val="Compact"/>
        <w:numPr>
          <w:ilvl w:val="0"/>
          <w:numId w:val="1001"/>
        </w:numPr>
      </w:pPr>
      <w:r>
        <w:rPr>
          <w:b/>
          <w:bCs/>
        </w:rPr>
        <w:t xml:space="preserve">THE DEMON</w:t>
      </w:r>
      <w:r>
        <w:rPr>
          <w:b/>
          <w:bCs/>
        </w:rPr>
        <w:t xml:space="preserve"> </w:t>
      </w:r>
      <w:r>
        <w:rPr>
          <w:b/>
          <w:bCs/>
          <w:u w:val="single"/>
        </w:rPr>
        <w:t xml:space="preserve">GUILLOTINE</w:t>
      </w:r>
      <w:r>
        <w:rPr>
          <w:b/>
          <w:bCs/>
        </w:rPr>
        <w:t xml:space="preserve">!</w:t>
      </w:r>
      <w:r>
        <w:br/>
      </w:r>
      <w:r>
        <w:t xml:space="preserve">    (a) a device used to behead people (most associated with the French Revolution); or executing someone in such a manner</w:t>
      </w:r>
      <w:r>
        <w:br/>
      </w:r>
      <w:r>
        <w:t xml:space="preserve">    (b) accept someone's membership though a special procedure such as a ceremony and/or period of instruction and/or test</w:t>
      </w:r>
      <w:r>
        <w:br/>
      </w:r>
      <w:r>
        <w:t xml:space="preserve">    (c) a method of artistic painting on a wall by using watercolors on wet plaster; or the painting made in such a manner</w:t>
      </w:r>
    </w:p>
    <w:p>
      <w:pPr>
        <w:pStyle w:val="Compact"/>
        <w:numPr>
          <w:ilvl w:val="0"/>
          <w:numId w:val="1001"/>
        </w:numPr>
      </w:pPr>
      <w:r>
        <w:rPr>
          <w:b/>
          <w:bCs/>
        </w:rPr>
        <w:t xml:space="preserve">A</w:t>
      </w:r>
      <w:r>
        <w:rPr>
          <w:b/>
          <w:bCs/>
        </w:rPr>
        <w:t xml:space="preserve"> </w:t>
      </w:r>
      <w:r>
        <w:rPr>
          <w:b/>
          <w:bCs/>
          <w:u w:val="single"/>
        </w:rPr>
        <w:t xml:space="preserve">menagerie</w:t>
      </w:r>
      <w:r>
        <w:rPr>
          <w:b/>
          <w:bCs/>
        </w:rPr>
        <w:t xml:space="preserve">!</w:t>
      </w:r>
      <w:r>
        <w:br/>
      </w:r>
      <w:r>
        <w:t xml:space="preserve">    (a) a collection of wild or unusual animals kept for exhibition; or more generally, a diverse or strange mixture of people or things</w:t>
      </w:r>
      <w:r>
        <w:br/>
      </w:r>
      <w:r>
        <w:t xml:space="preserve">    (b) someone who emphasizes a person's capacity for self-realization through reason rather than through religion and the supernatural</w:t>
      </w:r>
      <w:r>
        <w:br/>
      </w:r>
      <w:r>
        <w:t xml:space="preserve">    (c) an inhabitant of Assyria -- an ancient kingdom centered in northern Mesopotamia which is in present-day Iraq; or their language</w:t>
      </w:r>
    </w:p>
    <w:p>
      <w:pPr>
        <w:pStyle w:val="Compact"/>
        <w:numPr>
          <w:ilvl w:val="0"/>
          <w:numId w:val="1001"/>
        </w:numPr>
      </w:pPr>
      <w:r>
        <w:rPr>
          <w:b/>
          <w:bCs/>
        </w:rPr>
        <w:t xml:space="preserve">He swung astride a plum-dusk</w:t>
      </w:r>
      <w:r>
        <w:rPr>
          <w:b/>
          <w:bCs/>
        </w:rPr>
        <w:t xml:space="preserve"> </w:t>
      </w:r>
      <w:r>
        <w:rPr>
          <w:b/>
          <w:bCs/>
          <w:u w:val="single"/>
        </w:rPr>
        <w:t xml:space="preserve">stallion</w:t>
      </w:r>
      <w:r>
        <w:rPr>
          <w:b/>
          <w:bCs/>
        </w:rPr>
        <w:t xml:space="preserve">.</w:t>
      </w:r>
      <w:r>
        <w:br/>
      </w:r>
      <w:r>
        <w:t xml:space="preserve">    (a) a large, elongated gland located behind the stomach that secretes digestive enzymes and insulin</w:t>
      </w:r>
      <w:r>
        <w:br/>
      </w:r>
      <w:r>
        <w:t xml:space="preserve">    (b) of the philosophical &amp; religious system based on the teachings of Laozi (also spelled Taoist)</w:t>
      </w:r>
      <w:r>
        <w:br/>
      </w:r>
      <w:r>
        <w:t xml:space="preserve">    (c) a male horse that has not been castrated (gelded) -- especially one used for breeding purposes</w:t>
      </w:r>
    </w:p>
    <w:p>
      <w:pPr>
        <w:pStyle w:val="Compact"/>
        <w:numPr>
          <w:ilvl w:val="0"/>
          <w:numId w:val="1001"/>
        </w:numPr>
      </w:pPr>
      <w:r>
        <w:rPr>
          <w:b/>
          <w:bCs/>
        </w:rPr>
        <w:t xml:space="preserve">Will fell after and they both stood,</w:t>
      </w:r>
      <w:r>
        <w:rPr>
          <w:b/>
          <w:bCs/>
        </w:rPr>
        <w:t xml:space="preserve"> </w:t>
      </w:r>
      <w:r>
        <w:rPr>
          <w:b/>
          <w:bCs/>
          <w:u w:val="single"/>
        </w:rPr>
        <w:t xml:space="preserve">clamorous</w:t>
      </w:r>
      <w:r>
        <w:rPr>
          <w:b/>
          <w:bCs/>
        </w:rPr>
        <w:t xml:space="preserve"> </w:t>
      </w:r>
      <w:r>
        <w:rPr>
          <w:b/>
          <w:bCs/>
        </w:rPr>
        <w:t xml:space="preserve">with alarms, shaken by concussions of silent pantomime, blasted by events all the more numbing because they ran off into the night unknown.</w:t>
      </w:r>
      <w:r>
        <w:br/>
      </w:r>
      <w:r>
        <w:t xml:space="preserve">    (a) clear, easily noticed, and/or identifiable as different or separate</w:t>
      </w:r>
      <w:r>
        <w:br/>
      </w:r>
      <w:r>
        <w:t xml:space="preserve">    (b) loud noise and/or persistent demands -- especially from human voice</w:t>
      </w:r>
      <w:r>
        <w:br/>
      </w:r>
      <w:r>
        <w:t xml:space="preserve">    (c) not capable of being better understood through detailed examination</w:t>
      </w:r>
    </w:p>
    <w:p>
      <w:pPr>
        <w:pStyle w:val="Compact"/>
        <w:numPr>
          <w:ilvl w:val="0"/>
          <w:numId w:val="1001"/>
        </w:numPr>
      </w:pPr>
      <w:r>
        <w:rPr>
          <w:b/>
          <w:bCs/>
        </w:rPr>
        <w:t xml:space="preserve">When their faces turned, Mr Cooger inside the nephew went silently blinkclick, blink-click, listening through the toy ears, watching through the toy-charm eyes,</w:t>
      </w:r>
      <w:r>
        <w:rPr>
          <w:b/>
          <w:bCs/>
        </w:rPr>
        <w:t xml:space="preserve"> </w:t>
      </w:r>
      <w:r>
        <w:rPr>
          <w:b/>
          <w:bCs/>
          <w:u w:val="single"/>
        </w:rPr>
        <w:t xml:space="preserve">whetting</w:t>
      </w:r>
      <w:r>
        <w:rPr>
          <w:b/>
          <w:bCs/>
        </w:rPr>
        <w:t xml:space="preserve"> </w:t>
      </w:r>
      <w:r>
        <w:rPr>
          <w:b/>
          <w:bCs/>
        </w:rPr>
        <w:t xml:space="preserve">the doll's mouth with a Pekingese tongue.</w:t>
      </w:r>
      <w:r>
        <w:br/>
      </w:r>
      <w:r>
        <w:t xml:space="preserve">    (a) changing to multiple areas of control or concentration (rather than just 1)</w:t>
      </w:r>
      <w:r>
        <w:br/>
      </w:r>
      <w:r>
        <w:t xml:space="preserve">    (b) sticking out, attracting more attention than desired, or imposing on others</w:t>
      </w:r>
      <w:r>
        <w:br/>
      </w:r>
      <w:r>
        <w:t xml:space="preserve">    (c) to increase a sense or desire</w:t>
      </w:r>
      <w:r>
        <w:br/>
      </w:r>
      <w:r>
        <w:br/>
      </w:r>
      <w:r>
        <w:t xml:space="preserve">or: to sharpen a knife or other cutting edge</w:t>
      </w:r>
    </w:p>
    <w:p>
      <w:pPr>
        <w:pStyle w:val="Compact"/>
        <w:numPr>
          <w:ilvl w:val="0"/>
          <w:numId w:val="1001"/>
        </w:numPr>
      </w:pPr>
      <w:r>
        <w:rPr>
          <w:b/>
          <w:bCs/>
        </w:rPr>
        <w:t xml:space="preserve">There, on the biggest stage, a tattoo needle</w:t>
      </w:r>
      <w:r>
        <w:rPr>
          <w:b/>
          <w:bCs/>
        </w:rPr>
        <w:t xml:space="preserve"> </w:t>
      </w:r>
      <w:r>
        <w:rPr>
          <w:b/>
          <w:bCs/>
          <w:u w:val="single"/>
        </w:rPr>
        <w:t xml:space="preserve">poised</w:t>
      </w:r>
      <w:r>
        <w:rPr>
          <w:b/>
          <w:bCs/>
        </w:rPr>
        <w:t xml:space="preserve"> </w:t>
      </w:r>
      <w:r>
        <w:rPr>
          <w:b/>
          <w:bCs/>
        </w:rPr>
        <w:t xml:space="preserve">like a blowgun dart in his rose-crusted hand, stood Mr Dark, the Illustrated Man.</w:t>
      </w:r>
      <w:r>
        <w:br/>
      </w:r>
      <w:r>
        <w:t xml:space="preserve">    (a) without a personal preference; or without any tendency to move in a particular direction</w:t>
      </w:r>
      <w:r>
        <w:br/>
      </w:r>
      <w:r>
        <w:t xml:space="preserve">    (b) removed or suppressed something considered obscene, immoral, or politically unacceptable</w:t>
      </w:r>
      <w:r>
        <w:br/>
      </w:r>
      <w:r>
        <w:t xml:space="preserve">    (c) relaxed and ready for action</w:t>
      </w:r>
    </w:p>
    <w:p>
      <w:pPr>
        <w:pStyle w:val="Compact"/>
        <w:numPr>
          <w:ilvl w:val="0"/>
          <w:numId w:val="1001"/>
        </w:numPr>
      </w:pPr>
      <w:r>
        <w:rPr>
          <w:b/>
          <w:bCs/>
        </w:rPr>
        <w:t xml:space="preserve">It was the possible bitterness of</w:t>
      </w:r>
      <w:r>
        <w:rPr>
          <w:b/>
          <w:bCs/>
        </w:rPr>
        <w:t xml:space="preserve"> </w:t>
      </w:r>
      <w:r>
        <w:rPr>
          <w:b/>
          <w:bCs/>
          <w:u w:val="single"/>
        </w:rPr>
        <w:t xml:space="preserve">revelation</w:t>
      </w:r>
      <w:r>
        <w:rPr>
          <w:b/>
          <w:bCs/>
        </w:rPr>
        <w:t xml:space="preserve">.</w:t>
      </w:r>
      <w:r>
        <w:br/>
      </w:r>
      <w:r>
        <w:t xml:space="preserve">    (a) something previously unknown; or making such a thing known</w:t>
      </w:r>
      <w:r>
        <w:br/>
      </w:r>
      <w:r>
        <w:t xml:space="preserve">    (b) of the philosophical &amp; religious system based on the teachings of Laozi (also spelled Taoist)</w:t>
      </w:r>
      <w:r>
        <w:br/>
      </w:r>
      <w:r>
        <w:t xml:space="preserve">    (c) a large, elongated gland located behind the stomach that secretes digestive enzymes and insulin</w:t>
      </w:r>
    </w:p>
    <w:p>
      <w:pPr>
        <w:pStyle w:val="Compact"/>
        <w:numPr>
          <w:ilvl w:val="0"/>
          <w:numId w:val="1001"/>
        </w:numPr>
      </w:pPr>
      <w:r>
        <w:rPr>
          <w:b/>
          <w:bCs/>
        </w:rPr>
        <w:t xml:space="preserve">Dad</w:t>
      </w:r>
      <w:r>
        <w:rPr>
          <w:b/>
          <w:bCs/>
        </w:rPr>
        <w:t xml:space="preserve"> </w:t>
      </w:r>
      <w:r>
        <w:rPr>
          <w:b/>
          <w:bCs/>
          <w:u w:val="single"/>
        </w:rPr>
        <w:t xml:space="preserve">probed</w:t>
      </w:r>
      <w:r>
        <w:rPr>
          <w:b/>
          <w:bCs/>
        </w:rPr>
        <w:t xml:space="preserve"> </w:t>
      </w:r>
      <w:r>
        <w:rPr>
          <w:b/>
          <w:bCs/>
        </w:rPr>
        <w:t xml:space="preserve">one with his fingers.</w:t>
      </w:r>
      <w:r>
        <w:br/>
      </w:r>
      <w:r>
        <w:t xml:space="preserve">    (a) concentrated</w:t>
      </w:r>
      <w:r>
        <w:br/>
      </w:r>
      <w:r>
        <w:t xml:space="preserve">    (b) bounced back</w:t>
      </w:r>
      <w:r>
        <w:br/>
      </w:r>
      <w:r>
        <w:t xml:space="preserve">    (c) investigated</w:t>
      </w:r>
    </w:p>
    <w:p>
      <w:pPr>
        <w:pStyle w:val="Compact"/>
        <w:numPr>
          <w:ilvl w:val="0"/>
          <w:numId w:val="1001"/>
        </w:numPr>
      </w:pPr>
      <w:r>
        <w:rPr>
          <w:b/>
          <w:bCs/>
        </w:rPr>
        <w:t xml:space="preserve">Now,</w:t>
      </w:r>
      <w:r>
        <w:rPr>
          <w:b/>
          <w:bCs/>
        </w:rPr>
        <w:t xml:space="preserve"> </w:t>
      </w:r>
      <w:r>
        <w:rPr>
          <w:b/>
          <w:bCs/>
          <w:u w:val="single"/>
        </w:rPr>
        <w:t xml:space="preserve">tremulously</w:t>
      </w:r>
      <w:r>
        <w:rPr>
          <w:b/>
          <w:bCs/>
        </w:rPr>
        <w:t xml:space="preserve">, experimentally, daring to test, the Witch inhaled.</w:t>
      </w:r>
      <w:r>
        <w:br/>
      </w:r>
      <w:r>
        <w:t xml:space="preserve">    (a) with quivering (shakiness)</w:t>
      </w:r>
      <w:r>
        <w:br/>
      </w:r>
      <w:r>
        <w:t xml:space="preserve">    (b) in a bad or harmful manner</w:t>
      </w:r>
      <w:r>
        <w:br/>
      </w:r>
      <w:r>
        <w:t xml:space="preserve">    (c) not capable of being found</w:t>
      </w:r>
    </w:p>
    <w:p>
      <w:pPr>
        <w:pStyle w:val="Compact"/>
        <w:numPr>
          <w:ilvl w:val="0"/>
          <w:numId w:val="1001"/>
        </w:numPr>
      </w:pPr>
      <w:r>
        <w:rPr>
          <w:b/>
          <w:bCs/>
        </w:rPr>
        <w:t xml:space="preserve">...a juggernaut of thunder wheeled over the stony heavens in a spark-throwing</w:t>
      </w:r>
      <w:r>
        <w:rPr>
          <w:b/>
          <w:bCs/>
        </w:rPr>
        <w:t xml:space="preserve"> </w:t>
      </w:r>
      <w:r>
        <w:rPr>
          <w:b/>
          <w:bCs/>
          <w:u w:val="single"/>
        </w:rPr>
        <w:t xml:space="preserve">tumult</w:t>
      </w:r>
      <w:r>
        <w:rPr>
          <w:b/>
          <w:bCs/>
        </w:rPr>
        <w:t xml:space="preserve">.</w:t>
      </w:r>
      <w:r>
        <w:br/>
      </w:r>
      <w:r>
        <w:t xml:space="preserve">    (a) support or favor given</w:t>
      </w:r>
      <w:r>
        <w:br/>
      </w:r>
      <w:r>
        <w:t xml:space="preserve">    (b) a situation of noisy confusion &amp; disorder</w:t>
      </w:r>
      <w:r>
        <w:br/>
      </w:r>
      <w:r>
        <w:t xml:space="preserve">    (c) deep emotional impact</w:t>
      </w:r>
    </w:p>
    <w:p>
      <w:pPr>
        <w:pStyle w:val="Compact"/>
        <w:numPr>
          <w:ilvl w:val="0"/>
          <w:numId w:val="1001"/>
        </w:numPr>
      </w:pPr>
      <w:r>
        <w:rPr>
          <w:b/>
          <w:bCs/>
        </w:rPr>
        <w:t xml:space="preserve">The plump fingers of the child</w:t>
      </w:r>
      <w:r>
        <w:rPr>
          <w:b/>
          <w:bCs/>
        </w:rPr>
        <w:t xml:space="preserve"> </w:t>
      </w:r>
      <w:r>
        <w:rPr>
          <w:b/>
          <w:bCs/>
          <w:u w:val="single"/>
        </w:rPr>
        <w:t xml:space="preserve">gesticulated</w:t>
      </w:r>
      <w:r>
        <w:rPr>
          <w:b/>
          <w:bCs/>
        </w:rPr>
        <w:t xml:space="preserve"> </w:t>
      </w:r>
      <w:r>
        <w:rPr>
          <w:b/>
          <w:bCs/>
        </w:rPr>
        <w:t xml:space="preserve">through the grille.</w:t>
      </w:r>
      <w:r>
        <w:br/>
      </w:r>
      <w:r>
        <w:t xml:space="preserve">    (a) not interacting or having interest; or stopped interacting or having interest</w:t>
      </w:r>
      <w:r>
        <w:br/>
      </w:r>
      <w:r>
        <w:t xml:space="preserve">    (b) moved to express something</w:t>
      </w:r>
      <w:r>
        <w:br/>
      </w:r>
      <w:r>
        <w:t xml:space="preserve">    (c) thought, communicated, or kept attention on something for a prolonged period</w:t>
      </w:r>
    </w:p>
    <w:p>
      <w:pPr>
        <w:pStyle w:val="Compact"/>
        <w:numPr>
          <w:ilvl w:val="0"/>
          <w:numId w:val="1001"/>
        </w:numPr>
      </w:pPr>
      <w:r>
        <w:rPr>
          <w:b/>
          <w:bCs/>
        </w:rPr>
        <w:t xml:space="preserve">Will's father noted the muscles cord along the arms, roping and unroping themselves with a</w:t>
      </w:r>
      <w:r>
        <w:rPr>
          <w:b/>
          <w:bCs/>
        </w:rPr>
        <w:t xml:space="preserve"> </w:t>
      </w:r>
      <w:r>
        <w:rPr>
          <w:b/>
          <w:bCs/>
          <w:u w:val="single"/>
        </w:rPr>
        <w:t xml:space="preserve">writhe</w:t>
      </w:r>
      <w:r>
        <w:rPr>
          <w:b/>
          <w:bCs/>
        </w:rPr>
        <w:t xml:space="preserve"> </w:t>
      </w:r>
      <w:r>
        <w:rPr>
          <w:b/>
          <w:bCs/>
        </w:rPr>
        <w:t xml:space="preserve">like the puff adders and sidewinders doubtless inked and venomous there.</w:t>
      </w:r>
      <w:r>
        <w:br/>
      </w:r>
      <w:r>
        <w:t xml:space="preserve">    (a) examine in detail to better understand</w:t>
      </w:r>
      <w:r>
        <w:br/>
      </w:r>
      <w:r>
        <w:t xml:space="preserve">    (b) twisting or contorted motion</w:t>
      </w:r>
      <w:r>
        <w:br/>
      </w:r>
      <w:r>
        <w:t xml:space="preserve">    (c) appropriate in size, amount, or degree</w:t>
      </w:r>
    </w:p>
    <w:p>
      <w:pPr>
        <w:pStyle w:val="Compact"/>
        <w:numPr>
          <w:ilvl w:val="0"/>
          <w:numId w:val="1001"/>
        </w:numPr>
      </w:pPr>
      <w:r>
        <w:rPr>
          <w:b/>
          <w:bCs/>
        </w:rPr>
        <w:t xml:space="preserve">As the thunder lizard strode, all glass-bead pomp, so strode Mr. Dark, armored with vile lightning scribbles of</w:t>
      </w:r>
      <w:r>
        <w:rPr>
          <w:b/>
          <w:bCs/>
        </w:rPr>
        <w:t xml:space="preserve"> </w:t>
      </w:r>
      <w:r>
        <w:rPr>
          <w:b/>
          <w:bCs/>
          <w:u w:val="single"/>
        </w:rPr>
        <w:t xml:space="preserve">carnivores</w:t>
      </w:r>
      <w:r>
        <w:rPr>
          <w:b/>
          <w:bCs/>
        </w:rPr>
        <w:t xml:space="preserve"> </w:t>
      </w:r>
      <w:r>
        <w:rPr>
          <w:b/>
          <w:bCs/>
        </w:rPr>
        <w:t xml:space="preserve">and sheep blasted by that thunder and arun before storms of juggernaut flesh.</w:t>
      </w:r>
      <w:r>
        <w:br/>
      </w:r>
      <w:r>
        <w:t xml:space="preserve">    (a) opposed to "globalization"</w:t>
      </w:r>
      <w:r>
        <w:br/>
      </w:r>
      <w:r>
        <w:t xml:space="preserve">    (b) animals that eat only meat</w:t>
      </w:r>
      <w:r>
        <w:br/>
      </w:r>
      <w:r>
        <w:t xml:space="preserve">    (c) requires (to do something)</w:t>
      </w:r>
    </w:p>
    <w:p>
      <w:pPr>
        <w:pStyle w:val="Compact"/>
        <w:numPr>
          <w:ilvl w:val="0"/>
          <w:numId w:val="1001"/>
        </w:numPr>
      </w:pPr>
      <w:r>
        <w:rPr>
          <w:b/>
          <w:bCs/>
        </w:rPr>
        <w:t xml:space="preserve">The Witch, mouth wide,</w:t>
      </w:r>
      <w:r>
        <w:rPr>
          <w:b/>
          <w:bCs/>
        </w:rPr>
        <w:t xml:space="preserve"> </w:t>
      </w:r>
      <w:r>
        <w:rPr>
          <w:b/>
          <w:bCs/>
          <w:u w:val="single"/>
        </w:rPr>
        <w:t xml:space="preserve">savoring</w:t>
      </w:r>
      <w:r>
        <w:rPr>
          <w:b/>
          <w:bCs/>
        </w:rPr>
        <w:t xml:space="preserve"> </w:t>
      </w:r>
      <w:r>
        <w:rPr>
          <w:b/>
          <w:bCs/>
        </w:rPr>
        <w:t xml:space="preserve">doom,</w:t>
      </w:r>
      <w:r>
        <w:br/>
      </w:r>
      <w:r>
        <w:t xml:space="preserve">    (a) stopping a battle or fight</w:t>
      </w:r>
      <w:r>
        <w:br/>
      </w:r>
      <w:r>
        <w:t xml:space="preserve">    (b) changing through evolution</w:t>
      </w:r>
      <w:r>
        <w:br/>
      </w:r>
      <w:r>
        <w:t xml:space="preserve">    (c) taking great pleasure from</w:t>
      </w:r>
    </w:p>
    <w:p>
      <w:pPr>
        <w:pStyle w:val="Compact"/>
        <w:numPr>
          <w:ilvl w:val="0"/>
          <w:numId w:val="1001"/>
        </w:numPr>
      </w:pPr>
      <w:r>
        <w:rPr>
          <w:b/>
          <w:bCs/>
          <w:u w:val="single"/>
        </w:rPr>
        <w:t xml:space="preserve">Serene</w:t>
      </w:r>
      <w:r>
        <w:rPr>
          <w:b/>
          <w:bCs/>
        </w:rPr>
        <w:t xml:space="preserve">, his father said, "Now." And fired the rifle.</w:t>
      </w:r>
      <w:r>
        <w:br/>
      </w:r>
      <w:r>
        <w:t xml:space="preserve">    (a) not straightforward</w:t>
      </w:r>
      <w:r>
        <w:br/>
      </w:r>
      <w:r>
        <w:t xml:space="preserve">    (b) calm and untroubled</w:t>
      </w:r>
      <w:r>
        <w:br/>
      </w:r>
      <w:r>
        <w:t xml:space="preserve">    (c) not done on purpose</w:t>
      </w:r>
    </w:p>
    <w:p>
      <w:pPr>
        <w:pStyle w:val="Compact"/>
        <w:numPr>
          <w:ilvl w:val="0"/>
          <w:numId w:val="1001"/>
        </w:numPr>
      </w:pPr>
      <w:r>
        <w:rPr>
          <w:b/>
          <w:bCs/>
        </w:rPr>
        <w:t xml:space="preserve">And between the tents, ahead, in transit, they saw a</w:t>
      </w:r>
      <w:r>
        <w:rPr>
          <w:b/>
          <w:bCs/>
        </w:rPr>
        <w:t xml:space="preserve"> </w:t>
      </w:r>
      <w:r>
        <w:rPr>
          <w:b/>
          <w:bCs/>
          <w:u w:val="single"/>
        </w:rPr>
        <w:t xml:space="preserve">grotesque</w:t>
      </w:r>
      <w:r>
        <w:rPr>
          <w:b/>
          <w:bCs/>
        </w:rPr>
        <w:t xml:space="preserve"> </w:t>
      </w:r>
      <w:r>
        <w:rPr>
          <w:b/>
          <w:bCs/>
        </w:rPr>
        <w:t xml:space="preserve">parade.</w:t>
      </w:r>
      <w:r>
        <w:br/>
      </w:r>
      <w:r>
        <w:t xml:space="preserve">    (a) beautifies</w:t>
      </w:r>
      <w:r>
        <w:br/>
      </w:r>
      <w:r>
        <w:t xml:space="preserve">    (b) distorted and unnatural</w:t>
      </w:r>
      <w:r>
        <w:br/>
      </w:r>
      <w:r>
        <w:t xml:space="preserve">    (c) clarifies (makes clear)</w:t>
      </w:r>
    </w:p>
    <w:p>
      <w:pPr>
        <w:pStyle w:val="Compact"/>
        <w:numPr>
          <w:ilvl w:val="0"/>
          <w:numId w:val="1001"/>
        </w:numPr>
      </w:pPr>
      <w:r>
        <w:rPr>
          <w:b/>
          <w:bCs/>
        </w:rPr>
        <w:t xml:space="preserve">The dust was antique spice, burnt maple leaves, a prickling blue that</w:t>
      </w:r>
      <w:r>
        <w:rPr>
          <w:b/>
          <w:bCs/>
        </w:rPr>
        <w:t xml:space="preserve"> </w:t>
      </w:r>
      <w:r>
        <w:rPr>
          <w:b/>
          <w:bCs/>
          <w:u w:val="single"/>
        </w:rPr>
        <w:t xml:space="preserve">teemed</w:t>
      </w:r>
      <w:r>
        <w:rPr>
          <w:b/>
          <w:bCs/>
        </w:rPr>
        <w:t xml:space="preserve"> </w:t>
      </w:r>
      <w:r>
        <w:rPr>
          <w:b/>
          <w:bCs/>
        </w:rPr>
        <w:t xml:space="preserve">and sifted to earth.</w:t>
      </w:r>
      <w:r>
        <w:br/>
      </w:r>
      <w:r>
        <w:t xml:space="preserve">    (a) was filled (had many)</w:t>
      </w:r>
      <w:r>
        <w:br/>
      </w:r>
      <w:r>
        <w:t xml:space="preserve">    (b) was slowly losing</w:t>
      </w:r>
      <w:r>
        <w:br/>
      </w:r>
      <w:r>
        <w:t xml:space="preserve">    (c) was empty (had none)</w:t>
      </w:r>
    </w:p>
    <w:p>
      <w:pPr>
        <w:pStyle w:val="Compact"/>
        <w:numPr>
          <w:ilvl w:val="0"/>
          <w:numId w:val="1001"/>
        </w:numPr>
      </w:pPr>
      <w:r>
        <w:rPr>
          <w:b/>
          <w:bCs/>
        </w:rPr>
        <w:t xml:space="preserve">There lay dragons slaughtered, towers ruined, monsters from dim ages toppled into rusted coinages pterodactyls smashed like biplanes from old and always meaningless wars, crustacea the color of emeralds abandoned on a white sand shore where the tide of life was going out, all, all the</w:t>
      </w:r>
      <w:r>
        <w:rPr>
          <w:b/>
          <w:bCs/>
        </w:rPr>
        <w:t xml:space="preserve"> </w:t>
      </w:r>
      <w:r>
        <w:rPr>
          <w:b/>
          <w:bCs/>
          <w:u w:val="single"/>
        </w:rPr>
        <w:t xml:space="preserve">illustrations</w:t>
      </w:r>
      <w:r>
        <w:rPr>
          <w:b/>
          <w:bCs/>
        </w:rPr>
        <w:t xml:space="preserve"> </w:t>
      </w:r>
      <w:r>
        <w:rPr>
          <w:b/>
          <w:bCs/>
        </w:rPr>
        <w:t xml:space="preserve">changing now, shifting, shriveling as the small flesh cooled.</w:t>
      </w:r>
      <w:r>
        <w:br/>
      </w:r>
      <w:r>
        <w:t xml:space="preserve">    (a) positively charged ions</w:t>
      </w:r>
      <w:r>
        <w:br/>
      </w:r>
      <w:r>
        <w:t xml:space="preserve">    (b) drawings or photographs</w:t>
      </w:r>
      <w:r>
        <w:br/>
      </w:r>
      <w:r>
        <w:t xml:space="preserve">    (c) proposed or actual laws</w:t>
      </w:r>
    </w:p>
    <w:p>
      <w:pPr>
        <w:pStyle w:val="Compact"/>
        <w:numPr>
          <w:ilvl w:val="0"/>
          <w:numId w:val="1001"/>
        </w:numPr>
      </w:pPr>
      <w:r>
        <w:rPr>
          <w:b/>
          <w:bCs/>
        </w:rPr>
        <w:t xml:space="preserve">the vital stuffs of their mortal greed,</w:t>
      </w:r>
      <w:r>
        <w:rPr>
          <w:b/>
          <w:bCs/>
        </w:rPr>
        <w:t xml:space="preserve"> </w:t>
      </w:r>
      <w:r>
        <w:rPr>
          <w:b/>
          <w:bCs/>
          <w:u w:val="single"/>
        </w:rPr>
        <w:t xml:space="preserve">rancor</w:t>
      </w:r>
      <w:r>
        <w:rPr>
          <w:b/>
          <w:bCs/>
        </w:rPr>
        <w:t xml:space="preserve">, and poisonous guilt,</w:t>
      </w:r>
      <w:r>
        <w:br/>
      </w:r>
      <w:r>
        <w:t xml:space="preserve">    (a) a firm decision to do something</w:t>
      </w:r>
      <w:r>
        <w:br/>
      </w:r>
      <w:r>
        <w:t xml:space="preserve">    (b) measure of general intelligence</w:t>
      </w:r>
      <w:r>
        <w:br/>
      </w:r>
      <w:r>
        <w:t xml:space="preserve">    (c) deep and bitter anger or hatred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2026-07-31T15:59:03Z</dcterms:created>
  <dcterms:modified xsi:type="dcterms:W3CDTF">2026-07-31T15:59:03Z</dcterms:modified>
</cp:coreProperties>
</file>

<file path=docProps/custom.xml><?xml version="1.0" encoding="utf-8"?>
<Properties xmlns="http://schemas.openxmlformats.org/officeDocument/2006/custom-properties" xmlns:vt="http://schemas.openxmlformats.org/officeDocument/2006/docPropsVTypes"/>
</file>