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016c2070ff283636b9b3f1d603451777bfe980"/>
    <w:p>
      <w:pPr>
        <w:pStyle w:val="Heading1"/>
      </w:pPr>
      <w:r>
        <w:rPr>
          <w:b/>
          <w:bCs/>
        </w:rPr>
        <w:t xml:space="preserve">Someone Like You</w:t>
      </w:r>
      <w:r>
        <w:br/>
      </w:r>
      <w:r>
        <w:rPr>
          <w:i/>
          <w:iCs/>
        </w:rPr>
        <w:t xml:space="preserve">Sarah Dessen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This was</w:t>
      </w:r>
      <w:r>
        <w:rPr>
          <w:b/>
          <w:bCs/>
        </w:rPr>
        <w:t xml:space="preserve"> </w:t>
      </w:r>
      <w:r>
        <w:rPr>
          <w:b/>
          <w:bCs/>
          <w:u w:val="single"/>
        </w:rPr>
        <w:t xml:space="preserve">crucial</w:t>
      </w:r>
      <w:r>
        <w:rPr>
          <w:b/>
          <w:bCs/>
        </w:rPr>
        <w:t xml:space="preserve">.</w:t>
      </w:r>
      <w:r>
        <w:br/>
      </w:r>
      <w:r>
        <w:t xml:space="preserve">    (a) very important</w:t>
      </w:r>
      <w:r>
        <w:br/>
      </w:r>
      <w:r>
        <w:t xml:space="preserve">    (b) more than is needed</w:t>
      </w:r>
      <w:r>
        <w:br/>
      </w:r>
      <w:r>
        <w:t xml:space="preserve">    (c) natural</w:t>
      </w:r>
    </w:p>
    <w:p>
      <w:pPr>
        <w:pStyle w:val="Compact"/>
        <w:numPr>
          <w:ilvl w:val="0"/>
          <w:numId w:val="1001"/>
        </w:numPr>
      </w:pPr>
      <w:r>
        <w:rPr>
          <w:b/>
          <w:bCs/>
        </w:rPr>
        <w:t xml:space="preserve">By that Sunday I was packed and riding three hours into the mountains with my mother, who spend the entire ride</w:t>
      </w:r>
      <w:r>
        <w:rPr>
          <w:b/>
          <w:bCs/>
        </w:rPr>
        <w:t xml:space="preserve"> </w:t>
      </w:r>
      <w:r>
        <w:rPr>
          <w:b/>
          <w:bCs/>
          <w:u w:val="single"/>
        </w:rPr>
        <w:t xml:space="preserve">reminiscing</w:t>
      </w:r>
      <w:r>
        <w:rPr>
          <w:b/>
          <w:bCs/>
        </w:rPr>
        <w:t xml:space="preserve"> </w:t>
      </w:r>
      <w:r>
        <w:rPr>
          <w:b/>
          <w:bCs/>
        </w:rPr>
        <w:t xml:space="preserve">about her own golden camp years and promising me I'd thank her when it was over.</w:t>
      </w:r>
      <w:r>
        <w:br/>
      </w:r>
      <w:r>
        <w:t xml:space="preserve">    (a) to talk or think fondly about past experiences</w:t>
      </w:r>
      <w:r>
        <w:br/>
      </w:r>
      <w:r>
        <w:t xml:space="preserve">    (b) thinking carefully and making a judgment about</w:t>
      </w:r>
      <w:r>
        <w:br/>
      </w:r>
      <w:r>
        <w:t xml:space="preserve">    (c) returning to an undesirable previous condition</w:t>
      </w:r>
    </w:p>
    <w:p>
      <w:pPr>
        <w:pStyle w:val="Compact"/>
        <w:numPr>
          <w:ilvl w:val="0"/>
          <w:numId w:val="1001"/>
        </w:numPr>
      </w:pPr>
      <w:r>
        <w:rPr>
          <w:b/>
          <w:bCs/>
        </w:rPr>
        <w:t xml:space="preserve">He sulked around,</w:t>
      </w:r>
      <w:r>
        <w:rPr>
          <w:b/>
          <w:bCs/>
        </w:rPr>
        <w:t xml:space="preserve"> </w:t>
      </w:r>
      <w:r>
        <w:rPr>
          <w:b/>
          <w:bCs/>
          <w:u w:val="single"/>
        </w:rPr>
        <w:t xml:space="preserve">glowered</w:t>
      </w:r>
      <w:r>
        <w:rPr>
          <w:b/>
          <w:bCs/>
        </w:rPr>
        <w:t xml:space="preserve"> </w:t>
      </w:r>
      <w:r>
        <w:rPr>
          <w:b/>
          <w:bCs/>
        </w:rPr>
        <w:t xml:space="preserve">at me, and still came over every Friday with his little sister and his parents, sitting stony-faced on the couch as I slipped out the door, yelling good-bye.</w:t>
      </w:r>
      <w:r>
        <w:br/>
      </w:r>
      <w:r>
        <w:t xml:space="preserve">    (a) stared angrily</w:t>
      </w:r>
      <w:r>
        <w:br/>
      </w:r>
      <w:r>
        <w:t xml:space="preserve">    (b) told (a story)</w:t>
      </w:r>
      <w:r>
        <w:br/>
      </w:r>
      <w:r>
        <w:t xml:space="preserve">    (c) not controlled</w:t>
      </w:r>
    </w:p>
    <w:p>
      <w:pPr>
        <w:pStyle w:val="Compact"/>
        <w:numPr>
          <w:ilvl w:val="0"/>
          <w:numId w:val="1001"/>
        </w:numPr>
      </w:pPr>
      <w:r>
        <w:rPr>
          <w:b/>
          <w:bCs/>
        </w:rPr>
        <w:t xml:space="preserve">As a Boy with a Reputation, his neighborhood legend</w:t>
      </w:r>
      <w:r>
        <w:rPr>
          <w:b/>
          <w:bCs/>
        </w:rPr>
        <w:t xml:space="preserve"> </w:t>
      </w:r>
      <w:r>
        <w:rPr>
          <w:b/>
          <w:bCs/>
          <w:u w:val="single"/>
        </w:rPr>
        <w:t xml:space="preserve">preceded</w:t>
      </w:r>
      <w:r>
        <w:rPr>
          <w:b/>
          <w:bCs/>
        </w:rPr>
        <w:t xml:space="preserve"> </w:t>
      </w:r>
      <w:r>
        <w:rPr>
          <w:b/>
          <w:bCs/>
        </w:rPr>
        <w:t xml:space="preserve">him.</w:t>
      </w:r>
      <w:r>
        <w:br/>
      </w:r>
      <w:r>
        <w:t xml:space="preserve">    (a) wrongly understood</w:t>
      </w:r>
      <w:r>
        <w:br/>
      </w:r>
      <w:r>
        <w:t xml:space="preserve">    (b) influenced opinion</w:t>
      </w:r>
      <w:r>
        <w:br/>
      </w:r>
      <w:r>
        <w:t xml:space="preserve">    (c) came before</w:t>
      </w:r>
    </w:p>
    <w:p>
      <w:pPr>
        <w:pStyle w:val="Compact"/>
        <w:numPr>
          <w:ilvl w:val="0"/>
          <w:numId w:val="1001"/>
        </w:numPr>
      </w:pPr>
      <w:r>
        <w:rPr>
          <w:b/>
          <w:bCs/>
        </w:rPr>
        <w:t xml:space="preserve">We pulled out onto Main Street in Scarlett's Ford</w:t>
      </w:r>
      <w:r>
        <w:rPr>
          <w:b/>
          <w:bCs/>
        </w:rPr>
        <w:t xml:space="preserve"> </w:t>
      </w:r>
      <w:r>
        <w:rPr>
          <w:b/>
          <w:bCs/>
          <w:u w:val="single"/>
        </w:rPr>
        <w:t xml:space="preserve">Aspire</w:t>
      </w:r>
      <w:r>
        <w:rPr>
          <w:b/>
          <w:bCs/>
        </w:rPr>
        <w:t xml:space="preserve">.</w:t>
      </w:r>
      <w:r>
        <w:br/>
      </w:r>
      <w:r>
        <w:t xml:space="preserve">    (a) decrease in intensity</w:t>
      </w:r>
      <w:r>
        <w:br/>
      </w:r>
      <w:r>
        <w:t xml:space="preserve">    (b) hope to be successful</w:t>
      </w:r>
      <w:r>
        <w:br/>
      </w:r>
      <w:r>
        <w:t xml:space="preserve">    (c) express strong regret</w:t>
      </w:r>
    </w:p>
    <w:p>
      <w:pPr>
        <w:pStyle w:val="Compact"/>
        <w:numPr>
          <w:ilvl w:val="0"/>
          <w:numId w:val="1001"/>
        </w:numPr>
      </w:pPr>
      <w:r>
        <w:rPr>
          <w:b/>
          <w:bCs/>
        </w:rPr>
        <w:t xml:space="preserve">I was trying to be</w:t>
      </w:r>
      <w:r>
        <w:rPr>
          <w:b/>
          <w:bCs/>
        </w:rPr>
        <w:t xml:space="preserve"> </w:t>
      </w:r>
      <w:r>
        <w:rPr>
          <w:b/>
          <w:bCs/>
          <w:u w:val="single"/>
        </w:rPr>
        <w:t xml:space="preserve">indignant</w:t>
      </w:r>
      <w:r>
        <w:rPr>
          <w:b/>
          <w:bCs/>
        </w:rPr>
        <w:t xml:space="preserve"> </w:t>
      </w:r>
      <w:r>
        <w:rPr>
          <w:b/>
          <w:bCs/>
        </w:rPr>
        <w:t xml:space="preserve">but he was so cute.</w:t>
      </w:r>
      <w:r>
        <w:br/>
      </w:r>
      <w:r>
        <w:t xml:space="preserve">    (a) angered or annoyed at something unjust or wrong</w:t>
      </w:r>
      <w:r>
        <w:br/>
      </w:r>
      <w:r>
        <w:t xml:space="preserve">    (b) surprised as something unexpected</w:t>
      </w:r>
      <w:r>
        <w:br/>
      </w:r>
      <w:r>
        <w:t xml:space="preserve">    (c) accepted of something undesired as unavoidable</w:t>
      </w:r>
    </w:p>
    <w:p>
      <w:pPr>
        <w:pStyle w:val="Compact"/>
        <w:numPr>
          <w:ilvl w:val="0"/>
          <w:numId w:val="1001"/>
        </w:numPr>
      </w:pPr>
      <w:r>
        <w:rPr>
          <w:b/>
          <w:bCs/>
        </w:rPr>
        <w:t xml:space="preserve">It's probably just my well-documented</w:t>
      </w:r>
      <w:r>
        <w:rPr>
          <w:b/>
          <w:bCs/>
        </w:rPr>
        <w:t xml:space="preserve"> </w:t>
      </w:r>
      <w:r>
        <w:rPr>
          <w:b/>
          <w:bCs/>
          <w:u w:val="single"/>
        </w:rPr>
        <w:t xml:space="preserve">aversion</w:t>
      </w:r>
      <w:r>
        <w:rPr>
          <w:b/>
          <w:bCs/>
        </w:rPr>
        <w:t xml:space="preserve"> </w:t>
      </w:r>
      <w:r>
        <w:rPr>
          <w:b/>
          <w:bCs/>
        </w:rPr>
        <w:t xml:space="preserve">to school.</w:t>
      </w:r>
      <w:r>
        <w:br/>
      </w:r>
      <w:r>
        <w:t xml:space="preserve">    (a) a firm decision to do something</w:t>
      </w:r>
      <w:r>
        <w:br/>
      </w:r>
      <w:r>
        <w:t xml:space="preserve">    (b) dislike that leads to avoidance</w:t>
      </w:r>
      <w:r>
        <w:br/>
      </w:r>
      <w:r>
        <w:t xml:space="preserve">    (c) measure of general intelligence</w:t>
      </w:r>
    </w:p>
    <w:p>
      <w:pPr>
        <w:pStyle w:val="Compact"/>
        <w:numPr>
          <w:ilvl w:val="0"/>
          <w:numId w:val="1001"/>
        </w:numPr>
      </w:pPr>
      <w:r>
        <w:rPr>
          <w:b/>
          <w:bCs/>
        </w:rPr>
        <w:t xml:space="preserve">My father thought this was</w:t>
      </w:r>
      <w:r>
        <w:rPr>
          <w:b/>
          <w:bCs/>
        </w:rPr>
        <w:t xml:space="preserve"> </w:t>
      </w:r>
      <w:r>
        <w:rPr>
          <w:b/>
          <w:bCs/>
          <w:u w:val="single"/>
        </w:rPr>
        <w:t xml:space="preserve">hysterical</w:t>
      </w:r>
      <w:r>
        <w:rPr>
          <w:b/>
          <w:bCs/>
        </w:rPr>
        <w:t xml:space="preserve">, even better than A Neighborhood of Fiends, and my mother accused him of always taking the long way home just to look at it.</w:t>
      </w:r>
      <w:r>
        <w:br/>
      </w:r>
      <w:r>
        <w:t xml:space="preserve">    (a) when what happens is very different than what might be expected; or when things seem incongruous together</w:t>
      </w:r>
      <w:r>
        <w:br/>
      </w:r>
      <w:r>
        <w:t xml:space="preserve">    (b) exceedingly funny (resulting in uncontrollable laughter); or exhibiting excessive, uncontrollable emotion</w:t>
      </w:r>
      <w:r>
        <w:br/>
      </w:r>
      <w:r>
        <w:t xml:space="preserve">    (c) marked by a colonnade (series of regularly spaced columns) surrounding a building or enclosing a courtyard</w:t>
      </w:r>
    </w:p>
    <w:p>
      <w:pPr>
        <w:pStyle w:val="Compact"/>
        <w:numPr>
          <w:ilvl w:val="0"/>
          <w:numId w:val="1001"/>
        </w:numPr>
      </w:pPr>
      <w:r>
        <w:rPr>
          <w:b/>
          <w:bCs/>
        </w:rPr>
        <w:t xml:space="preserve">It's like a history club, where they study the</w:t>
      </w:r>
      <w:r>
        <w:rPr>
          <w:b/>
          <w:bCs/>
        </w:rPr>
        <w:t xml:space="preserve"> </w:t>
      </w:r>
      <w:r>
        <w:rPr>
          <w:b/>
          <w:bCs/>
          <w:u w:val="single"/>
        </w:rPr>
        <w:t xml:space="preserve">medieval</w:t>
      </w:r>
      <w:r>
        <w:rPr>
          <w:b/>
          <w:bCs/>
        </w:rPr>
        <w:t xml:space="preserve"> </w:t>
      </w:r>
      <w:r>
        <w:rPr>
          <w:b/>
          <w:bCs/>
        </w:rPr>
        <w:t xml:space="preserve">period together, on weekends.</w:t>
      </w:r>
      <w:r>
        <w:br/>
      </w:r>
      <w:r>
        <w:t xml:space="preserve">    (a) relating to or belonging to the Middle Ages</w:t>
      </w:r>
      <w:r>
        <w:br/>
      </w:r>
      <w:r>
        <w:br/>
      </w:r>
      <w:r>
        <w:t xml:space="preserve">(the period of European history between the fall of the Roman Empire and the beginning of the Renaissance -- roughly 500–1500 AD)</w:t>
      </w:r>
      <w:r>
        <w:br/>
      </w:r>
      <w:r>
        <w:t xml:space="preserve">    (b) the quality or degree of being straightforward or clear (sometimes indicating that truth is not worded carefully to spare feelings or gain advantage)</w:t>
      </w:r>
      <w:r>
        <w:br/>
      </w:r>
      <w:r>
        <w:t xml:space="preserve">    (c) the degree to which a performance of or to someone else's work lends itself to the expression of personal artistic ideas or feelings by the performer</w:t>
      </w:r>
    </w:p>
    <w:p>
      <w:pPr>
        <w:pStyle w:val="Compact"/>
        <w:numPr>
          <w:ilvl w:val="0"/>
          <w:numId w:val="1001"/>
        </w:numPr>
      </w:pPr>
      <w:r>
        <w:rPr>
          <w:b/>
          <w:bCs/>
        </w:rPr>
        <w:t xml:space="preserve">"They don't</w:t>
      </w:r>
      <w:r>
        <w:rPr>
          <w:b/>
          <w:bCs/>
        </w:rPr>
        <w:t xml:space="preserve"> </w:t>
      </w:r>
      <w:r>
        <w:rPr>
          <w:b/>
          <w:bCs/>
          <w:u w:val="single"/>
        </w:rPr>
        <w:t xml:space="preserve">joust</w:t>
      </w:r>
      <w:r>
        <w:rPr>
          <w:b/>
          <w:bCs/>
        </w:rPr>
        <w:t xml:space="preserve">," Marion grumbled,</w:t>
      </w:r>
      <w:r>
        <w:br/>
      </w:r>
      <w:r>
        <w:t xml:space="preserve">    (a) accept someone's membership though a special procedure such as a ceremony and/or period of instruction and/or test</w:t>
      </w:r>
      <w:r>
        <w:br/>
      </w:r>
      <w:r>
        <w:t xml:space="preserve">    (b) a contest in which knights attempt to knock each other off horses with blunted lances</w:t>
      </w:r>
      <w:r>
        <w:br/>
      </w:r>
      <w:r>
        <w:t xml:space="preserve">    (c) a method of artistic painting on a wall by using watercolors on wet plaster; or the painting made in such a manner</w:t>
      </w:r>
    </w:p>
    <w:p>
      <w:pPr>
        <w:pStyle w:val="Compact"/>
        <w:numPr>
          <w:ilvl w:val="0"/>
          <w:numId w:val="1001"/>
        </w:numPr>
      </w:pPr>
      <w:r>
        <w:rPr>
          <w:b/>
          <w:bCs/>
        </w:rPr>
        <w:t xml:space="preserve">Marion was acting like she couldn't hear us,</w:t>
      </w:r>
      <w:r>
        <w:rPr>
          <w:b/>
          <w:bCs/>
        </w:rPr>
        <w:t xml:space="preserve"> </w:t>
      </w:r>
      <w:r>
        <w:rPr>
          <w:b/>
          <w:bCs/>
          <w:u w:val="single"/>
        </w:rPr>
        <w:t xml:space="preserve">engrossed</w:t>
      </w:r>
      <w:r>
        <w:rPr>
          <w:b/>
          <w:bCs/>
        </w:rPr>
        <w:t xml:space="preserve"> </w:t>
      </w:r>
      <w:r>
        <w:rPr>
          <w:b/>
          <w:bCs/>
        </w:rPr>
        <w:t xml:space="preserve">in buffing a pinky nail.</w:t>
      </w:r>
      <w:r>
        <w:br/>
      </w:r>
      <w:r>
        <w:t xml:space="preserve">    (a) limited or with boundaries</w:t>
      </w:r>
      <w:r>
        <w:br/>
      </w:r>
      <w:r>
        <w:t xml:space="preserve">    (b) gradually added or removed</w:t>
      </w:r>
      <w:r>
        <w:br/>
      </w:r>
      <w:r>
        <w:t xml:space="preserve">    (c) with all attention focused</w:t>
      </w:r>
    </w:p>
    <w:p>
      <w:pPr>
        <w:pStyle w:val="Compact"/>
        <w:numPr>
          <w:ilvl w:val="0"/>
          <w:numId w:val="1001"/>
        </w:numPr>
      </w:pPr>
      <w:r>
        <w:rPr>
          <w:b/>
          <w:bCs/>
        </w:rPr>
        <w:t xml:space="preserve">I thought of Macon, of that clock in the gym, of the</w:t>
      </w:r>
      <w:r>
        <w:rPr>
          <w:b/>
          <w:bCs/>
        </w:rPr>
        <w:t xml:space="preserve"> </w:t>
      </w:r>
      <w:r>
        <w:rPr>
          <w:b/>
          <w:bCs/>
          <w:u w:val="single"/>
        </w:rPr>
        <w:t xml:space="preserve">momentous</w:t>
      </w:r>
      <w:r>
        <w:rPr>
          <w:b/>
          <w:bCs/>
        </w:rPr>
        <w:t xml:space="preserve"> </w:t>
      </w:r>
      <w:r>
        <w:rPr>
          <w:b/>
          <w:bCs/>
        </w:rPr>
        <w:t xml:space="preserve">day I'd had, and held back everything.</w:t>
      </w:r>
      <w:r>
        <w:br/>
      </w:r>
      <w:r>
        <w:t xml:space="preserve">    (a) the quality of disagreeing</w:t>
      </w:r>
      <w:r>
        <w:br/>
      </w:r>
      <w:r>
        <w:t xml:space="preserve">    (b) of very great significance</w:t>
      </w:r>
      <w:r>
        <w:br/>
      </w:r>
      <w:r>
        <w:t xml:space="preserve">    (c) able to meet and talk with</w:t>
      </w:r>
    </w:p>
    <w:p>
      <w:pPr>
        <w:pStyle w:val="Compact"/>
        <w:numPr>
          <w:ilvl w:val="0"/>
          <w:numId w:val="1001"/>
        </w:numPr>
      </w:pPr>
      <w:r>
        <w:rPr>
          <w:b/>
          <w:bCs/>
        </w:rPr>
        <w:t xml:space="preserve">Noah was still</w:t>
      </w:r>
      <w:r>
        <w:rPr>
          <w:b/>
          <w:bCs/>
        </w:rPr>
        <w:t xml:space="preserve"> </w:t>
      </w:r>
      <w:r>
        <w:rPr>
          <w:b/>
          <w:bCs/>
          <w:u w:val="single"/>
        </w:rPr>
        <w:t xml:space="preserve">sulking</w:t>
      </w:r>
      <w:r>
        <w:rPr>
          <w:b/>
          <w:bCs/>
        </w:rPr>
        <w:t xml:space="preserve">, for sure, and Clara was probably already curled up asleep on my bed, to be carried to the car later.</w:t>
      </w:r>
      <w:r>
        <w:br/>
      </w:r>
      <w:r>
        <w:t xml:space="preserve">    (a) drawing pictures to accompany</w:t>
      </w:r>
      <w:r>
        <w:br/>
      </w:r>
      <w:r>
        <w:t xml:space="preserve">    (b) eating rapidly and completely</w:t>
      </w:r>
      <w:r>
        <w:br/>
      </w:r>
      <w:r>
        <w:t xml:space="preserve">    (c) overly unhappy and unsociable</w:t>
      </w:r>
    </w:p>
    <w:p>
      <w:pPr>
        <w:pStyle w:val="Compact"/>
        <w:numPr>
          <w:ilvl w:val="0"/>
          <w:numId w:val="1001"/>
        </w:numPr>
      </w:pPr>
      <w:r>
        <w:rPr>
          <w:b/>
          <w:bCs/>
        </w:rPr>
        <w:t xml:space="preserve">I sat up straighter, watching the shadow slip past the row of trees my mother was trying to nudge into growing against the fence, stepping smoothly over the hole where my father had</w:t>
      </w:r>
      <w:r>
        <w:rPr>
          <w:b/>
          <w:bCs/>
        </w:rPr>
        <w:t xml:space="preserve"> </w:t>
      </w:r>
      <w:r>
        <w:rPr>
          <w:b/>
          <w:bCs/>
          <w:u w:val="single"/>
        </w:rPr>
        <w:t xml:space="preserve">sprained</w:t>
      </w:r>
      <w:r>
        <w:rPr>
          <w:b/>
          <w:bCs/>
        </w:rPr>
        <w:t xml:space="preserve"> </w:t>
      </w:r>
      <w:r>
        <w:rPr>
          <w:b/>
          <w:bCs/>
        </w:rPr>
        <w:t xml:space="preserve">his ankle mowing the lawn the summer before.</w:t>
      </w:r>
      <w:r>
        <w:br/>
      </w:r>
      <w:r>
        <w:t xml:space="preserve">    (a) injured the ligaments of a joint by stretching them too far (ligaments are the tough, fibrous bands that connect bones across joints)</w:t>
      </w:r>
      <w:r>
        <w:br/>
      </w:r>
      <w:r>
        <w:t xml:space="preserve">    (b) a structural form (rigid, web-like assembly of smaller, usually triangular members) that supports a roof, bridge or other structure</w:t>
      </w:r>
      <w:r>
        <w:br/>
      </w:r>
      <w:r>
        <w:t xml:space="preserve">    (c) corrupted or seduced from virtue, duty, or allegiance  OR  excessively drank, engaged in casual sex, and/or drug abuse while partying</w:t>
      </w:r>
    </w:p>
    <w:p>
      <w:pPr>
        <w:pStyle w:val="Compact"/>
        <w:numPr>
          <w:ilvl w:val="0"/>
          <w:numId w:val="1001"/>
        </w:numPr>
      </w:pPr>
      <w:r>
        <w:rPr>
          <w:b/>
          <w:bCs/>
        </w:rPr>
        <w:t xml:space="preserve">His face was stony,</w:t>
      </w:r>
      <w:r>
        <w:rPr>
          <w:b/>
          <w:bCs/>
        </w:rPr>
        <w:t xml:space="preserve"> </w:t>
      </w:r>
      <w:r>
        <w:rPr>
          <w:b/>
          <w:bCs/>
          <w:u w:val="single"/>
        </w:rPr>
        <w:t xml:space="preserve">solemn</w:t>
      </w:r>
      <w:r>
        <w:rPr>
          <w:b/>
          <w:bCs/>
        </w:rPr>
        <w:t xml:space="preserve">, as he stared at me, holding a Coke in his hand.</w:t>
      </w:r>
      <w:r>
        <w:br/>
      </w:r>
      <w:r>
        <w:t xml:space="preserve">    (a) indicating approval or agreement</w:t>
      </w:r>
      <w:r>
        <w:br/>
      </w:r>
      <w:r>
        <w:t xml:space="preserve">    (b) able to be taken on as one's own</w:t>
      </w:r>
      <w:r>
        <w:br/>
      </w:r>
      <w:r>
        <w:t xml:space="preserve">    (c) serious</w:t>
      </w:r>
    </w:p>
    <w:p>
      <w:pPr>
        <w:pStyle w:val="Compact"/>
        <w:numPr>
          <w:ilvl w:val="0"/>
          <w:numId w:val="1001"/>
        </w:numPr>
      </w:pPr>
      <w:r>
        <w:rPr>
          <w:b/>
          <w:bCs/>
        </w:rPr>
        <w:t xml:space="preserve">She choked on this last part, her voice</w:t>
      </w:r>
      <w:r>
        <w:rPr>
          <w:b/>
          <w:bCs/>
        </w:rPr>
        <w:t xml:space="preserve"> </w:t>
      </w:r>
      <w:r>
        <w:rPr>
          <w:b/>
          <w:bCs/>
          <w:u w:val="single"/>
        </w:rPr>
        <w:t xml:space="preserve">wavering</w:t>
      </w:r>
      <w:r>
        <w:rPr>
          <w:b/>
          <w:bCs/>
        </w:rPr>
        <w:t xml:space="preserve">.</w:t>
      </w:r>
      <w:r>
        <w:br/>
      </w:r>
      <w:r>
        <w:t xml:space="preserve">    (a) returning to an undesirable previous condition</w:t>
      </w:r>
      <w:r>
        <w:br/>
      </w:r>
      <w:r>
        <w:t xml:space="preserve">    (b) moving back and forth; or being unsure or weak</w:t>
      </w:r>
      <w:r>
        <w:br/>
      </w:r>
      <w:r>
        <w:t xml:space="preserve">    (c) thinking carefully and making a judgment about</w:t>
      </w:r>
    </w:p>
    <w:p>
      <w:pPr>
        <w:pStyle w:val="Compact"/>
        <w:numPr>
          <w:ilvl w:val="0"/>
          <w:numId w:val="1001"/>
        </w:numPr>
      </w:pPr>
      <w:r>
        <w:rPr>
          <w:b/>
          <w:bCs/>
        </w:rPr>
        <w:t xml:space="preserve">With her stomach</w:t>
      </w:r>
      <w:r>
        <w:rPr>
          <w:b/>
          <w:bCs/>
        </w:rPr>
        <w:t xml:space="preserve"> </w:t>
      </w:r>
      <w:r>
        <w:rPr>
          <w:b/>
          <w:bCs/>
          <w:u w:val="single"/>
        </w:rPr>
        <w:t xml:space="preserve">protruding</w:t>
      </w:r>
      <w:r>
        <w:rPr>
          <w:b/>
          <w:bCs/>
        </w:rPr>
        <w:t xml:space="preserve"> </w:t>
      </w:r>
      <w:r>
        <w:rPr>
          <w:b/>
          <w:bCs/>
        </w:rPr>
        <w:t xml:space="preserve">and her face always flushed, even the drab green Milton's Market apron couldn't keep her secret.</w:t>
      </w:r>
      <w:r>
        <w:br/>
      </w:r>
      <w:r>
        <w:t xml:space="preserve">    (a) getting near</w:t>
      </w:r>
      <w:r>
        <w:br/>
      </w:r>
      <w:r>
        <w:t xml:space="preserve">    (b) hiring again</w:t>
      </w:r>
      <w:r>
        <w:br/>
      </w:r>
      <w:r>
        <w:t xml:space="preserve">    (c) sticking out</w:t>
      </w:r>
    </w:p>
    <w:p>
      <w:pPr>
        <w:pStyle w:val="Compact"/>
        <w:numPr>
          <w:ilvl w:val="0"/>
          <w:numId w:val="1001"/>
        </w:numPr>
      </w:pPr>
      <w:r>
        <w:rPr>
          <w:b/>
          <w:bCs/>
        </w:rPr>
        <w:t xml:space="preserve">The way my mother held her tongue when I knew she was dying to offer an opinion, to</w:t>
      </w:r>
      <w:r>
        <w:rPr>
          <w:b/>
          <w:bCs/>
        </w:rPr>
        <w:t xml:space="preserve"> </w:t>
      </w:r>
      <w:r>
        <w:rPr>
          <w:b/>
          <w:bCs/>
          <w:u w:val="single"/>
        </w:rPr>
        <w:t xml:space="preserve">dominate</w:t>
      </w:r>
      <w:r>
        <w:rPr>
          <w:b/>
          <w:bCs/>
        </w:rPr>
        <w:t xml:space="preserve"> </w:t>
      </w:r>
      <w:r>
        <w:rPr>
          <w:b/>
          <w:bCs/>
        </w:rPr>
        <w:t xml:space="preserve">a conversation-to be my mother.</w:t>
      </w:r>
      <w:r>
        <w:br/>
      </w:r>
      <w:r>
        <w:t xml:space="preserve">    (a) to think of something as true or likely, even though it is not known with certainty</w:t>
      </w:r>
      <w:r>
        <w:br/>
      </w:r>
      <w:r>
        <w:t xml:space="preserve">    (b) give authority, power, knowledge, or confidence to someone so they can do something</w:t>
      </w:r>
      <w:r>
        <w:br/>
      </w:r>
      <w:r>
        <w:t xml:space="preserve">    (c) to control; or to be most influential</w:t>
      </w:r>
    </w:p>
    <w:p>
      <w:pPr>
        <w:pStyle w:val="Compact"/>
        <w:numPr>
          <w:ilvl w:val="0"/>
          <w:numId w:val="1001"/>
        </w:numPr>
      </w:pPr>
      <w:r>
        <w:rPr>
          <w:b/>
          <w:bCs/>
        </w:rPr>
        <w:t xml:space="preserve">She acted like she was firm on</w:t>
      </w:r>
      <w:r>
        <w:rPr>
          <w:b/>
          <w:bCs/>
        </w:rPr>
        <w:t xml:space="preserve"> </w:t>
      </w:r>
      <w:r>
        <w:rPr>
          <w:b/>
          <w:bCs/>
          <w:u w:val="single"/>
        </w:rPr>
        <w:t xml:space="preserve">adoption</w:t>
      </w:r>
      <w:r>
        <w:rPr>
          <w:b/>
          <w:bCs/>
        </w:rPr>
        <w:t xml:space="preserve"> </w:t>
      </w:r>
      <w:r>
        <w:rPr>
          <w:b/>
          <w:bCs/>
        </w:rPr>
        <w:t xml:space="preserve">until about Month Seven, early March, when I walked in on her in the nursery.</w:t>
      </w:r>
      <w:r>
        <w:br/>
      </w:r>
      <w:r>
        <w:t xml:space="preserve">    (a) the act of taking something on as one's own</w:t>
      </w:r>
      <w:r>
        <w:br/>
      </w:r>
      <w:r>
        <w:t xml:space="preserve">    (b) relating to where attention is concentrated</w:t>
      </w:r>
      <w:r>
        <w:br/>
      </w:r>
      <w:r>
        <w:t xml:space="preserve">    (c) something that helps clarify or demonstrate</w:t>
      </w:r>
    </w:p>
    <w:p>
      <w:pPr>
        <w:pStyle w:val="Compact"/>
        <w:numPr>
          <w:ilvl w:val="0"/>
          <w:numId w:val="1001"/>
        </w:numPr>
      </w:pPr>
      <w:r>
        <w:rPr>
          <w:b/>
          <w:bCs/>
        </w:rPr>
        <w:t xml:space="preserve">I pushed past girls in their princess outfits, past clouds of cologne and perfume, past Mrs. Oakley, the vice</w:t>
      </w:r>
      <w:r>
        <w:rPr>
          <w:b/>
          <w:bCs/>
        </w:rPr>
        <w:t xml:space="preserve"> </w:t>
      </w:r>
      <w:r>
        <w:rPr>
          <w:b/>
          <w:bCs/>
          <w:u w:val="single"/>
        </w:rPr>
        <w:t xml:space="preserve">principal</w:t>
      </w:r>
      <w:r>
        <w:rPr>
          <w:b/>
          <w:bCs/>
        </w:rPr>
        <w:t xml:space="preserve">, who was eyeballing everyone on the lookout for drugs and drunks.</w:t>
      </w:r>
      <w:r>
        <w:br/>
      </w:r>
      <w:r>
        <w:t xml:space="preserve">    (a) serving to help explain or demonstrate something</w:t>
      </w:r>
      <w:r>
        <w:br/>
      </w:r>
      <w:r>
        <w:t xml:space="preserve">    (b) most important; or person that is most important</w:t>
      </w:r>
      <w:r>
        <w:br/>
      </w:r>
      <w:r>
        <w:t xml:space="preserve">    (c) the state or degree of criticism or disagreement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2026-07-31T16:43:03Z</dcterms:created>
  <dcterms:modified xsi:type="dcterms:W3CDTF">2026-07-31T16:43:03Z</dcterms:modified>
</cp:coreProperties>
</file>

<file path=docProps/custom.xml><?xml version="1.0" encoding="utf-8"?>
<Properties xmlns="http://schemas.openxmlformats.org/officeDocument/2006/custom-properties" xmlns:vt="http://schemas.openxmlformats.org/officeDocument/2006/docPropsVTypes"/>
</file>