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b08619a543e71a03b2fbc4534c67b5c337d88df"/>
    <w:p>
      <w:pPr>
        <w:pStyle w:val="Heading1"/>
      </w:pPr>
      <w:r>
        <w:rPr>
          <w:b/>
          <w:bCs/>
        </w:rPr>
        <w:t xml:space="preserve">Society and Solitude</w:t>
      </w:r>
      <w:r>
        <w:br/>
      </w:r>
      <w:r>
        <w:rPr>
          <w:i/>
          <w:iCs/>
        </w:rPr>
        <w:t xml:space="preserve">Ralph Waldo Emerson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 stood before the tumbling main</w:t>
      </w:r>
      <w:r>
        <w:br/>
      </w:r>
      <w:r>
        <w:rPr>
          <w:b/>
          <w:bCs/>
        </w:rPr>
        <w:t xml:space="preserve">With joy too tense for sober brain;</w:t>
      </w:r>
      <w:r>
        <w:br/>
      </w:r>
      <w:r>
        <w:rPr>
          <w:b/>
          <w:bCs/>
        </w:rPr>
        <w:t xml:space="preserve">He shared the life of the element,</w:t>
      </w:r>
      <w:r>
        <w:br/>
      </w:r>
      <w:r>
        <w:rPr>
          <w:b/>
          <w:bCs/>
        </w:rPr>
        <w:t xml:space="preserve">The tie of blood and home was rent:</w:t>
      </w:r>
      <w:r>
        <w:br/>
      </w:r>
      <w:r>
        <w:rPr>
          <w:b/>
          <w:bCs/>
        </w:rPr>
        <w:t xml:space="preserve">As if in him the welkin walked,</w:t>
      </w:r>
      <w:r>
        <w:br/>
      </w:r>
      <w:r>
        <w:rPr>
          <w:b/>
          <w:bCs/>
        </w:rPr>
        <w:t xml:space="preserve">The winds took flesh, the mountains talked,</w:t>
      </w:r>
      <w:r>
        <w:br/>
      </w:r>
      <w:r>
        <w:rPr>
          <w:b/>
          <w:bCs/>
        </w:rPr>
        <w:t xml:space="preserve">And he the</w:t>
      </w:r>
      <w:r>
        <w:rPr>
          <w:b/>
          <w:bCs/>
        </w:rPr>
        <w:t xml:space="preserve"> </w:t>
      </w:r>
      <w:r>
        <w:rPr>
          <w:b/>
          <w:bCs/>
          <w:u w:val="single"/>
        </w:rPr>
        <w:t xml:space="preserve">bard</w:t>
      </w:r>
      <w:r>
        <w:rPr>
          <w:b/>
          <w:bCs/>
        </w:rPr>
        <w:t xml:space="preserve">, a crystal soul,</w:t>
      </w:r>
      <w:r>
        <w:br/>
      </w:r>
      <w:r>
        <w:rPr>
          <w:b/>
          <w:bCs/>
        </w:rPr>
        <w:t xml:space="preserve">Sphered and concentric with the whole.</w:t>
      </w:r>
      <w:r>
        <w:br/>
      </w:r>
      <w:r>
        <w:t xml:space="preserve">    (a) someone who composes and recites or sings poems about important events and people; or (as a proper noun) Shakespeare</w:t>
      </w:r>
      <w:r>
        <w:br/>
      </w:r>
      <w:r>
        <w:t xml:space="preserve">    (b) a hole or dropoff so deep the bottom cannot be seen -- often used figuratively to imply a frightening bottomless pit</w:t>
      </w:r>
      <w:r>
        <w:br/>
      </w:r>
      <w:r>
        <w:t xml:space="preserve">    (c) of the American Indian civilization of Yucatan and Belize and Guatemala that reached its peak between AD 300 and 900</w:t>
      </w:r>
    </w:p>
    <w:p>
      <w:pPr>
        <w:pStyle w:val="Compact"/>
        <w:numPr>
          <w:ilvl w:val="0"/>
          <w:numId w:val="1001"/>
        </w:numPr>
      </w:pPr>
      <w:r>
        <w:rPr>
          <w:b/>
          <w:bCs/>
        </w:rPr>
        <w:t xml:space="preserve">His</w:t>
      </w:r>
      <w:r>
        <w:rPr>
          <w:b/>
          <w:bCs/>
        </w:rPr>
        <w:t xml:space="preserve"> </w:t>
      </w:r>
      <w:r>
        <w:rPr>
          <w:b/>
          <w:bCs/>
          <w:u w:val="single"/>
        </w:rPr>
        <w:t xml:space="preserve">dismay</w:t>
      </w:r>
      <w:r>
        <w:rPr>
          <w:b/>
          <w:bCs/>
        </w:rPr>
        <w:t xml:space="preserve"> </w:t>
      </w:r>
      <w:r>
        <w:rPr>
          <w:b/>
          <w:bCs/>
        </w:rPr>
        <w:t xml:space="preserve">at his visibility had blunted the fears of mortality.</w:t>
      </w:r>
      <w:r>
        <w:br/>
      </w:r>
      <w:r>
        <w:t xml:space="preserve">    (a) sadness, disappointment, or worry</w:t>
      </w:r>
      <w:r>
        <w:br/>
      </w:r>
      <w:r>
        <w:t xml:space="preserve">    (b) walk in an awkward, shuffling way</w:t>
      </w:r>
      <w:r>
        <w:br/>
      </w:r>
      <w:r>
        <w:t xml:space="preserve">    (c) make someone want to do something</w:t>
      </w:r>
    </w:p>
    <w:p>
      <w:pPr>
        <w:pStyle w:val="Compact"/>
        <w:numPr>
          <w:ilvl w:val="0"/>
          <w:numId w:val="1001"/>
        </w:numPr>
      </w:pPr>
      <w:r>
        <w:rPr>
          <w:b/>
          <w:bCs/>
        </w:rPr>
        <w:t xml:space="preserve">Such are the talents determined on some specialty, which a</w:t>
      </w:r>
      <w:r>
        <w:rPr>
          <w:b/>
          <w:bCs/>
        </w:rPr>
        <w:t xml:space="preserve"> </w:t>
      </w:r>
      <w:r>
        <w:rPr>
          <w:b/>
          <w:bCs/>
          <w:u w:val="single"/>
        </w:rPr>
        <w:t xml:space="preserve">culminating</w:t>
      </w:r>
      <w:r>
        <w:rPr>
          <w:b/>
          <w:bCs/>
        </w:rPr>
        <w:t xml:space="preserve"> </w:t>
      </w:r>
      <w:r>
        <w:rPr>
          <w:b/>
          <w:bCs/>
        </w:rPr>
        <w:t xml:space="preserve">civilization fosters in the heart of great cities and in royal chambers.</w:t>
      </w:r>
      <w:r>
        <w:br/>
      </w:r>
      <w:r>
        <w:t xml:space="preserve">    (a) holding together (connecting or uniting) or wrapping</w:t>
      </w:r>
      <w:r>
        <w:br/>
      </w:r>
      <w:r>
        <w:t xml:space="preserve">    (b) controlling in advance (how something will turn out)</w:t>
      </w:r>
      <w:r>
        <w:br/>
      </w:r>
      <w:r>
        <w:t xml:space="preserve">    (c) reaching the highest or most decisive or final stage</w:t>
      </w:r>
    </w:p>
    <w:p>
      <w:pPr>
        <w:pStyle w:val="Compact"/>
        <w:numPr>
          <w:ilvl w:val="0"/>
          <w:numId w:val="1001"/>
        </w:numPr>
      </w:pPr>
      <w:r>
        <w:rPr>
          <w:b/>
          <w:bCs/>
        </w:rPr>
        <w:t xml:space="preserve">Even Swedenborg, whose theory of the universe is based on affection, and who reprobates to weariness the danger and vice of pure intellect, is</w:t>
      </w:r>
      <w:r>
        <w:rPr>
          <w:b/>
          <w:bCs/>
        </w:rPr>
        <w:t xml:space="preserve"> </w:t>
      </w:r>
      <w:r>
        <w:rPr>
          <w:b/>
          <w:bCs/>
          <w:u w:val="single"/>
        </w:rPr>
        <w:t xml:space="preserve">constrained</w:t>
      </w:r>
      <w:r>
        <w:rPr>
          <w:b/>
          <w:bCs/>
        </w:rPr>
        <w:t xml:space="preserve"> </w:t>
      </w:r>
      <w:r>
        <w:rPr>
          <w:b/>
          <w:bCs/>
        </w:rPr>
        <w:t xml:space="preserve">to make an extraordinary exception: " There are also angels who do not live consociated, but separate, house and house; these dwell in the midst of heaven, because they are the best of angels."</w:t>
      </w:r>
      <w:r>
        <w:br/>
      </w:r>
      <w:r>
        <w:t xml:space="preserve">    (a) stopped (something from happening)</w:t>
      </w:r>
      <w:r>
        <w:br/>
      </w:r>
      <w:r>
        <w:t xml:space="preserve">    (b) not provided with investment funds</w:t>
      </w:r>
      <w:r>
        <w:br/>
      </w:r>
      <w:r>
        <w:t xml:space="preserve">    (c) restricted; or lacking spontaneity</w:t>
      </w:r>
    </w:p>
    <w:p>
      <w:pPr>
        <w:pStyle w:val="Compact"/>
        <w:numPr>
          <w:ilvl w:val="0"/>
          <w:numId w:val="1001"/>
        </w:numPr>
      </w:pPr>
      <w:r>
        <w:rPr>
          <w:b/>
          <w:bCs/>
        </w:rPr>
        <w:t xml:space="preserve">'T is fine for uS to talk; we sit and muse and are</w:t>
      </w:r>
      <w:r>
        <w:rPr>
          <w:b/>
          <w:bCs/>
        </w:rPr>
        <w:t xml:space="preserve"> </w:t>
      </w:r>
      <w:r>
        <w:rPr>
          <w:b/>
          <w:bCs/>
          <w:u w:val="single"/>
        </w:rPr>
        <w:t xml:space="preserve">serene</w:t>
      </w:r>
      <w:r>
        <w:rPr>
          <w:b/>
          <w:bCs/>
        </w:rPr>
        <w:t xml:space="preserve"> </w:t>
      </w:r>
      <w:r>
        <w:rPr>
          <w:b/>
          <w:bCs/>
        </w:rPr>
        <w:t xml:space="preserve">and complete; but the moment we meet with any-body, each becomes a fraction.'</w:t>
      </w:r>
      <w:r>
        <w:br/>
      </w:r>
      <w:r>
        <w:t xml:space="preserve">    (a) calm and untroubled</w:t>
      </w:r>
      <w:r>
        <w:br/>
      </w:r>
      <w:r>
        <w:t xml:space="preserve">    (b) not done on purpose</w:t>
      </w:r>
      <w:r>
        <w:br/>
      </w:r>
      <w:r>
        <w:t xml:space="preserve">    (c) not straightforward</w:t>
      </w:r>
    </w:p>
    <w:p>
      <w:pPr>
        <w:pStyle w:val="Compact"/>
        <w:numPr>
          <w:ilvl w:val="0"/>
          <w:numId w:val="1001"/>
        </w:numPr>
      </w:pPr>
      <w:r>
        <w:rPr>
          <w:b/>
          <w:bCs/>
        </w:rPr>
        <w:t xml:space="preserve">Though the stuff of tragedy and of romances is in a moral union of two superior persons whose confidence in each other for long years, out of sight and in sight, and against all appearances, is at last justified by victorious proof of probity to gods and men, causing joyful emotions, tears and glory, — though there be for heroes this moral union, yet they too are as far off as ever from an intellectual union, and the moral union is for comparatively low and</w:t>
      </w:r>
      <w:r>
        <w:rPr>
          <w:b/>
          <w:bCs/>
        </w:rPr>
        <w:t xml:space="preserve"> </w:t>
      </w:r>
      <w:r>
        <w:rPr>
          <w:b/>
          <w:bCs/>
          <w:u w:val="single"/>
        </w:rPr>
        <w:t xml:space="preserve">external</w:t>
      </w:r>
      <w:r>
        <w:rPr>
          <w:b/>
          <w:bCs/>
        </w:rPr>
        <w:t xml:space="preserve"> </w:t>
      </w:r>
      <w:r>
        <w:rPr>
          <w:b/>
          <w:bCs/>
        </w:rPr>
        <w:t xml:space="preserve">purposes, like the cooperation of a ship's company or of a fire-club.</w:t>
      </w:r>
      <w:r>
        <w:br/>
      </w:r>
      <w:r>
        <w:t xml:space="preserve">    (a) outside</w:t>
      </w:r>
      <w:r>
        <w:br/>
      </w:r>
      <w:r>
        <w:t xml:space="preserve">    (b) various</w:t>
      </w:r>
      <w:r>
        <w:br/>
      </w:r>
      <w:r>
        <w:t xml:space="preserve">    (c) certain</w:t>
      </w:r>
    </w:p>
    <w:p>
      <w:pPr>
        <w:pStyle w:val="Compact"/>
        <w:numPr>
          <w:ilvl w:val="0"/>
          <w:numId w:val="1001"/>
        </w:numPr>
      </w:pPr>
      <w:r>
        <w:rPr>
          <w:b/>
          <w:bCs/>
        </w:rPr>
        <w:t xml:space="preserve">We have a fine right, to be sure, to taunt men of the world with</w:t>
      </w:r>
      <w:r>
        <w:rPr>
          <w:b/>
          <w:bCs/>
        </w:rPr>
        <w:t xml:space="preserve"> </w:t>
      </w:r>
      <w:r>
        <w:rPr>
          <w:b/>
          <w:bCs/>
          <w:u w:val="single"/>
        </w:rPr>
        <w:t xml:space="preserve">superficial</w:t>
      </w:r>
      <w:r>
        <w:rPr>
          <w:b/>
          <w:bCs/>
        </w:rPr>
        <w:t xml:space="preserve"> </w:t>
      </w:r>
      <w:r>
        <w:rPr>
          <w:b/>
          <w:bCs/>
        </w:rPr>
        <w:t xml:space="preserve">and treacherous courtesies!</w:t>
      </w:r>
      <w:r>
        <w:br/>
      </w:r>
      <w:r>
        <w:t xml:space="preserve">    (a) deep and creative</w:t>
      </w:r>
      <w:r>
        <w:br/>
      </w:r>
      <w:r>
        <w:t xml:space="preserve">    (b) comprehensive (thorough)</w:t>
      </w:r>
      <w:r>
        <w:br/>
      </w:r>
      <w:r>
        <w:t xml:space="preserve">    (c) relating to a surface rather than to anything deep or penetrating</w:t>
      </w:r>
    </w:p>
    <w:p>
      <w:pPr>
        <w:pStyle w:val="Compact"/>
        <w:numPr>
          <w:ilvl w:val="0"/>
          <w:numId w:val="1001"/>
        </w:numPr>
      </w:pPr>
      <w:r>
        <w:rPr>
          <w:b/>
          <w:bCs/>
        </w:rPr>
        <w:t xml:space="preserve">2 We must</w:t>
      </w:r>
      <w:r>
        <w:rPr>
          <w:b/>
          <w:bCs/>
        </w:rPr>
        <w:t xml:space="preserve"> </w:t>
      </w:r>
      <w:r>
        <w:rPr>
          <w:b/>
          <w:bCs/>
          <w:u w:val="single"/>
        </w:rPr>
        <w:t xml:space="preserve">infer</w:t>
      </w:r>
      <w:r>
        <w:rPr>
          <w:b/>
          <w:bCs/>
        </w:rPr>
        <w:t xml:space="preserve"> </w:t>
      </w:r>
      <w:r>
        <w:rPr>
          <w:b/>
          <w:bCs/>
        </w:rPr>
        <w:t xml:space="preserve">that the ends of thought were peremptory, if they were to be secured at such ruinous cost.</w:t>
      </w:r>
      <w:r>
        <w:br/>
      </w:r>
      <w:r>
        <w:t xml:space="preserve">    (a) hire, reserve, book, or occupy</w:t>
      </w:r>
      <w:r>
        <w:br/>
      </w:r>
      <w:r>
        <w:t xml:space="preserve">    (b) conclude or guess by reasoning</w:t>
      </w:r>
      <w:r>
        <w:br/>
      </w:r>
      <w:r>
        <w:t xml:space="preserve">    (c) take up or receive into heaven</w:t>
      </w:r>
    </w:p>
    <w:p>
      <w:pPr>
        <w:pStyle w:val="Compact"/>
        <w:numPr>
          <w:ilvl w:val="0"/>
          <w:numId w:val="1001"/>
        </w:numPr>
      </w:pPr>
      <w:r>
        <w:rPr>
          <w:b/>
          <w:bCs/>
        </w:rPr>
        <w:t xml:space="preserve">2 We must infer that the ends of thought were</w:t>
      </w:r>
      <w:r>
        <w:rPr>
          <w:b/>
          <w:bCs/>
        </w:rPr>
        <w:t xml:space="preserve"> </w:t>
      </w:r>
      <w:r>
        <w:rPr>
          <w:b/>
          <w:bCs/>
          <w:u w:val="single"/>
        </w:rPr>
        <w:t xml:space="preserve">peremptory</w:t>
      </w:r>
      <w:r>
        <w:rPr>
          <w:b/>
          <w:bCs/>
        </w:rPr>
        <w:t xml:space="preserve">, if they were to be secured at such ruinous cost.</w:t>
      </w:r>
      <w:r>
        <w:br/>
      </w:r>
      <w:r>
        <w:t xml:space="preserve">    (a) not allowing contradiction or refusal</w:t>
      </w:r>
      <w:r>
        <w:br/>
      </w:r>
      <w:r>
        <w:t xml:space="preserve">    (b) able to be restored to good condition</w:t>
      </w:r>
      <w:r>
        <w:br/>
      </w:r>
      <w:r>
        <w:t xml:space="preserve">    (c) not bouncing back light/heat/sound...</w:t>
      </w:r>
    </w:p>
    <w:p>
      <w:pPr>
        <w:pStyle w:val="Compact"/>
        <w:numPr>
          <w:ilvl w:val="0"/>
          <w:numId w:val="1001"/>
        </w:numPr>
      </w:pPr>
      <w:r>
        <w:rPr>
          <w:b/>
          <w:bCs/>
        </w:rPr>
        <w:t xml:space="preserve">But this</w:t>
      </w:r>
      <w:r>
        <w:rPr>
          <w:b/>
          <w:bCs/>
        </w:rPr>
        <w:t xml:space="preserve"> </w:t>
      </w:r>
      <w:r>
        <w:rPr>
          <w:b/>
          <w:bCs/>
          <w:u w:val="single"/>
        </w:rPr>
        <w:t xml:space="preserve">banishment</w:t>
      </w:r>
      <w:r>
        <w:rPr>
          <w:b/>
          <w:bCs/>
        </w:rPr>
        <w:t xml:space="preserve"> </w:t>
      </w:r>
      <w:r>
        <w:rPr>
          <w:b/>
          <w:bCs/>
        </w:rPr>
        <w:t xml:space="preserve">to the rocks and echoes no metaphysics can make right or tolerable.</w:t>
      </w:r>
      <w:r>
        <w:br/>
      </w:r>
      <w:r>
        <w:t xml:space="preserve">    (a) way of doing something</w:t>
      </w:r>
      <w:r>
        <w:br/>
      </w:r>
      <w:r>
        <w:t xml:space="preserve">    (b) not easily set on fire</w:t>
      </w:r>
      <w:r>
        <w:br/>
      </w:r>
      <w:r>
        <w:t xml:space="preserve">    (c) to expel or get rid of</w:t>
      </w:r>
    </w:p>
    <w:p>
      <w:pPr>
        <w:pStyle w:val="Compact"/>
        <w:numPr>
          <w:ilvl w:val="0"/>
          <w:numId w:val="1001"/>
        </w:numPr>
      </w:pPr>
      <w:r>
        <w:rPr>
          <w:b/>
          <w:bCs/>
        </w:rPr>
        <w:t xml:space="preserve">Society cannot do without</w:t>
      </w:r>
      <w:r>
        <w:rPr>
          <w:b/>
          <w:bCs/>
        </w:rPr>
        <w:t xml:space="preserve"> </w:t>
      </w:r>
      <w:r>
        <w:rPr>
          <w:b/>
          <w:bCs/>
          <w:u w:val="single"/>
        </w:rPr>
        <w:t xml:space="preserve">cultivated</w:t>
      </w:r>
      <w:r>
        <w:rPr>
          <w:b/>
          <w:bCs/>
        </w:rPr>
        <w:t xml:space="preserve"> </w:t>
      </w:r>
      <w:r>
        <w:rPr>
          <w:b/>
          <w:bCs/>
        </w:rPr>
        <w:t xml:space="preserve">men.</w:t>
      </w:r>
      <w:r>
        <w:br/>
      </w:r>
      <w:r>
        <w:t xml:space="preserve">    (a) developed, grown, or prepared for growing crops</w:t>
      </w:r>
      <w:r>
        <w:br/>
      </w:r>
      <w:r>
        <w:t xml:space="preserve">    (b) a non-doctor who assisted a women in childbirth</w:t>
      </w:r>
      <w:r>
        <w:br/>
      </w:r>
      <w:r>
        <w:t xml:space="preserve">    (c) not found guilty or forced into a bad situation</w:t>
      </w:r>
    </w:p>
    <w:p>
      <w:pPr>
        <w:pStyle w:val="Compact"/>
        <w:numPr>
          <w:ilvl w:val="0"/>
          <w:numId w:val="1001"/>
        </w:numPr>
      </w:pPr>
      <w:r>
        <w:rPr>
          <w:b/>
          <w:bCs/>
        </w:rPr>
        <w:t xml:space="preserve">It by no means follows that we are not fit for society, because soirees are</w:t>
      </w:r>
      <w:r>
        <w:rPr>
          <w:b/>
          <w:bCs/>
        </w:rPr>
        <w:t xml:space="preserve"> </w:t>
      </w:r>
      <w:r>
        <w:rPr>
          <w:b/>
          <w:bCs/>
          <w:u w:val="single"/>
        </w:rPr>
        <w:t xml:space="preserve">tedious</w:t>
      </w:r>
      <w:r>
        <w:rPr>
          <w:b/>
          <w:bCs/>
        </w:rPr>
        <w:t xml:space="preserve"> </w:t>
      </w:r>
      <w:r>
        <w:rPr>
          <w:b/>
          <w:bCs/>
        </w:rPr>
        <w:t xml:space="preserve">and because the soiree finds us tedious.</w:t>
      </w:r>
      <w:r>
        <w:br/>
      </w:r>
      <w:r>
        <w:t xml:space="preserve">    (a) sensible and careful</w:t>
      </w:r>
      <w:r>
        <w:br/>
      </w:r>
      <w:r>
        <w:t xml:space="preserve">    (b) not demonstrative of</w:t>
      </w:r>
      <w:r>
        <w:br/>
      </w:r>
      <w:r>
        <w:t xml:space="preserve">    (c) boring or monotonous</w:t>
      </w:r>
    </w:p>
    <w:p>
      <w:pPr>
        <w:pStyle w:val="Compact"/>
        <w:numPr>
          <w:ilvl w:val="0"/>
          <w:numId w:val="1001"/>
        </w:numPr>
      </w:pPr>
      <w:r>
        <w:rPr>
          <w:b/>
          <w:bCs/>
        </w:rPr>
        <w:t xml:space="preserve">The</w:t>
      </w:r>
      <w:r>
        <w:rPr>
          <w:b/>
          <w:bCs/>
        </w:rPr>
        <w:t xml:space="preserve"> </w:t>
      </w:r>
      <w:r>
        <w:rPr>
          <w:b/>
          <w:bCs/>
          <w:u w:val="single"/>
        </w:rPr>
        <w:t xml:space="preserve">recluse</w:t>
      </w:r>
      <w:r>
        <w:rPr>
          <w:b/>
          <w:bCs/>
        </w:rPr>
        <w:t xml:space="preserve"> </w:t>
      </w:r>
      <w:r>
        <w:rPr>
          <w:b/>
          <w:bCs/>
        </w:rPr>
        <w:t xml:space="preserve">witnesses what others perform by their aid, with a kind of fear.</w:t>
      </w:r>
      <w:r>
        <w:br/>
      </w:r>
      <w:r>
        <w:t xml:space="preserve">    (a) a place where conditions are kept as they were to protect wildlife</w:t>
      </w:r>
      <w:r>
        <w:br/>
      </w:r>
      <w:r>
        <w:t xml:space="preserve">    (b) someone withdrawn from society (living alone and avoiding contact)</w:t>
      </w:r>
      <w:r>
        <w:br/>
      </w:r>
      <w:r>
        <w:t xml:space="preserve">    (c) someone who believes that all knowledge is derived from experience</w:t>
      </w:r>
    </w:p>
    <w:p>
      <w:pPr>
        <w:pStyle w:val="Compact"/>
        <w:numPr>
          <w:ilvl w:val="0"/>
          <w:numId w:val="1001"/>
        </w:numPr>
      </w:pPr>
      <w:r>
        <w:rPr>
          <w:b/>
          <w:bCs/>
        </w:rPr>
        <w:t xml:space="preserve">But this genial heat is</w:t>
      </w:r>
      <w:r>
        <w:rPr>
          <w:b/>
          <w:bCs/>
        </w:rPr>
        <w:t xml:space="preserve"> </w:t>
      </w:r>
      <w:r>
        <w:rPr>
          <w:b/>
          <w:bCs/>
          <w:u w:val="single"/>
        </w:rPr>
        <w:t xml:space="preserve">latent</w:t>
      </w:r>
      <w:r>
        <w:rPr>
          <w:b/>
          <w:bCs/>
        </w:rPr>
        <w:t xml:space="preserve"> </w:t>
      </w:r>
      <w:r>
        <w:rPr>
          <w:b/>
          <w:bCs/>
        </w:rPr>
        <w:t xml:space="preserve">in all constitutions, and is disengaged only by the friction of society.</w:t>
      </w:r>
      <w:r>
        <w:br/>
      </w:r>
      <w:r>
        <w:t xml:space="preserve">    (a) relating to logical examination to improve understanding</w:t>
      </w:r>
      <w:r>
        <w:br/>
      </w:r>
      <w:r>
        <w:t xml:space="preserve">    (b) the characteristic of tending to think back about things</w:t>
      </w:r>
      <w:r>
        <w:br/>
      </w:r>
      <w:r>
        <w:t xml:space="preserve">    (c) potentially existing but not presently evident or active</w:t>
      </w:r>
    </w:p>
    <w:p>
      <w:pPr>
        <w:pStyle w:val="Compact"/>
        <w:numPr>
          <w:ilvl w:val="0"/>
          <w:numId w:val="1001"/>
        </w:numPr>
      </w:pPr>
      <w:r>
        <w:rPr>
          <w:b/>
          <w:bCs/>
        </w:rPr>
        <w:t xml:space="preserve">As Bacon said of manners, " To obtain them, it only needs not to despise them," so we say of animal spirits that they are the</w:t>
      </w:r>
      <w:r>
        <w:rPr>
          <w:b/>
          <w:bCs/>
        </w:rPr>
        <w:t xml:space="preserve"> </w:t>
      </w:r>
      <w:r>
        <w:rPr>
          <w:b/>
          <w:bCs/>
          <w:u w:val="single"/>
        </w:rPr>
        <w:t xml:space="preserve">spontaneous</w:t>
      </w:r>
      <w:r>
        <w:rPr>
          <w:b/>
          <w:bCs/>
        </w:rPr>
        <w:t xml:space="preserve"> </w:t>
      </w:r>
      <w:r>
        <w:rPr>
          <w:b/>
          <w:bCs/>
        </w:rPr>
        <w:t xml:space="preserve">product of health and of a social habit.</w:t>
      </w:r>
      <w:r>
        <w:br/>
      </w:r>
      <w:r>
        <w:t xml:space="preserve">    (a) fascinate so much that awareness of other surrounding things is partially lost and too much trust is granted</w:t>
      </w:r>
      <w:r>
        <w:br/>
      </w:r>
      <w:r>
        <w:t xml:space="preserve">    (b) behaving in an instinctive, uninhibited manner  OR  happening naturally (without planning or external force)</w:t>
      </w:r>
      <w:r>
        <w:br/>
      </w:r>
      <w:r>
        <w:t xml:space="preserve">    (c) related to a government official whose job is to represent their country in discussions with other countries</w:t>
      </w:r>
    </w:p>
    <w:p>
      <w:pPr>
        <w:pStyle w:val="Compact"/>
        <w:numPr>
          <w:ilvl w:val="0"/>
          <w:numId w:val="1001"/>
        </w:numPr>
      </w:pPr>
      <w:r>
        <w:rPr>
          <w:b/>
          <w:bCs/>
        </w:rPr>
        <w:t xml:space="preserve">It would be more true to say they separate as oil from water, as children from old people, without love or hatred in the matter, each seeking his like; and any interference with the affinities would produce</w:t>
      </w:r>
      <w:r>
        <w:rPr>
          <w:b/>
          <w:bCs/>
        </w:rPr>
        <w:t xml:space="preserve"> </w:t>
      </w:r>
      <w:r>
        <w:rPr>
          <w:b/>
          <w:bCs/>
          <w:u w:val="single"/>
        </w:rPr>
        <w:t xml:space="preserve">constraint</w:t>
      </w:r>
      <w:r>
        <w:rPr>
          <w:b/>
          <w:bCs/>
        </w:rPr>
        <w:t xml:space="preserve"> </w:t>
      </w:r>
      <w:r>
        <w:rPr>
          <w:b/>
          <w:bCs/>
        </w:rPr>
        <w:t xml:space="preserve">and suffocation.</w:t>
      </w:r>
      <w:r>
        <w:br/>
      </w:r>
      <w:r>
        <w:t xml:space="preserve">    (a) a Muslim religious teacher or leader</w:t>
      </w:r>
      <w:r>
        <w:br/>
      </w:r>
      <w:r>
        <w:t xml:space="preserve">    (b) lacking experience or sophistication</w:t>
      </w:r>
      <w:r>
        <w:br/>
      </w:r>
      <w:r>
        <w:t xml:space="preserve">    (c) something that limits something else</w:t>
      </w:r>
    </w:p>
    <w:p>
      <w:pPr>
        <w:pStyle w:val="Compact"/>
        <w:numPr>
          <w:ilvl w:val="0"/>
          <w:numId w:val="1001"/>
        </w:numPr>
      </w:pPr>
      <w:r>
        <w:rPr>
          <w:b/>
          <w:bCs/>
        </w:rPr>
        <w:t xml:space="preserve">I know that my friend can talk</w:t>
      </w:r>
      <w:r>
        <w:rPr>
          <w:b/>
          <w:bCs/>
        </w:rPr>
        <w:t xml:space="preserve"> </w:t>
      </w:r>
      <w:r>
        <w:rPr>
          <w:b/>
          <w:bCs/>
          <w:u w:val="single"/>
        </w:rPr>
        <w:t xml:space="preserve">eloquently</w:t>
      </w:r>
      <w:r>
        <w:rPr>
          <w:b/>
          <w:bCs/>
        </w:rPr>
        <w:t xml:space="preserve">; you know that he cannot articulate a sentence: we have seen him in different company.</w:t>
      </w:r>
      <w:r>
        <w:br/>
      </w:r>
      <w:r>
        <w:t xml:space="preserve">    (a) with powerful use of language</w:t>
      </w:r>
      <w:r>
        <w:br/>
      </w:r>
      <w:r>
        <w:t xml:space="preserve">    (b) primarily or most importantly</w:t>
      </w:r>
      <w:r>
        <w:br/>
      </w:r>
      <w:r>
        <w:t xml:space="preserve">    (c) in a manner that arouses pity</w:t>
      </w:r>
    </w:p>
    <w:p>
      <w:pPr>
        <w:pStyle w:val="Compact"/>
        <w:numPr>
          <w:ilvl w:val="0"/>
          <w:numId w:val="1001"/>
        </w:numPr>
      </w:pPr>
      <w:r>
        <w:rPr>
          <w:b/>
          <w:bCs/>
        </w:rPr>
        <w:t xml:space="preserve">A higher civility will reestablish in our customs a certain</w:t>
      </w:r>
      <w:r>
        <w:rPr>
          <w:b/>
          <w:bCs/>
        </w:rPr>
        <w:t xml:space="preserve"> </w:t>
      </w:r>
      <w:r>
        <w:rPr>
          <w:b/>
          <w:bCs/>
          <w:u w:val="single"/>
        </w:rPr>
        <w:t xml:space="preserve">reverence</w:t>
      </w:r>
      <w:r>
        <w:rPr>
          <w:b/>
          <w:bCs/>
        </w:rPr>
        <w:t xml:space="preserve"> </w:t>
      </w:r>
      <w:r>
        <w:rPr>
          <w:b/>
          <w:bCs/>
        </w:rPr>
        <w:t xml:space="preserve">which we have lost.</w:t>
      </w:r>
      <w:r>
        <w:br/>
      </w:r>
      <w:r>
        <w:t xml:space="preserve">    (a) feelings of deep respect and admiration -- sometimes with a mixture of wonder and awe or fear</w:t>
      </w:r>
      <w:r>
        <w:br/>
      </w:r>
      <w:r>
        <w:t xml:space="preserve">    (b) separate two things to prevent passage of something such as heat, cold, noise, or electricity</w:t>
      </w:r>
      <w:r>
        <w:br/>
      </w:r>
      <w:r>
        <w:t xml:space="preserve">    (c) interfere (in another's affairs or business); or handle (something that shouldn't be handled)</w:t>
      </w:r>
    </w:p>
    <w:p>
      <w:pPr>
        <w:pStyle w:val="Compact"/>
        <w:numPr>
          <w:ilvl w:val="0"/>
          <w:numId w:val="1001"/>
        </w:numPr>
      </w:pPr>
      <w:r>
        <w:rPr>
          <w:b/>
          <w:bCs/>
        </w:rPr>
        <w:t xml:space="preserve">Here again, as so often, nature delights to put us between extreme</w:t>
      </w:r>
      <w:r>
        <w:rPr>
          <w:b/>
          <w:bCs/>
        </w:rPr>
        <w:t xml:space="preserve"> </w:t>
      </w:r>
      <w:r>
        <w:rPr>
          <w:b/>
          <w:bCs/>
          <w:u w:val="single"/>
        </w:rPr>
        <w:t xml:space="preserve">antagonisms</w:t>
      </w:r>
      <w:r>
        <w:rPr>
          <w:b/>
          <w:bCs/>
        </w:rPr>
        <w:t xml:space="preserve">, and our safety is in the skill with which we keep the diagonal line.</w:t>
      </w:r>
      <w:r>
        <w:br/>
      </w:r>
      <w:r>
        <w:t xml:space="preserve">    (a) instances of donating one's income to a church; or the gifts given</w:t>
      </w:r>
      <w:r>
        <w:br/>
      </w:r>
      <w:r>
        <w:t xml:space="preserve">    (b) basic building blocks of matter that makes up protons and neutrons</w:t>
      </w:r>
      <w:r>
        <w:br/>
      </w:r>
      <w:r>
        <w:t xml:space="preserve">    (c) hostility, opposition, or tension between opposing forces or ideas</w:t>
      </w:r>
    </w:p>
    <w:p>
      <w:pPr>
        <w:pStyle w:val="Compact"/>
        <w:numPr>
          <w:ilvl w:val="0"/>
          <w:numId w:val="1001"/>
        </w:numPr>
      </w:pPr>
      <w:r>
        <w:rPr>
          <w:b/>
          <w:bCs/>
        </w:rPr>
        <w:t xml:space="preserve">Society and solitude are</w:t>
      </w:r>
      <w:r>
        <w:rPr>
          <w:b/>
          <w:bCs/>
        </w:rPr>
        <w:t xml:space="preserve"> </w:t>
      </w:r>
      <w:r>
        <w:rPr>
          <w:b/>
          <w:bCs/>
          <w:u w:val="single"/>
        </w:rPr>
        <w:t xml:space="preserve">deceptive</w:t>
      </w:r>
      <w:r>
        <w:rPr>
          <w:b/>
          <w:bCs/>
        </w:rPr>
        <w:t xml:space="preserve"> </w:t>
      </w:r>
      <w:r>
        <w:rPr>
          <w:b/>
          <w:bCs/>
        </w:rPr>
        <w:t xml:space="preserve">names.</w:t>
      </w:r>
      <w:r>
        <w:br/>
      </w:r>
      <w:r>
        <w:t xml:space="preserve">    (a) misleading</w:t>
      </w:r>
      <w:r>
        <w:br/>
      </w:r>
      <w:r>
        <w:t xml:space="preserve">    (b) changeable</w:t>
      </w:r>
      <w:r>
        <w:br/>
      </w:r>
      <w:r>
        <w:t xml:space="preserve">    (c) very large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2026-07-31T19:06:54Z</dcterms:created>
  <dcterms:modified xsi:type="dcterms:W3CDTF">2026-07-31T19:06:54Z</dcterms:modified>
</cp:coreProperties>
</file>

<file path=docProps/custom.xml><?xml version="1.0" encoding="utf-8"?>
<Properties xmlns="http://schemas.openxmlformats.org/officeDocument/2006/custom-properties" xmlns:vt="http://schemas.openxmlformats.org/officeDocument/2006/docPropsVTypes"/>
</file>