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d2282550b756d91b1ce6b9e5b1f9df64496873"/>
    <w:p>
      <w:pPr>
        <w:pStyle w:val="Heading1"/>
      </w:pPr>
      <w:r>
        <w:rPr>
          <w:b/>
          <w:bCs/>
        </w:rPr>
        <w:t xml:space="preserve">Snow Flower and the Secret Fan</w:t>
      </w:r>
      <w:r>
        <w:br/>
      </w:r>
      <w:r>
        <w:rPr>
          <w:i/>
          <w:iCs/>
        </w:rPr>
        <w:t xml:space="preserve">Lisa See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 </w:t>
      </w:r>
      <w:r>
        <w:rPr>
          <w:b/>
          <w:bCs/>
        </w:rPr>
        <w:t xml:space="preserve">that land with rice, cotton, taro, and kitchen crops.</w:t>
      </w:r>
      <w:r>
        <w:br/>
      </w:r>
      <w:r>
        <w:t xml:space="preserve">    (a) developed, grown, or prepared for growing crops</w:t>
      </w:r>
      <w:r>
        <w:br/>
      </w:r>
      <w:r>
        <w:t xml:space="preserve">    (b) not found guilty or forced into a bad situation</w:t>
      </w:r>
      <w:r>
        <w:br/>
      </w:r>
      <w:r>
        <w:t xml:space="preserve">    (c) a non-doctor who assisted a women in childbirth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Today I would say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and unbefitting a widow, but then a matchmaker is not like a regular woman.</w:t>
      </w:r>
      <w:r>
        <w:br/>
      </w:r>
      <w:r>
        <w:t xml:space="preserve">    (a) tastelessly showy</w:t>
      </w:r>
      <w:r>
        <w:br/>
      </w:r>
      <w:r>
        <w:t xml:space="preserve">    (b) not demonstrating</w:t>
      </w:r>
      <w:r>
        <w:br/>
      </w:r>
      <w:r>
        <w:t xml:space="preserve">    (c) able to challenge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does business with men, establishing bride prices, haggling over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dowries</w:t>
      </w:r>
      <w:r>
        <w:rPr>
          <w:b/>
          <w:bCs/>
        </w:rPr>
        <w:t xml:space="preserve">, and serving as a go-between.</w:t>
      </w:r>
      <w:r>
        <w:br/>
      </w:r>
      <w:r>
        <w:t xml:space="preserve">    (a) people bound to serve another without pay -- such as a slaves or serfs</w:t>
      </w:r>
      <w:r>
        <w:br/>
      </w:r>
      <w:r>
        <w:t xml:space="preserve">    (b) subtle, but fatal weaknesses where otherwise there is obvious strength</w:t>
      </w:r>
      <w:r>
        <w:br/>
      </w:r>
      <w:r>
        <w:t xml:space="preserve">    (c) money or property given by a woman's family to the husband at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foolishly believed that if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diligent</w:t>
      </w:r>
      <w:r>
        <w:rPr>
          <w:b/>
          <w:bCs/>
        </w:rPr>
        <w:t xml:space="preserve">, I would inspire Beautiful Moon to be diligent too.</w:t>
      </w:r>
      <w:r>
        <w:br/>
      </w:r>
      <w:r>
        <w:t xml:space="preserve">    (a) hard work and care</w:t>
      </w:r>
      <w:r>
        <w:br/>
      </w:r>
      <w:r>
        <w:t xml:space="preserve">    (b) good or beneficial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"pair," or "pear,"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context</w:t>
      </w:r>
      <w:r>
        <w:rPr>
          <w:b/>
          <w:bCs/>
        </w:rPr>
        <w:t xml:space="preserve"> </w:t>
      </w:r>
      <w:r>
        <w:rPr>
          <w:b/>
          <w:bCs/>
        </w:rPr>
        <w:t xml:space="preserve">usually makes the meaning clear.</w:t>
      </w:r>
      <w:r>
        <w:br/>
      </w:r>
      <w:r>
        <w:t xml:space="preserve">    (a) the setting or situation in which something occurs</w:t>
      </w:r>
      <w:r>
        <w:br/>
      </w:r>
      <w:r>
        <w:t xml:space="preserve">    (b) the act of interacting or getting interested again</w:t>
      </w:r>
      <w:r>
        <w:br/>
      </w:r>
      <w:r>
        <w:t xml:space="preserve">    (c) an image (seen on a mirror or other shiny surface)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looked over at Beautiful Moon, and her face was as white as her name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.</w:t>
      </w:r>
      <w:r>
        <w:br/>
      </w:r>
      <w:r>
        <w:t xml:space="preserve">    (a) was attractive or desirable</w:t>
      </w:r>
      <w:r>
        <w:br/>
      </w:r>
      <w:r>
        <w:t xml:space="preserve">    (b) suggested (said indirectly)</w:t>
      </w:r>
      <w:r>
        <w:br/>
      </w:r>
      <w:r>
        <w:t xml:space="preserve">    (c) not wanting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Grandmother and Elder Sister moved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 </w:t>
      </w:r>
      <w:r>
        <w:rPr>
          <w:b/>
          <w:bCs/>
        </w:rPr>
        <w:t xml:space="preserve">window and looked out.</w:t>
      </w:r>
      <w:r>
        <w:br/>
      </w:r>
      <w:r>
        <w:t xml:space="preserve">    (a) regular crisscross grid that repeats in a pattern of squares or diamonds</w:t>
      </w:r>
      <w:r>
        <w:br/>
      </w:r>
      <w:r>
        <w:t xml:space="preserve">    (b) design based on alphabetic letters; or adding such a design to something</w:t>
      </w:r>
      <w:r>
        <w:br/>
      </w:r>
      <w:r>
        <w:t xml:space="preserve">    (c) characterized by narrower parallel folds when closed and wider when open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three girls were nearly paralyzed from our physical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</w:t>
      </w:r>
      <w:r>
        <w:rPr>
          <w:b/>
          <w:bCs/>
        </w:rPr>
        <w:t xml:space="preserve">, yet our trial had barely begun.</w:t>
      </w:r>
      <w:r>
        <w:br/>
      </w:r>
      <w:r>
        <w:t xml:space="preserve">    (a) point to differences between; or compare to show differences</w:t>
      </w:r>
      <w:r>
        <w:br/>
      </w:r>
      <w:r>
        <w:t xml:space="preserve">    (b) to cause or to experience great mental or physical suffering</w:t>
      </w:r>
      <w:r>
        <w:br/>
      </w:r>
      <w:r>
        <w:t xml:space="preserve">    (c) provide investment funds for something -- such as a business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with empty stomachs, we vomited out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agony</w:t>
      </w:r>
      <w:r>
        <w:rPr>
          <w:b/>
          <w:bCs/>
        </w:rPr>
        <w:t xml:space="preserve">.</w:t>
      </w:r>
      <w:r>
        <w:br/>
      </w:r>
      <w:r>
        <w:t xml:space="preserve">    (a) circular movement</w:t>
      </w:r>
      <w:r>
        <w:br/>
      </w:r>
      <w:r>
        <w:t xml:space="preserve">    (b) size or dimension</w:t>
      </w:r>
      <w:r>
        <w:br/>
      </w:r>
      <w:r>
        <w:t xml:space="preserve">    (c) intense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can do these things for your little girl,"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to Baba, "but they will be money spent on a no-use cause."</w:t>
      </w:r>
      <w:r>
        <w:br/>
      </w:r>
      <w:r>
        <w:t xml:space="preserve">    (a) viewed in a certain way so as to form a belief or opinion</w:t>
      </w:r>
      <w:r>
        <w:br/>
      </w:r>
      <w:r>
        <w:t xml:space="preserve">    (b) made a decision or voiced an opinion by formal group vote</w:t>
      </w:r>
      <w:r>
        <w:br/>
      </w:r>
      <w:r>
        <w:t xml:space="preserve">    (c) placed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Father must agree too, before we can go any further.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spoke a slightly different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dialect</w:t>
      </w:r>
      <w:r>
        <w:rPr>
          <w:b/>
          <w:bCs/>
        </w:rPr>
        <w:t xml:space="preserve"> </w:t>
      </w:r>
      <w:r>
        <w:rPr>
          <w:b/>
          <w:bCs/>
        </w:rPr>
        <w:t xml:space="preserve">than I was familiar with in Puwei, but this was not the only reason for my incomprehension.</w:t>
      </w:r>
      <w:r>
        <w:br/>
      </w:r>
      <w:r>
        <w:t xml:space="preserve">    (a) a change; or a changed version</w:t>
      </w:r>
      <w:r>
        <w:br/>
      </w:r>
      <w:r>
        <w:t xml:space="preserve">    (b) regional variety of a language</w:t>
      </w:r>
      <w:r>
        <w:br/>
      </w:r>
      <w:r>
        <w:t xml:space="preserve">    (c) a type of small portable radio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I could make our love grow like a farmer made his crop to grow—through hard work,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unwavering</w:t>
      </w:r>
      <w:r>
        <w:rPr>
          <w:b/>
          <w:bCs/>
        </w:rPr>
        <w:t xml:space="preserve"> </w:t>
      </w:r>
      <w:r>
        <w:rPr>
          <w:b/>
          <w:bCs/>
        </w:rPr>
        <w:t xml:space="preserve">will, and the blessings of nature.</w:t>
      </w:r>
      <w:r>
        <w:br/>
      </w:r>
      <w:r>
        <w:t xml:space="preserve">    (a) hidden</w:t>
      </w:r>
      <w:r>
        <w:br/>
      </w:r>
      <w:r>
        <w:t xml:space="preserve">    (b) steady</w:t>
      </w:r>
      <w:r>
        <w:br/>
      </w:r>
      <w:r>
        <w:t xml:space="preserve">    (c) sloped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us, this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prosperous</w:t>
      </w:r>
      <w:r>
        <w:rPr>
          <w:b/>
          <w:bCs/>
        </w:rPr>
        <w:t xml:space="preserve">, but it was still far, far less than what my future father-in-law controlled on his brother's behalf.</w:t>
      </w:r>
      <w:r>
        <w:br/>
      </w:r>
      <w:r>
        <w:t xml:space="preserve">    (a) the quality or degree of the involvement of other people or things</w:t>
      </w:r>
      <w:r>
        <w:br/>
      </w:r>
      <w:r>
        <w:t xml:space="preserve">    (b) successful or good -- especially with regard to finances or wealth</w:t>
      </w:r>
      <w:r>
        <w:br/>
      </w:r>
      <w:r>
        <w:t xml:space="preserve">    (c) not having the characteristic of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 hours passed with meals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laments</w:t>
      </w:r>
      <w:r>
        <w:rPr>
          <w:b/>
          <w:bCs/>
        </w:rPr>
        <w:t xml:space="preserve">.</w:t>
      </w:r>
      <w:r>
        <w:br/>
      </w:r>
      <w:r>
        <w:t xml:space="preserve">    (a) changes through evolution</w:t>
      </w:r>
      <w:r>
        <w:br/>
      </w:r>
      <w:r>
        <w:t xml:space="preserve">    (b) gradually adds or removes</w:t>
      </w:r>
      <w:r>
        <w:br/>
      </w:r>
      <w:r>
        <w:t xml:space="preserve">    (c) expresses grief or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comb your hair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demure</w:t>
      </w:r>
      <w:r>
        <w:rPr>
          <w:b/>
          <w:bCs/>
        </w:rPr>
        <w:t xml:space="preserve"> </w:t>
      </w:r>
      <w:r>
        <w:rPr>
          <w:b/>
          <w:bCs/>
        </w:rPr>
        <w:t xml:space="preserve">manner.</w:t>
      </w:r>
      <w:r>
        <w:br/>
      </w:r>
      <w:r>
        <w:t xml:space="preserve">    (a) tendency to be direct in a disagreeable, insensitive manner</w:t>
      </w:r>
      <w:r>
        <w:br/>
      </w:r>
      <w:r>
        <w:t xml:space="preserve">    (b) the quality of believing oneself morally superior to others</w:t>
      </w:r>
      <w:r>
        <w:br/>
      </w:r>
      <w:r>
        <w:t xml:space="preserve">    (c) modest, quiet, and shy; or pretending such in a playful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must stay in our upstairs rooms,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chaste</w:t>
      </w:r>
      <w:r>
        <w:rPr>
          <w:b/>
          <w:bCs/>
        </w:rPr>
        <w:t xml:space="preserve">, be modest, and perfect the womanly arts.</w:t>
      </w:r>
      <w:r>
        <w:br/>
      </w:r>
      <w:r>
        <w:t xml:space="preserve">    (a) able to be portrayed or created in a particular way  OR  able to be interpreted, translated, or extracted from</w:t>
      </w:r>
      <w:r>
        <w:br/>
      </w:r>
      <w:r>
        <w:t xml:space="preserve">    (b) a citizen of Rome between the founding of the city (753 BC) and the fall of the Western Roman Empire (476 AD)</w:t>
      </w:r>
      <w:r>
        <w:br/>
      </w:r>
      <w:r>
        <w:t xml:space="preserve">    (c) not having sexual intercourse (ever, outside of marriage, or for a long time); or not involving sexual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Haven't they heard an exhausted well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yields</w:t>
      </w:r>
      <w:r>
        <w:rPr>
          <w:b/>
          <w:bCs/>
        </w:rPr>
        <w:t xml:space="preserve"> </w:t>
      </w:r>
      <w:r>
        <w:rPr>
          <w:b/>
          <w:bCs/>
        </w:rPr>
        <w:t xml:space="preserve">no water?</w:t>
      </w:r>
      <w:r>
        <w:br/>
      </w:r>
      <w:r>
        <w:t xml:space="preserve">    (a) produces or gives</w:t>
      </w:r>
      <w:r>
        <w:br/>
      </w:r>
      <w:r>
        <w:t xml:space="preserve">    (b) complains or verbally attacks in a loud, excited way</w:t>
      </w:r>
      <w:r>
        <w:br/>
      </w:r>
      <w:r>
        <w:t xml:space="preserve">    (c) formally gives up power, as of monarchs and emperors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when the farmers in our group sat around him, shielding him from our view and comforting him in low whispers, 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.</w:t>
      </w:r>
      <w:r>
        <w:br/>
      </w:r>
      <w:r>
        <w:t xml:space="preserve">    (a) an involuntary vomiting spasm</w:t>
      </w:r>
      <w:r>
        <w:br/>
      </w:r>
      <w:r>
        <w:t xml:space="preserve">    (b) select (on a computer screen)</w:t>
      </w:r>
      <w:r>
        <w:br/>
      </w:r>
      <w:r>
        <w:t xml:space="preserve">    (c) give in, give way, or give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 on the road, he had no friends,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benefactors</w:t>
      </w:r>
      <w:r>
        <w:rPr>
          <w:b/>
          <w:bCs/>
        </w:rPr>
        <w:t xml:space="preserve">, and only the clothes on his back.</w:t>
      </w:r>
      <w:r>
        <w:br/>
      </w:r>
      <w:r>
        <w:t xml:space="preserve">    (a) people who help a person or organization</w:t>
      </w:r>
      <w:r>
        <w:br/>
      </w:r>
      <w:r>
        <w:t xml:space="preserve">    (b) logical conclusions reached by reasoning</w:t>
      </w:r>
      <w:r>
        <w:br/>
      </w:r>
      <w:r>
        <w:t xml:space="preserve">    (c) acts of taking something on as one's own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2026-05-20T13:39:14Z</dcterms:created>
  <dcterms:modified xsi:type="dcterms:W3CDTF">2026-05-20T13:39:14Z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