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2c9ac3dfc570b575b19ed58af07eb5ea4c37f5"/>
    <w:p>
      <w:pPr>
        <w:pStyle w:val="Heading1"/>
      </w:pPr>
      <w:r>
        <w:rPr>
          <w:b/>
          <w:bCs/>
        </w:rPr>
        <w:t xml:space="preserve">Snow Falling on Cedars</w:t>
      </w:r>
      <w:r>
        <w:br/>
      </w:r>
      <w:r>
        <w:rPr>
          <w:i/>
          <w:iCs/>
        </w:rPr>
        <w:t xml:space="preserve">David Guterson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friendly manner</w:t>
      </w:r>
      <w:r>
        <w:br/>
      </w:r>
      <w:r>
        <w:t xml:space="preserve">    (b) in a hurried manner</w:t>
      </w:r>
      <w:r>
        <w:br/>
      </w:r>
      <w:r>
        <w:t xml:space="preserve">    (c) in a clumsy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cull</w:t>
      </w:r>
      <w:r>
        <w:rPr>
          <w:b/>
          <w:bCs/>
        </w:rPr>
        <w:t xml:space="preserve"> </w:t>
      </w:r>
      <w:r>
        <w:rPr>
          <w:b/>
          <w:bCs/>
        </w:rPr>
        <w:t xml:space="preserve">the sick members of the herd.</w:t>
      </w:r>
      <w:r>
        <w:br/>
      </w:r>
      <w:r>
        <w:t xml:space="preserve">    (a) count accurately</w:t>
      </w:r>
      <w:r>
        <w:br/>
      </w:r>
      <w:r>
        <w:t xml:space="preserve">    (b) medicate quickly</w:t>
      </w:r>
      <w:r>
        <w:br/>
      </w:r>
      <w:r>
        <w:t xml:space="preserve">    (c) select to remove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fake article was written to attract attention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</w:t>
      </w:r>
      <w:r>
        <w:rPr>
          <w:b/>
          <w:bCs/>
        </w:rPr>
        <w:t xml:space="preserve"> </w:t>
      </w:r>
      <w:r>
        <w:rPr>
          <w:b/>
          <w:bCs/>
        </w:rPr>
        <w:t xml:space="preserve">readers.</w:t>
      </w:r>
      <w:r>
        <w:br/>
      </w:r>
      <w:r>
        <w:t xml:space="preserve">    (a) lie to or mislead</w:t>
      </w:r>
      <w:r>
        <w:br/>
      </w:r>
      <w:r>
        <w:t xml:space="preserve">    (b) attract</w:t>
      </w:r>
      <w:r>
        <w:br/>
      </w:r>
      <w:r>
        <w:t xml:space="preserve">    (c) entertain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jury did not know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defendant</w:t>
      </w:r>
      <w:r>
        <w:rPr>
          <w:b/>
          <w:bCs/>
        </w:rPr>
        <w:t xml:space="preserve"> </w:t>
      </w:r>
      <w:r>
        <w:rPr>
          <w:b/>
          <w:bCs/>
        </w:rPr>
        <w:t xml:space="preserve">had a long criminal history.</w:t>
      </w:r>
      <w:r>
        <w:br/>
      </w:r>
      <w:r>
        <w:t xml:space="preserve">    (a) person who is a witness</w:t>
      </w:r>
      <w:r>
        <w:br/>
      </w:r>
      <w:r>
        <w:t xml:space="preserve">    (b) person filing a complaint</w:t>
      </w:r>
      <w:r>
        <w:br/>
      </w:r>
      <w:r>
        <w:t xml:space="preserve">    (c) person who is on trial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uncritical agreement</w:t>
      </w:r>
      <w:r>
        <w:br/>
      </w:r>
      <w:r>
        <w:t xml:space="preserve">    (b) loud noise</w:t>
      </w:r>
      <w:r>
        <w:br/>
      </w:r>
      <w:r>
        <w:t xml:space="preserve">    (c) conflict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attractive sound</w:t>
      </w:r>
      <w:r>
        <w:br/>
      </w:r>
      <w:r>
        <w:t xml:space="preserve">    (b) loud sound</w:t>
      </w:r>
      <w:r>
        <w:br/>
      </w:r>
      <w:r>
        <w:t xml:space="preserve">    (c) unpleasant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politician’s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equivocal</w:t>
      </w:r>
      <w:r>
        <w:rPr>
          <w:b/>
          <w:bCs/>
        </w:rPr>
        <w:t xml:space="preserve"> </w:t>
      </w:r>
      <w:r>
        <w:rPr>
          <w:b/>
          <w:bCs/>
        </w:rPr>
        <w:t xml:space="preserve">statement could be taken two completely different ways.</w:t>
      </w:r>
      <w:r>
        <w:br/>
      </w:r>
      <w:r>
        <w:t xml:space="preserve">    (a) openly honest</w:t>
      </w:r>
      <w:r>
        <w:br/>
      </w:r>
      <w:r>
        <w:t xml:space="preserve">    (b) unclear in meaning</w:t>
      </w:r>
      <w:r>
        <w:br/>
      </w:r>
      <w:r>
        <w:t xml:space="preserve">    (c) firmly decided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</w:t>
      </w:r>
      <w:r>
        <w:rPr>
          <w:b/>
          <w:bCs/>
        </w:rPr>
        <w:t xml:space="preserve"> </w:t>
      </w:r>
      <w:r>
        <w:rPr>
          <w:b/>
          <w:bCs/>
        </w:rPr>
        <w:t xml:space="preserve">my taste for sweets more than is good for me.</w:t>
      </w:r>
      <w:r>
        <w:br/>
      </w:r>
      <w:r>
        <w:t xml:space="preserve">    (a) give in to</w:t>
      </w:r>
      <w:r>
        <w:br/>
      </w:r>
      <w:r>
        <w:t xml:space="preserve">    (b) hold back from</w:t>
      </w:r>
      <w:r>
        <w:br/>
      </w:r>
      <w:r>
        <w:t xml:space="preserve">    (c) complain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meaning of the word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inferred</w:t>
      </w:r>
      <w:r>
        <w:rPr>
          <w:b/>
          <w:bCs/>
        </w:rPr>
        <w:t xml:space="preserve"> </w:t>
      </w:r>
      <w:r>
        <w:rPr>
          <w:b/>
          <w:bCs/>
        </w:rPr>
        <w:t xml:space="preserve">based on context clues.</w:t>
      </w:r>
      <w:r>
        <w:br/>
      </w:r>
      <w:r>
        <w:t xml:space="preserve">    (a) figured out</w:t>
      </w:r>
      <w:r>
        <w:br/>
      </w:r>
      <w:r>
        <w:t xml:space="preserve">    (b) converted</w:t>
      </w:r>
      <w:r>
        <w:br/>
      </w:r>
      <w:r>
        <w:t xml:space="preserve">    (c)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Also, try to see it from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 </w:t>
      </w:r>
      <w:r>
        <w:rPr>
          <w:b/>
          <w:bCs/>
        </w:rPr>
        <w:t xml:space="preserve">before you make up your mind.</w:t>
      </w:r>
      <w:r>
        <w:br/>
      </w:r>
      <w:r>
        <w:t xml:space="preserve">    (a) way of looking at things</w:t>
      </w:r>
      <w:r>
        <w:br/>
      </w:r>
      <w:r>
        <w:t xml:space="preserve">    (b) timeframe</w:t>
      </w:r>
      <w:r>
        <w:br/>
      </w:r>
      <w:r>
        <w:t xml:space="preserve">    (c) education level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the chief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petty officer</w:t>
      </w:r>
      <w:r>
        <w:rPr>
          <w:b/>
          <w:bCs/>
        </w:rPr>
        <w:t xml:space="preserve"> </w:t>
      </w:r>
      <w:r>
        <w:rPr>
          <w:b/>
          <w:bCs/>
        </w:rPr>
        <w:t xml:space="preserve">responsible for the review.</w:t>
      </w:r>
      <w:r>
        <w:br/>
      </w:r>
      <w:r>
        <w:t xml:space="preserve">    (a) a police officer who focuses on misdemeanors</w:t>
      </w:r>
      <w:r>
        <w:br/>
      </w:r>
      <w:r>
        <w:t xml:space="preserve">    (b) non-commissioned officer</w:t>
      </w:r>
      <w:r>
        <w:br/>
      </w:r>
      <w:r>
        <w:t xml:space="preserve">    (c) an officer who complains about unworthy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theory was neat,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plausible</w:t>
      </w:r>
      <w:r>
        <w:rPr>
          <w:b/>
          <w:bCs/>
        </w:rPr>
        <w:t xml:space="preserve">, and wrong.</w:t>
      </w:r>
      <w:r>
        <w:br/>
      </w:r>
      <w:r>
        <w:t xml:space="preserve">    (a) foolish</w:t>
      </w:r>
      <w:r>
        <w:br/>
      </w:r>
      <w:r>
        <w:t xml:space="preserve">    (b) reasonable</w:t>
      </w:r>
      <w:r>
        <w:br/>
      </w:r>
      <w:r>
        <w:t xml:space="preserve">    (c) praiseworthy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English, most adjectives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</w:t>
      </w:r>
      <w:r>
        <w:rPr>
          <w:b/>
          <w:bCs/>
        </w:rPr>
        <w:t xml:space="preserve"> </w:t>
      </w:r>
      <w:r>
        <w:rPr>
          <w:b/>
          <w:bCs/>
        </w:rPr>
        <w:t xml:space="preserve">the noun they modify.</w:t>
      </w:r>
      <w:r>
        <w:br/>
      </w:r>
      <w:r>
        <w:t xml:space="preserve">    (a) describe</w:t>
      </w:r>
      <w:r>
        <w:br/>
      </w:r>
      <w:r>
        <w:t xml:space="preserve">    (b) go before</w:t>
      </w:r>
      <w:r>
        <w:br/>
      </w:r>
      <w:r>
        <w:t xml:space="preserve">    (c) follow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Seeing the defendant wear prison clothes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</w:t>
      </w:r>
      <w:r>
        <w:rPr>
          <w:b/>
          <w:bCs/>
        </w:rPr>
        <w:t xml:space="preserve"> </w:t>
      </w:r>
      <w:r>
        <w:rPr>
          <w:b/>
          <w:bCs/>
        </w:rPr>
        <w:t xml:space="preserve">the jury against the defendant.</w:t>
      </w:r>
      <w:r>
        <w:br/>
      </w:r>
      <w:r>
        <w:t xml:space="preserve">    (a) create a sympathetic belief in</w:t>
      </w:r>
      <w:r>
        <w:br/>
      </w:r>
      <w:r>
        <w:t xml:space="preserve">    (b) create an unfair belief in</w:t>
      </w:r>
      <w:r>
        <w:br/>
      </w:r>
      <w:r>
        <w:t xml:space="preserve">    (c) create a serious attitude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spell properly</w:t>
      </w:r>
      <w:r>
        <w:br/>
      </w:r>
      <w:r>
        <w:t xml:space="preserve">    (b) pronounce properly</w:t>
      </w:r>
      <w:r>
        <w:br/>
      </w:r>
      <w:r>
        <w:t xml:space="preserve">    (c) remember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easier to learn things that seem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relevant</w:t>
      </w:r>
      <w:r>
        <w:rPr>
          <w:b/>
          <w:bCs/>
        </w:rPr>
        <w:t xml:space="preserve"> </w:t>
      </w:r>
      <w:r>
        <w:rPr>
          <w:b/>
          <w:bCs/>
        </w:rPr>
        <w:t xml:space="preserve">to your life.</w:t>
      </w:r>
      <w:r>
        <w:br/>
      </w:r>
      <w:r>
        <w:t xml:space="preserve">    (a) repeated</w:t>
      </w:r>
      <w:r>
        <w:br/>
      </w:r>
      <w:r>
        <w:t xml:space="preserve">    (b) understandable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testified</w:t>
      </w:r>
      <w:r>
        <w:rPr>
          <w:b/>
          <w:bCs/>
        </w:rPr>
        <w:t xml:space="preserve"> </w:t>
      </w:r>
      <w:r>
        <w:rPr>
          <w:b/>
          <w:bCs/>
        </w:rPr>
        <w:t xml:space="preserve">that he struck her.</w:t>
      </w:r>
      <w:r>
        <w:br/>
      </w:r>
      <w:r>
        <w:t xml:space="preserve">    (a) said</w:t>
      </w:r>
      <w:r>
        <w:br/>
      </w:r>
      <w:r>
        <w:t xml:space="preserve">    (b) lied</w:t>
      </w:r>
      <w:r>
        <w:br/>
      </w:r>
      <w:r>
        <w:t xml:space="preserve">    (c) hid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testimony</w:t>
      </w:r>
      <w:r>
        <w:rPr>
          <w:b/>
          <w:bCs/>
        </w:rPr>
        <w:t xml:space="preserve">, they will have you solemnly swear to tell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the truth, the whole truth and nothing but the truth</w:t>
      </w:r>
      <w:r>
        <w:rPr>
          <w:b/>
          <w:bCs/>
        </w:rPr>
        <w:t xml:space="preserve">.</w:t>
      </w:r>
      <w:r>
        <w:br/>
      </w:r>
      <w:r>
        <w:t xml:space="preserve">    (a) job interview</w:t>
      </w:r>
      <w:r>
        <w:br/>
      </w:r>
      <w:r>
        <w:t xml:space="preserve">    (b) statements at a trial</w:t>
      </w:r>
      <w:r>
        <w:br/>
      </w:r>
      <w:r>
        <w:t xml:space="preserve">    (c) confession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destroyed</w:t>
      </w:r>
      <w:r>
        <w:br/>
      </w:r>
      <w:r>
        <w:t xml:space="preserve">    (b) slowed down</w:t>
      </w:r>
      <w:r>
        <w:br/>
      </w:r>
      <w:r>
        <w:t xml:space="preserve">    (c) produced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produced</w:t>
      </w:r>
      <w:r>
        <w:br/>
      </w:r>
      <w:r>
        <w:t xml:space="preserve">    (b) gave in</w:t>
      </w:r>
      <w:r>
        <w:br/>
      </w:r>
      <w:r>
        <w:t xml:space="preserve">    (c) added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2026-07-31T15:58:32Z</dcterms:created>
  <dcterms:modified xsi:type="dcterms:W3CDTF">2026-07-31T15:58:32Z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