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585d7a20c67724c8217f4030bf117c73248c8c"/>
    <w:p>
      <w:pPr>
        <w:pStyle w:val="Heading1"/>
      </w:pPr>
      <w:r>
        <w:rPr>
          <w:b/>
          <w:bCs/>
        </w:rPr>
        <w:t xml:space="preserve">Snow Falling on Cedars</w:t>
      </w:r>
      <w:r>
        <w:br/>
      </w:r>
      <w:r>
        <w:rPr>
          <w:i/>
          <w:iCs/>
        </w:rPr>
        <w:t xml:space="preserve">David Guterson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ambivalent</w:t>
      </w:r>
      <w:r>
        <w:rPr>
          <w:b/>
          <w:bCs/>
        </w:rPr>
        <w:t xml:space="preserve"> </w:t>
      </w:r>
      <w:r>
        <w:rPr>
          <w:b/>
          <w:bCs/>
        </w:rPr>
        <w:t xml:space="preserve">about attending college.</w:t>
      </w:r>
      <w:r>
        <w:br/>
      </w:r>
      <w:r>
        <w:t xml:space="preserve">    (a) especially worried</w:t>
      </w:r>
      <w:r>
        <w:br/>
      </w:r>
      <w:r>
        <w:t xml:space="preserve">    (b) especially happy</w:t>
      </w:r>
      <w:r>
        <w:br/>
      </w:r>
      <w:r>
        <w:t xml:space="preserve">    (c) with mixed feelings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kept me waiting an hour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 </w:t>
      </w:r>
      <w:r>
        <w:rPr>
          <w:b/>
          <w:bCs/>
        </w:rPr>
        <w:t xml:space="preserve">for my long-scheduled ten-minute appointment.</w:t>
      </w:r>
      <w:r>
        <w:br/>
      </w:r>
      <w:r>
        <w:t xml:space="preserve">    (a) a house or shelter in which someone lives</w:t>
      </w:r>
      <w:r>
        <w:br/>
      </w:r>
      <w:r>
        <w:t xml:space="preserve">    (b) the residence of a religious community</w:t>
      </w:r>
      <w:r>
        <w:br/>
      </w:r>
      <w:r>
        <w:t xml:space="preserve">    (c) a room leading to a larger or more important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Maldives is a small island nation that consists of 26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atolls</w:t>
      </w:r>
      <w:r>
        <w:rPr>
          <w:b/>
          <w:bCs/>
        </w:rPr>
        <w:t xml:space="preserve">.</w:t>
      </w:r>
      <w:r>
        <w:br/>
      </w:r>
      <w:r>
        <w:t xml:space="preserve">    (a) sinking islands</w:t>
      </w:r>
      <w:r>
        <w:br/>
      </w:r>
      <w:r>
        <w:t xml:space="preserve">    (b) coral reef islands</w:t>
      </w:r>
      <w:r>
        <w:br/>
      </w:r>
      <w:r>
        <w:t xml:space="preserve">    (c) volcanic islands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contentious</w:t>
      </w:r>
      <w:r>
        <w:rPr>
          <w:b/>
          <w:bCs/>
        </w:rPr>
        <w:t xml:space="preserve"> </w:t>
      </w:r>
      <w:r>
        <w:rPr>
          <w:b/>
          <w:bCs/>
        </w:rPr>
        <w:t xml:space="preserve">and complicated issue that I think should be discussed at a separate meeting.</w:t>
      </w:r>
      <w:r>
        <w:br/>
      </w:r>
      <w:r>
        <w:t xml:space="preserve">    (a) philosophical</w:t>
      </w:r>
      <w:r>
        <w:br/>
      </w:r>
      <w:r>
        <w:t xml:space="preserve">    (b) complex</w:t>
      </w:r>
      <w:r>
        <w:br/>
      </w:r>
      <w:r>
        <w:t xml:space="preserve">    (c) controversial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small in amount</w:t>
      </w:r>
      <w:r>
        <w:br/>
      </w:r>
      <w:r>
        <w:t xml:space="preserve">    (b) rare and unusual</w:t>
      </w:r>
      <w:r>
        <w:br/>
      </w:r>
      <w:r>
        <w:t xml:space="preserve">    (c) large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opponent.</w:t>
      </w:r>
      <w:r>
        <w:br/>
      </w:r>
      <w:r>
        <w:t xml:space="preserve">    (a) widely respected</w:t>
      </w:r>
      <w:r>
        <w:br/>
      </w:r>
      <w:r>
        <w:t xml:space="preserve">    (b) not very challenging</w:t>
      </w:r>
      <w:r>
        <w:br/>
      </w:r>
      <w:r>
        <w:t xml:space="preserve">    (c) deceitful and clever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wander</w:t>
      </w:r>
      <w:r>
        <w:br/>
      </w:r>
      <w:r>
        <w:t xml:space="preserve">    (b) compete</w:t>
      </w:r>
      <w:r>
        <w:br/>
      </w:r>
      <w:r>
        <w:t xml:space="preserve">    (c) elaborate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uses social media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disseminate</w:t>
      </w:r>
      <w:r>
        <w:rPr>
          <w:b/>
          <w:bCs/>
        </w:rPr>
        <w:t xml:space="preserve"> </w:t>
      </w:r>
      <w:r>
        <w:rPr>
          <w:b/>
          <w:bCs/>
        </w:rPr>
        <w:t xml:space="preserve">her research findings to a broader audience.</w:t>
      </w:r>
      <w:r>
        <w:br/>
      </w:r>
      <w:r>
        <w:t xml:space="preserve">    (a) spread widely</w:t>
      </w:r>
      <w:r>
        <w:br/>
      </w:r>
      <w:r>
        <w:t xml:space="preserve">    (b) summarize briefly</w:t>
      </w:r>
      <w:r>
        <w:br/>
      </w:r>
      <w:r>
        <w:t xml:space="preserve">    (c) organize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They'll give us a lower interest rate if we can pay a larger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down payment</w:t>
      </w:r>
      <w:r>
        <w:rPr>
          <w:b/>
          <w:bCs/>
        </w:rPr>
        <w:t xml:space="preserve">.</w:t>
      </w:r>
      <w:r>
        <w:br/>
      </w:r>
      <w:r>
        <w:t xml:space="preserve">    (a) upfront cash payment</w:t>
      </w:r>
      <w:r>
        <w:br/>
      </w:r>
      <w:r>
        <w:t xml:space="preserve">    (b) insurance fee</w:t>
      </w:r>
      <w:r>
        <w:br/>
      </w:r>
      <w:r>
        <w:t xml:space="preserve">    (c) monthly payment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extremely attentive to detail</w:t>
      </w:r>
      <w:r>
        <w:br/>
      </w:r>
      <w:r>
        <w:t xml:space="preserve">    (b) careless and disorganized</w:t>
      </w:r>
      <w:r>
        <w:br/>
      </w:r>
      <w:r>
        <w:t xml:space="preserve">    (c) loud and outgoing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injured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ligament</w:t>
      </w:r>
      <w:r>
        <w:rPr>
          <w:b/>
          <w:bCs/>
        </w:rPr>
        <w:t xml:space="preserve"> </w:t>
      </w:r>
      <w:r>
        <w:rPr>
          <w:b/>
          <w:bCs/>
        </w:rPr>
        <w:t xml:space="preserve">in her knee during the soccer game.</w:t>
      </w:r>
      <w:r>
        <w:br/>
      </w:r>
      <w:r>
        <w:t xml:space="preserve">    (a) bone-connecting band</w:t>
      </w:r>
      <w:r>
        <w:br/>
      </w:r>
      <w:r>
        <w:t xml:space="preserve">    (b) air-filled space</w:t>
      </w:r>
      <w:r>
        <w:br/>
      </w:r>
      <w:r>
        <w:t xml:space="preserve">    (c) blood-carrying tube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found guilty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manslaughter</w:t>
      </w:r>
      <w:r>
        <w:rPr>
          <w:b/>
          <w:bCs/>
        </w:rPr>
        <w:t xml:space="preserve"> </w:t>
      </w:r>
      <w:r>
        <w:rPr>
          <w:b/>
          <w:bCs/>
        </w:rPr>
        <w:t xml:space="preserve">through gross negligence.</w:t>
      </w:r>
      <w:r>
        <w:br/>
      </w:r>
      <w:r>
        <w:t xml:space="preserve">    (a) intentional killing</w:t>
      </w:r>
      <w:r>
        <w:br/>
      </w:r>
      <w:r>
        <w:t xml:space="preserve">    (b) causing bodily harm</w:t>
      </w:r>
      <w:r>
        <w:br/>
      </w:r>
      <w:r>
        <w:t xml:space="preserve">    (c) unintentional killing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more popular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narrators</w:t>
      </w:r>
      <w:r>
        <w:rPr>
          <w:b/>
          <w:bCs/>
        </w:rPr>
        <w:t xml:space="preserve"> </w:t>
      </w:r>
      <w:r>
        <w:rPr>
          <w:b/>
          <w:bCs/>
        </w:rPr>
        <w:t xml:space="preserve">in movie history is Morgan Freeman. I especially liked him 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Shawshank Redemption</w:t>
      </w:r>
      <w:r>
        <w:rPr>
          <w:b/>
          <w:bCs/>
        </w:rPr>
        <w:t xml:space="preserve"> </w:t>
      </w:r>
      <w:r>
        <w:rPr>
          <w:b/>
          <w:bCs/>
        </w:rPr>
        <w:t xml:space="preserve">where in addition to playing a major role, he narrated the film.</w:t>
      </w:r>
      <w:r>
        <w:br/>
      </w:r>
      <w:r>
        <w:t xml:space="preserve">    (a) actor who talks directly to the audience</w:t>
      </w:r>
      <w:r>
        <w:br/>
      </w:r>
      <w:r>
        <w:t xml:space="preserve">    (b) producer who works closest with the actors</w:t>
      </w:r>
      <w:r>
        <w:br/>
      </w:r>
      <w:r>
        <w:t xml:space="preserve">    (c) script writer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words were too perfect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paraphrase</w:t>
      </w:r>
      <w:r>
        <w:rPr>
          <w:b/>
          <w:bCs/>
        </w:rPr>
        <w:t xml:space="preserve">, so I will quote.</w:t>
      </w:r>
      <w:r>
        <w:br/>
      </w:r>
      <w:r>
        <w:t xml:space="preserve">    (a) reword</w:t>
      </w:r>
      <w:r>
        <w:br/>
      </w:r>
      <w:r>
        <w:t xml:space="preserve">    (b) forget</w:t>
      </w:r>
      <w:r>
        <w:br/>
      </w:r>
      <w:r>
        <w:t xml:space="preserve">    (c) summarize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story about a prince who changes places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</w:t>
      </w:r>
      <w:r>
        <w:rPr>
          <w:b/>
          <w:bCs/>
        </w:rPr>
        <w:t xml:space="preserve">.</w:t>
      </w:r>
      <w:r>
        <w:br/>
      </w:r>
      <w:r>
        <w:t xml:space="preserve">    (a) palace visitor</w:t>
      </w:r>
      <w:r>
        <w:br/>
      </w:r>
      <w:r>
        <w:t xml:space="preserve">    (b) wealthy person</w:t>
      </w:r>
      <w:r>
        <w:br/>
      </w:r>
      <w:r>
        <w:t xml:space="preserve">    (c) poor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walking with a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limp.</w:t>
      </w:r>
      <w:r>
        <w:br/>
      </w:r>
      <w:r>
        <w:t xml:space="preserve">    (a) painful</w:t>
      </w:r>
      <w:r>
        <w:br/>
      </w:r>
      <w:r>
        <w:t xml:space="preserve">    (b) noticeable</w:t>
      </w:r>
      <w:r>
        <w:br/>
      </w:r>
      <w:r>
        <w:t xml:space="preserve">    (c) new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skill</w:t>
      </w:r>
      <w:r>
        <w:br/>
      </w:r>
      <w:r>
        <w:t xml:space="preserve">    (b) interest</w:t>
      </w:r>
      <w:r>
        <w:br/>
      </w:r>
      <w:r>
        <w:t xml:space="preserve">    (c)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expressed a desire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the oversight.</w:t>
      </w:r>
      <w:r>
        <w:br/>
      </w:r>
      <w:r>
        <w:t xml:space="preserve">    (a) change clothing after</w:t>
      </w:r>
      <w:r>
        <w:br/>
      </w:r>
      <w:r>
        <w:t xml:space="preserve">    (b) make up for</w:t>
      </w:r>
      <w:r>
        <w:br/>
      </w:r>
      <w:r>
        <w:t xml:space="preserve">    (c) investigate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Los Angeles is prone to smog because of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topography</w:t>
      </w:r>
      <w:r>
        <w:rPr>
          <w:b/>
          <w:bCs/>
        </w:rPr>
        <w:t xml:space="preserve">.</w:t>
      </w:r>
      <w:r>
        <w:br/>
      </w:r>
      <w:r>
        <w:t xml:space="preserve">    (a) industrial mix</w:t>
      </w:r>
      <w:r>
        <w:br/>
      </w:r>
      <w:r>
        <w:t xml:space="preserve">    (b) geographic surface features</w:t>
      </w:r>
      <w:r>
        <w:br/>
      </w:r>
      <w:r>
        <w:t xml:space="preserve">    (c) population density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has a beautiful ocean view. You can almost always waves breaking on shore as well as distant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whitecaps</w:t>
      </w:r>
      <w:r>
        <w:rPr>
          <w:b/>
          <w:bCs/>
        </w:rPr>
        <w:t xml:space="preserve">.</w:t>
      </w:r>
      <w:r>
        <w:br/>
      </w:r>
      <w:r>
        <w:t xml:space="preserve">    (a) seagulls with a gray body &amp; white head</w:t>
      </w:r>
      <w:r>
        <w:br/>
      </w:r>
      <w:r>
        <w:t xml:space="preserve">    (b) wind-blown waves with white foam at their crest</w:t>
      </w:r>
      <w:r>
        <w:br/>
      </w:r>
      <w:r>
        <w:t xml:space="preserve">    (c) snow-covered mountains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2026-07-31T15:58:32Z</dcterms:created>
  <dcterms:modified xsi:type="dcterms:W3CDTF">2026-07-31T15:58:32Z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