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e4d006c83d57d39262d213b6398790dc2342a2"/>
    <w:p>
      <w:pPr>
        <w:pStyle w:val="Heading1"/>
      </w:pPr>
      <w:r>
        <w:rPr>
          <w:b/>
          <w:bCs/>
        </w:rPr>
        <w:t xml:space="preserve">Snow Falling on Cedars</w:t>
      </w:r>
      <w:r>
        <w:br/>
      </w:r>
      <w:r>
        <w:rPr>
          <w:i/>
          <w:iCs/>
        </w:rPr>
        <w:t xml:space="preserve">David Guterson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Snow fell that morning outside the courthouse windows, four tall, narrow arches of leaded glass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a great quantity of weak December light.</w:t>
      </w:r>
      <w:r>
        <w:br/>
      </w:r>
      <w:r>
        <w:t xml:space="preserve">    (a) not wanting to do something</w:t>
      </w:r>
      <w:r>
        <w:br/>
      </w:r>
      <w:r>
        <w:t xml:space="preserve">    (b) was attractive or desirable</w:t>
      </w:r>
      <w:r>
        <w:br/>
      </w:r>
      <w:r>
        <w:t xml:space="preserve">    (c) gave or produced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task as you deliberate together on these proceedings is to ensure that you do nothing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to a universe in which things go awry by happenstance.</w:t>
      </w:r>
      <w:r>
        <w:br/>
      </w:r>
      <w:r>
        <w:t xml:space="preserve">    (a) give in, give way, or give up</w:t>
      </w:r>
      <w:r>
        <w:br/>
      </w:r>
      <w:r>
        <w:t xml:space="preserve">    (b) an involuntary vomiting spasm</w:t>
      </w:r>
      <w:r>
        <w:br/>
      </w:r>
      <w:r>
        <w:t xml:space="preserve">    (c) select (on a computer screen)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preceding</w:t>
      </w:r>
      <w:r>
        <w:rPr>
          <w:b/>
          <w:bCs/>
        </w:rPr>
        <w:t xml:space="preserve"> </w:t>
      </w:r>
      <w:r>
        <w:rPr>
          <w:b/>
          <w:bCs/>
        </w:rPr>
        <w:t xml:space="preserve">night a fog as palpable as cotton had hung suspended over Island County.</w:t>
      </w:r>
      <w:r>
        <w:br/>
      </w:r>
      <w:r>
        <w:t xml:space="preserve">    (a) beginning to fight again</w:t>
      </w:r>
      <w:r>
        <w:br/>
      </w:r>
      <w:r>
        <w:t xml:space="preserve">    (b) influencing or effecting</w:t>
      </w:r>
      <w:r>
        <w:br/>
      </w:r>
      <w:r>
        <w:t xml:space="preserve">    (c) prior (in time or space)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sinewy length of his jawline</w:t>
      </w:r>
      <w:r>
        <w:br/>
      </w:r>
      <w:r>
        <w:t xml:space="preserve">    (a) seeming different  or wrong together</w:t>
      </w:r>
      <w:r>
        <w:br/>
      </w:r>
      <w:r>
        <w:t xml:space="preserve">    (b) without purpose, job, or natural activity</w:t>
      </w:r>
      <w:r>
        <w:br/>
      </w:r>
      <w:r>
        <w:t xml:space="preserve">    (c) unable or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two of them sounded at the same moment, a clash of sound,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.</w:t>
      </w:r>
      <w:r>
        <w:br/>
      </w:r>
      <w:r>
        <w:t xml:space="preserve">    (a) likely to change</w:t>
      </w:r>
      <w:r>
        <w:br/>
      </w:r>
      <w:r>
        <w:t xml:space="preserve">    (b) able to be found</w:t>
      </w:r>
      <w:r>
        <w:br/>
      </w:r>
      <w:r>
        <w:t xml:space="preserve">    (c) unpleasant sounding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you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testifying</w:t>
      </w:r>
      <w:r>
        <w:rPr>
          <w:b/>
          <w:bCs/>
        </w:rPr>
        <w:t xml:space="preserve">.</w:t>
      </w:r>
      <w:r>
        <w:br/>
      </w:r>
      <w:r>
        <w:t xml:space="preserve">    (a) providing evidence of something -- especially oral evidence in court</w:t>
      </w:r>
      <w:r>
        <w:br/>
      </w:r>
      <w:r>
        <w:t xml:space="preserve">    (b) calling -- typically to come nearer by using a hand gesture or a nod</w:t>
      </w:r>
      <w:r>
        <w:br/>
      </w:r>
      <w:r>
        <w:t xml:space="preserve">    (c) convincing (someone) that an idea previously believed is not correct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to ask about something else that confused me during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.</w:t>
      </w:r>
      <w:r>
        <w:br/>
      </w:r>
      <w:r>
        <w:t xml:space="preserve">    (a) something that serves as evidence -- especially a statement at a trial or hearing</w:t>
      </w:r>
      <w:r>
        <w:br/>
      </w:r>
      <w:r>
        <w:t xml:space="preserve">    (b) an atom that has acquired an electrical charge by the loss or gain of an electron</w:t>
      </w:r>
      <w:r>
        <w:br/>
      </w:r>
      <w:r>
        <w:t xml:space="preserve">    (c) an organ attached to the wall of the uterus to nourish the fetus during pregnancy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"It's my job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</w:t>
      </w:r>
      <w:r>
        <w:rPr>
          <w:b/>
          <w:bCs/>
        </w:rPr>
        <w:t xml:space="preserve">," insisted Horace Whaley.</w:t>
      </w:r>
      <w:r>
        <w:br/>
      </w:r>
      <w:r>
        <w:t xml:space="preserve">    (a) take up or receive into heaven</w:t>
      </w:r>
      <w:r>
        <w:br/>
      </w:r>
      <w:r>
        <w:t xml:space="preserve">    (b) conclude or guess by reasoning</w:t>
      </w:r>
      <w:r>
        <w:br/>
      </w:r>
      <w:r>
        <w:t xml:space="preserve">    (c) hire, reserve, book, or occupy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cause of death--</w:t>
      </w:r>
      <w:r>
        <w:rPr>
          <w:b/>
          <w:bCs/>
          <w:u w:val="single"/>
        </w:rPr>
        <w:t xml:space="preserve">unequivocally</w:t>
      </w:r>
      <w:r>
        <w:rPr>
          <w:b/>
          <w:bCs/>
        </w:rPr>
        <w:t xml:space="preserve">--was drowning.</w:t>
      </w:r>
      <w:r>
        <w:br/>
      </w:r>
      <w:r>
        <w:t xml:space="preserve">    (a) in a manner that accepts as true (without proof)</w:t>
      </w:r>
      <w:r>
        <w:br/>
      </w:r>
      <w:r>
        <w:t xml:space="preserve">    (b) meticulously (with great care for small details)</w:t>
      </w:r>
      <w:r>
        <w:br/>
      </w:r>
      <w:r>
        <w:t xml:space="preserve">    (c) clearly and unmistakably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went and put five acres into raspberries and dumped money into that experiment—wire and cedar posts, labor to build trellises—it set them back until he figured how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cull</w:t>
      </w:r>
      <w:r>
        <w:rPr>
          <w:b/>
          <w:bCs/>
        </w:rPr>
        <w:t xml:space="preserve"> </w:t>
      </w:r>
      <w:r>
        <w:rPr>
          <w:b/>
          <w:bCs/>
        </w:rPr>
        <w:t xml:space="preserve">the canes and train them to produce.</w:t>
      </w:r>
      <w:r>
        <w:br/>
      </w:r>
      <w:r>
        <w:t xml:space="preserve">    (a) mirror back (an image)</w:t>
      </w:r>
      <w:r>
        <w:br/>
      </w:r>
      <w:r>
        <w:t xml:space="preserve">    (b) create dramatic change</w:t>
      </w:r>
      <w:r>
        <w:br/>
      </w:r>
      <w:r>
        <w:t xml:space="preserve">    (c) select from among many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defendant</w:t>
      </w:r>
      <w:r>
        <w:rPr>
          <w:b/>
          <w:bCs/>
        </w:rPr>
        <w:t xml:space="preserve">'s motive for committing murder</w:t>
      </w:r>
      <w:r>
        <w:br/>
      </w:r>
      <w:r>
        <w:t xml:space="preserve">    (a) soft leather shoe traditionally worn by Native Americans</w:t>
      </w:r>
      <w:r>
        <w:br/>
      </w:r>
      <w:r>
        <w:t xml:space="preserve">    (b) belief or opinion formed by viewing things a certain way</w:t>
      </w:r>
      <w:r>
        <w:br/>
      </w:r>
      <w:r>
        <w:t xml:space="preserve">    (c) the person accused of a crime in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confessed to experiencing a moral anguish over meeting him so secretly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deceiving</w:t>
      </w:r>
      <w:r>
        <w:rPr>
          <w:b/>
          <w:bCs/>
        </w:rPr>
        <w:t xml:space="preserve"> </w:t>
      </w:r>
      <w:r>
        <w:rPr>
          <w:b/>
          <w:bCs/>
        </w:rPr>
        <w:t xml:space="preserve">her mother and father.</w:t>
      </w:r>
      <w:r>
        <w:br/>
      </w:r>
      <w:r>
        <w:t xml:space="preserve">    (a) influencing opinion</w:t>
      </w:r>
      <w:r>
        <w:br/>
      </w:r>
      <w:r>
        <w:t xml:space="preserve">    (b) lying or misleading</w:t>
      </w:r>
      <w:r>
        <w:br/>
      </w:r>
      <w:r>
        <w:t xml:space="preserve">    (c) continuing to exist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us remember what is so easy to forget in the mad intensity of wartime: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</w:t>
      </w:r>
      <w:r>
        <w:rPr>
          <w:b/>
          <w:bCs/>
        </w:rPr>
        <w:t xml:space="preserve"> </w:t>
      </w:r>
      <w:r>
        <w:rPr>
          <w:b/>
          <w:bCs/>
        </w:rPr>
        <w:t xml:space="preserve">and hatred are never right and never to be accepted by a just society.</w:t>
      </w:r>
      <w:r>
        <w:br/>
      </w:r>
      <w:r>
        <w:t xml:space="preserve">    (a) bias that prevents objective consideration -- especially an unreasonable belief that is unfair to members of a race, religion, or other group</w:t>
      </w:r>
      <w:r>
        <w:br/>
      </w:r>
      <w:r>
        <w:t xml:space="preserve">    (b) fear, or anticipate with worry (commonly only seen in the forms "apprehensive" and "apprehension," but seen in this form in classic literature)</w:t>
      </w:r>
      <w:r>
        <w:br/>
      </w:r>
      <w:r>
        <w:t xml:space="preserve">    (c) to expression feelings or thoughts enthusiastically  OR  to squirt or give off (typically under pressure such as blood or leaking gas)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wanted to believe this, and so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indulged</w:t>
      </w:r>
      <w:r>
        <w:rPr>
          <w:b/>
          <w:bCs/>
        </w:rPr>
        <w:t xml:space="preserve"> </w:t>
      </w:r>
      <w:r>
        <w:rPr>
          <w:b/>
          <w:bCs/>
        </w:rPr>
        <w:t xml:space="preserve">herself and tried to be swept up in it.</w:t>
      </w:r>
      <w:r>
        <w:br/>
      </w:r>
      <w:r>
        <w:t xml:space="preserve">    (a) guided or managed</w:t>
      </w:r>
      <w:r>
        <w:br/>
      </w:r>
      <w:r>
        <w:t xml:space="preserve">    (b) thought carefully</w:t>
      </w:r>
      <w:r>
        <w:br/>
      </w:r>
      <w:r>
        <w:t xml:space="preserve">    (c) enjoyed to excess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could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his reason for being there—why he had enlisted to fight in the marines, what the point of it was.</w:t>
      </w:r>
      <w:r>
        <w:br/>
      </w:r>
      <w:r>
        <w:t xml:space="preserve">    (a) subtract</w:t>
      </w:r>
      <w:r>
        <w:br/>
      </w:r>
      <w:r>
        <w:t xml:space="preserve">    (b) remember</w:t>
      </w:r>
      <w:r>
        <w:br/>
      </w:r>
      <w:r>
        <w:t xml:space="preserve">    (c) disagree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could be that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cordiality</w:t>
      </w:r>
      <w:r>
        <w:rPr>
          <w:b/>
          <w:bCs/>
        </w:rPr>
        <w:t xml:space="preserve"> </w:t>
      </w:r>
      <w:r>
        <w:rPr>
          <w:b/>
          <w:bCs/>
        </w:rPr>
        <w:t xml:space="preserve">and handshaking had been nothing but stiff formality, that underneath they hated each other.</w:t>
      </w:r>
      <w:r>
        <w:br/>
      </w:r>
      <w:r>
        <w:t xml:space="preserve">    (a) satisfaction</w:t>
      </w:r>
      <w:r>
        <w:br/>
      </w:r>
      <w:r>
        <w:t xml:space="preserve">    (b) psychiatrist</w:t>
      </w:r>
      <w:r>
        <w:br/>
      </w:r>
      <w:r>
        <w:t xml:space="preserve">    (c) friendliness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Ishmael Chambers, in the last light of day, found himself seated in the office of the lighthouse chief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petty officer</w:t>
      </w:r>
      <w:r>
        <w:rPr>
          <w:b/>
          <w:bCs/>
        </w:rPr>
        <w:t xml:space="preserve">, a large man named Evan Powell.</w:t>
      </w:r>
      <w:r>
        <w:br/>
      </w:r>
      <w:r>
        <w:t xml:space="preserve">    (a) non-commissioned officer</w:t>
      </w:r>
      <w:r>
        <w:br/>
      </w:r>
      <w:r>
        <w:t xml:space="preserve">    (b) lowering moral standards</w:t>
      </w:r>
      <w:r>
        <w:br/>
      </w:r>
      <w:r>
        <w:t xml:space="preserve">    (c) changing or not reliable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want to ask you — I'm asking you again — from the perspective of a man who has been fishing for thirty years,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of the gill-netters association president — a man who presumably hears about almost everything that happens out there on the sea at night — would you, sir, consider this a good plan?</w:t>
      </w:r>
      <w:r>
        <w:br/>
      </w:r>
      <w:r>
        <w:t xml:space="preserve">    (a) a particular way of seeing or thinking about things</w:t>
      </w:r>
      <w:r>
        <w:br/>
      </w:r>
      <w:r>
        <w:t xml:space="preserve">    (b) resulting from God's intervention or plan; or lucky</w:t>
      </w:r>
      <w:r>
        <w:br/>
      </w:r>
      <w:r>
        <w:t xml:space="preserve">    (c) collection of star systems held together by gravity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that part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—so far?</w:t>
      </w:r>
      <w:r>
        <w:br/>
      </w:r>
      <w:r>
        <w:t xml:space="preserve">    (a) full of strong desire for something</w:t>
      </w:r>
      <w:r>
        <w:br/>
      </w:r>
      <w:r>
        <w:t xml:space="preserve">    (b) in a manner that takes on or adopts</w:t>
      </w:r>
      <w:r>
        <w:br/>
      </w:r>
      <w:r>
        <w:t xml:space="preserve">    (c) apparently reasonable, but unproven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you determine that he is guilty of something else—of hatred, of assault, of manslaughter, of murder in self-defense, of coldness, of passion, of second-degree murder—none of that will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.</w:t>
      </w:r>
      <w:r>
        <w:br/>
      </w:r>
      <w:r>
        <w:t xml:space="preserve">    (a) relating in a meaningful way to the issue in question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having the ability to change for different situations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2026-07-31T15:58:32Z</dcterms:created>
  <dcterms:modified xsi:type="dcterms:W3CDTF">2026-07-31T15:58:32Z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