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e45e54fbc79f2862a3145d846f6d3dc6adf997"/>
    <w:p>
      <w:pPr>
        <w:pStyle w:val="Heading1"/>
      </w:pPr>
      <w:r>
        <w:rPr>
          <w:b/>
          <w:bCs/>
        </w:rPr>
        <w:t xml:space="preserve">Snow Falling on Cedars</w:t>
      </w:r>
      <w:r>
        <w:br/>
      </w:r>
      <w:r>
        <w:rPr>
          <w:i/>
          <w:iCs/>
        </w:rPr>
        <w:t xml:space="preserve">David Guterson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accused man, Kabuo Miyamoto, leaned to his right and nodded just</w:t>
      </w:r>
      <w:r>
        <w:rPr>
          <w:b/>
          <w:bCs/>
        </w:rPr>
        <w:t xml:space="preserve"> </w:t>
      </w:r>
      <w:r>
        <w:rPr>
          <w:b/>
          <w:bCs/>
          <w:u w:val="single"/>
        </w:rPr>
        <w:t xml:space="preserve">perceptibly</w:t>
      </w:r>
      <w:r>
        <w:rPr>
          <w:b/>
          <w:bCs/>
        </w:rPr>
        <w:t xml:space="preserve"> </w:t>
      </w:r>
      <w:r>
        <w:rPr>
          <w:b/>
          <w:bCs/>
        </w:rPr>
        <w:t xml:space="preserve">while Nels Gudmundsson spoke into his ear.</w:t>
      </w:r>
      <w:r>
        <w:br/>
      </w:r>
      <w:r>
        <w:t xml:space="preserve">    (a) in a manner that is capable of being noticed</w:t>
      </w:r>
      <w:r>
        <w:br/>
      </w:r>
      <w:r>
        <w:t xml:space="preserve">    (b) in a manner that is not sensible and careful</w:t>
      </w:r>
      <w:r>
        <w:br/>
      </w:r>
      <w:r>
        <w:t xml:space="preserve">    (c) with feelings of deep respect and admiration</w:t>
      </w:r>
    </w:p>
    <w:p>
      <w:pPr>
        <w:pStyle w:val="Compact"/>
        <w:numPr>
          <w:ilvl w:val="0"/>
          <w:numId w:val="1001"/>
        </w:numPr>
      </w:pPr>
      <w:r>
        <w:rPr>
          <w:b/>
          <w:bCs/>
        </w:rPr>
        <w:t xml:space="preserve">He'd been calling the Reverend Gordon Groves of the Amity Harbor Lutheran Congregation to ask about the sermon topic for Sunday in order that he might</w:t>
      </w:r>
      <w:r>
        <w:rPr>
          <w:b/>
          <w:bCs/>
        </w:rPr>
        <w:t xml:space="preserve"> </w:t>
      </w:r>
      <w:r>
        <w:rPr>
          <w:b/>
          <w:bCs/>
          <w:u w:val="single"/>
        </w:rPr>
        <w:t xml:space="preserve">paraphrase</w:t>
      </w:r>
      <w:r>
        <w:rPr>
          <w:b/>
          <w:bCs/>
        </w:rPr>
        <w:t xml:space="preserve"> </w:t>
      </w:r>
      <w:r>
        <w:rPr>
          <w:b/>
          <w:bCs/>
        </w:rPr>
        <w:t xml:space="preserve">the reverend's answer in his "At Our Island Churches" column, a weekly feature in the San Piedro Review that ran beside the Ana-cortes ferry schedule.</w:t>
      </w:r>
      <w:r>
        <w:br/>
      </w:r>
      <w:r>
        <w:t xml:space="preserve">    (a) express the same message in different (or slightly different) words</w:t>
      </w:r>
      <w:r>
        <w:br/>
      </w:r>
      <w:r>
        <w:t xml:space="preserve">    (b) an overwhelming amount; or to overwhelm -- especially said of water</w:t>
      </w:r>
      <w:r>
        <w:br/>
      </w:r>
      <w:r>
        <w:t xml:space="preserve">    (c) spend time with; or someone with whom a person spends a lot of time</w:t>
      </w:r>
    </w:p>
    <w:p>
      <w:pPr>
        <w:pStyle w:val="Compact"/>
        <w:numPr>
          <w:ilvl w:val="0"/>
          <w:numId w:val="1001"/>
        </w:numPr>
      </w:pPr>
      <w:r>
        <w:rPr>
          <w:b/>
          <w:bCs/>
        </w:rPr>
        <w:t xml:space="preserve">He had not always been so</w:t>
      </w:r>
      <w:r>
        <w:rPr>
          <w:b/>
          <w:bCs/>
        </w:rPr>
        <w:t xml:space="preserve"> </w:t>
      </w:r>
      <w:r>
        <w:rPr>
          <w:b/>
          <w:bCs/>
          <w:u w:val="single"/>
        </w:rPr>
        <w:t xml:space="preserve">ambivalent</w:t>
      </w:r>
      <w:r>
        <w:rPr>
          <w:b/>
          <w:bCs/>
        </w:rPr>
        <w:t xml:space="preserve"> </w:t>
      </w:r>
      <w:r>
        <w:rPr>
          <w:b/>
          <w:bCs/>
        </w:rPr>
        <w:t xml:space="preserve">about his home.</w:t>
      </w:r>
      <w:r>
        <w:br/>
      </w:r>
      <w:r>
        <w:t xml:space="preserve">    (a) with mixed feelings</w:t>
      </w:r>
      <w:r>
        <w:br/>
      </w:r>
      <w:r>
        <w:t xml:space="preserve">    (b) not done on purpose</w:t>
      </w:r>
      <w:r>
        <w:br/>
      </w:r>
      <w:r>
        <w:t xml:space="preserve">    (c) not straightforward</w:t>
      </w:r>
    </w:p>
    <w:p>
      <w:pPr>
        <w:pStyle w:val="Compact"/>
        <w:numPr>
          <w:ilvl w:val="0"/>
          <w:numId w:val="1001"/>
        </w:numPr>
      </w:pPr>
      <w:r>
        <w:rPr>
          <w:b/>
          <w:bCs/>
        </w:rPr>
        <w:t xml:space="preserve">The</w:t>
      </w:r>
      <w:r>
        <w:rPr>
          <w:b/>
          <w:bCs/>
        </w:rPr>
        <w:t xml:space="preserve"> </w:t>
      </w:r>
      <w:r>
        <w:rPr>
          <w:b/>
          <w:bCs/>
          <w:u w:val="single"/>
        </w:rPr>
        <w:t xml:space="preserve">narrator</w:t>
      </w:r>
      <w:r>
        <w:rPr>
          <w:b/>
          <w:bCs/>
        </w:rPr>
        <w:t xml:space="preserve">, he found upon reading the first sentence, bore his own name— Ishmael.</w:t>
      </w:r>
      <w:r>
        <w:br/>
      </w:r>
      <w:r>
        <w:t xml:space="preserve">    (a) translation</w:t>
      </w:r>
      <w:r>
        <w:br/>
      </w:r>
      <w:r>
        <w:t xml:space="preserve">    (b) storyteller</w:t>
      </w:r>
      <w:r>
        <w:br/>
      </w:r>
      <w:r>
        <w:t xml:space="preserve">    (c) quiet voice</w:t>
      </w:r>
    </w:p>
    <w:p>
      <w:pPr>
        <w:pStyle w:val="Compact"/>
        <w:numPr>
          <w:ilvl w:val="0"/>
          <w:numId w:val="1001"/>
        </w:numPr>
      </w:pPr>
      <w:r>
        <w:rPr>
          <w:b/>
          <w:bCs/>
        </w:rPr>
        <w:t xml:space="preserve">Could be murder, could be</w:t>
      </w:r>
      <w:r>
        <w:rPr>
          <w:b/>
          <w:bCs/>
        </w:rPr>
        <w:t xml:space="preserve"> </w:t>
      </w:r>
      <w:r>
        <w:rPr>
          <w:b/>
          <w:bCs/>
          <w:u w:val="single"/>
        </w:rPr>
        <w:t xml:space="preserve">manslaughter</w:t>
      </w:r>
      <w:r>
        <w:rPr>
          <w:b/>
          <w:bCs/>
        </w:rPr>
        <w:t xml:space="preserve">, could be an accident—could be anything.</w:t>
      </w:r>
      <w:r>
        <w:br/>
      </w:r>
      <w:r>
        <w:t xml:space="preserve">    (a) unintentional killing of a person</w:t>
      </w:r>
      <w:r>
        <w:br/>
      </w:r>
      <w:r>
        <w:t xml:space="preserve">    (b) interacts, interests, or attracts</w:t>
      </w:r>
      <w:r>
        <w:br/>
      </w:r>
      <w:r>
        <w:t xml:space="preserve">    (c) because of a basic rule or belief</w:t>
      </w:r>
    </w:p>
    <w:p>
      <w:pPr>
        <w:pStyle w:val="Compact"/>
        <w:numPr>
          <w:ilvl w:val="0"/>
          <w:numId w:val="1001"/>
        </w:numPr>
      </w:pPr>
      <w:r>
        <w:rPr>
          <w:b/>
          <w:bCs/>
        </w:rPr>
        <w:t xml:space="preserve">Then he dried his steel-rimmed glasses on a towel and, because he was</w:t>
      </w:r>
      <w:r>
        <w:rPr>
          <w:b/>
          <w:bCs/>
        </w:rPr>
        <w:t xml:space="preserve"> </w:t>
      </w:r>
      <w:r>
        <w:rPr>
          <w:b/>
          <w:bCs/>
          <w:u w:val="single"/>
        </w:rPr>
        <w:t xml:space="preserve">fastidious</w:t>
      </w:r>
      <w:r>
        <w:rPr>
          <w:b/>
          <w:bCs/>
        </w:rPr>
        <w:t xml:space="preserve">, got his surgical gown on.</w:t>
      </w:r>
      <w:r>
        <w:br/>
      </w:r>
      <w:r>
        <w:t xml:space="preserve">    (a) giving careful attention to detail; or excessively concerned with cleanliness</w:t>
      </w:r>
      <w:r>
        <w:br/>
      </w:r>
      <w:r>
        <w:t xml:space="preserve">    (b) not relevant (not related to the subject being considered, or not important enough to want to consider)</w:t>
      </w:r>
      <w:r>
        <w:br/>
      </w:r>
      <w:r>
        <w:t xml:space="preserve">    (c) a person who works from within to destroy an established order; or relating to such destructive efforts</w:t>
      </w:r>
    </w:p>
    <w:p>
      <w:pPr>
        <w:pStyle w:val="Compact"/>
        <w:numPr>
          <w:ilvl w:val="0"/>
          <w:numId w:val="1001"/>
        </w:numPr>
      </w:pPr>
      <w:r>
        <w:rPr>
          <w:b/>
          <w:bCs/>
        </w:rPr>
        <w:t xml:space="preserve">It was necessary to pull hard enough to tear</w:t>
      </w:r>
      <w:r>
        <w:rPr>
          <w:b/>
          <w:bCs/>
        </w:rPr>
        <w:t xml:space="preserve"> </w:t>
      </w:r>
      <w:r>
        <w:rPr>
          <w:b/>
          <w:bCs/>
          <w:u w:val="single"/>
        </w:rPr>
        <w:t xml:space="preserve">ligaments</w:t>
      </w:r>
      <w:r>
        <w:rPr>
          <w:b/>
          <w:bCs/>
        </w:rPr>
        <w:t xml:space="preserve"> </w:t>
      </w:r>
      <w:r>
        <w:rPr>
          <w:b/>
          <w:bCs/>
        </w:rPr>
        <w:t xml:space="preserve">in the deceased's groin, and this Horace Whaley did.</w:t>
      </w:r>
      <w:r>
        <w:br/>
      </w:r>
      <w:r>
        <w:t xml:space="preserve">    (a) tough fibrous tissues that connect bones</w:t>
      </w:r>
      <w:r>
        <w:br/>
      </w:r>
      <w:r>
        <w:t xml:space="preserve">    (b) animals between one and two years of age</w:t>
      </w:r>
      <w:r>
        <w:br/>
      </w:r>
      <w:r>
        <w:t xml:space="preserve">    (c) acts of taking something on as one's own</w:t>
      </w:r>
    </w:p>
    <w:p>
      <w:pPr>
        <w:pStyle w:val="Compact"/>
        <w:numPr>
          <w:ilvl w:val="0"/>
          <w:numId w:val="1001"/>
        </w:numPr>
      </w:pPr>
      <w:r>
        <w:rPr>
          <w:b/>
          <w:bCs/>
        </w:rPr>
        <w:t xml:space="preserve">The Japanese field soldier, trained in the art of kendo, or stick fighting, was exceptionally</w:t>
      </w:r>
      <w:r>
        <w:rPr>
          <w:b/>
          <w:bCs/>
        </w:rPr>
        <w:t xml:space="preserve"> </w:t>
      </w:r>
      <w:r>
        <w:rPr>
          <w:b/>
          <w:bCs/>
          <w:u w:val="single"/>
        </w:rPr>
        <w:t xml:space="preserve">proficient</w:t>
      </w:r>
      <w:r>
        <w:rPr>
          <w:b/>
          <w:bCs/>
        </w:rPr>
        <w:t xml:space="preserve"> </w:t>
      </w:r>
      <w:r>
        <w:rPr>
          <w:b/>
          <w:bCs/>
        </w:rPr>
        <w:t xml:space="preserve">at killing in this manner.</w:t>
      </w:r>
      <w:r>
        <w:br/>
      </w:r>
      <w:r>
        <w:t xml:space="preserve">    (a) pleasing</w:t>
      </w:r>
      <w:r>
        <w:br/>
      </w:r>
      <w:r>
        <w:t xml:space="preserve">    (b) absolute</w:t>
      </w:r>
      <w:r>
        <w:br/>
      </w:r>
      <w:r>
        <w:t xml:space="preserve">    (c) skillful</w:t>
      </w:r>
    </w:p>
    <w:p>
      <w:pPr>
        <w:pStyle w:val="Compact"/>
        <w:numPr>
          <w:ilvl w:val="0"/>
          <w:numId w:val="1001"/>
        </w:numPr>
      </w:pPr>
      <w:r>
        <w:rPr>
          <w:b/>
          <w:bCs/>
        </w:rPr>
        <w:t xml:space="preserve">It may not appear when they're first recovered from the water, but almost as soon as someone starts removing their clothing or attempting resuscitation there it is, generally in</w:t>
      </w:r>
      <w:r>
        <w:rPr>
          <w:b/>
          <w:bCs/>
        </w:rPr>
        <w:t xml:space="preserve"> </w:t>
      </w:r>
      <w:r>
        <w:rPr>
          <w:b/>
          <w:bCs/>
          <w:u w:val="single"/>
        </w:rPr>
        <w:t xml:space="preserve">copious</w:t>
      </w:r>
      <w:r>
        <w:rPr>
          <w:b/>
          <w:bCs/>
        </w:rPr>
        <w:t xml:space="preserve"> </w:t>
      </w:r>
      <w:r>
        <w:rPr>
          <w:b/>
          <w:bCs/>
        </w:rPr>
        <w:t xml:space="preserve">amounts.</w:t>
      </w:r>
      <w:r>
        <w:br/>
      </w:r>
      <w:r>
        <w:t xml:space="preserve">    (a) able to accept as true (without proof)</w:t>
      </w:r>
      <w:r>
        <w:br/>
      </w:r>
      <w:r>
        <w:t xml:space="preserve">    (b) abundant (large in quantity or number)</w:t>
      </w:r>
      <w:r>
        <w:br/>
      </w:r>
      <w:r>
        <w:t xml:space="preserve">    (c) able to be protected or kept unchanged</w:t>
      </w:r>
    </w:p>
    <w:p>
      <w:pPr>
        <w:pStyle w:val="Compact"/>
        <w:numPr>
          <w:ilvl w:val="0"/>
          <w:numId w:val="1001"/>
        </w:numPr>
      </w:pPr>
      <w:r>
        <w:rPr>
          <w:b/>
          <w:bCs/>
        </w:rPr>
        <w:t xml:space="preserve">And once in the new country, arriving in Seattle, she found she had married a</w:t>
      </w:r>
      <w:r>
        <w:rPr>
          <w:b/>
          <w:bCs/>
        </w:rPr>
        <w:t xml:space="preserve"> </w:t>
      </w:r>
      <w:r>
        <w:rPr>
          <w:b/>
          <w:bCs/>
          <w:u w:val="single"/>
        </w:rPr>
        <w:t xml:space="preserve">pauper</w:t>
      </w:r>
      <w:r>
        <w:rPr>
          <w:b/>
          <w:bCs/>
        </w:rPr>
        <w:t xml:space="preserve">.</w:t>
      </w:r>
      <w:r>
        <w:br/>
      </w:r>
      <w:r>
        <w:t xml:space="preserve">    (a) someone who is very poor</w:t>
      </w:r>
      <w:r>
        <w:br/>
      </w:r>
      <w:r>
        <w:t xml:space="preserve">    (b) someone who briefly sees</w:t>
      </w:r>
      <w:r>
        <w:br/>
      </w:r>
      <w:r>
        <w:t xml:space="preserve">    (c) one who formally rejects</w:t>
      </w:r>
    </w:p>
    <w:p>
      <w:pPr>
        <w:pStyle w:val="Compact"/>
        <w:numPr>
          <w:ilvl w:val="0"/>
          <w:numId w:val="1001"/>
        </w:numPr>
      </w:pPr>
      <w:r>
        <w:rPr>
          <w:b/>
          <w:bCs/>
        </w:rPr>
        <w:t xml:space="preserve">Judge Fielding called for a recess then, seeing that her emotions had overwhelmed her, and Etta followed Ed Soames into the</w:t>
      </w:r>
      <w:r>
        <w:rPr>
          <w:b/>
          <w:bCs/>
        </w:rPr>
        <w:t xml:space="preserve"> </w:t>
      </w:r>
      <w:r>
        <w:rPr>
          <w:b/>
          <w:bCs/>
          <w:u w:val="single"/>
        </w:rPr>
        <w:t xml:space="preserve">anteroom</w:t>
      </w:r>
      <w:r>
        <w:rPr>
          <w:b/>
          <w:bCs/>
        </w:rPr>
        <w:t xml:space="preserve">, where she sat in silence, remembering.</w:t>
      </w:r>
      <w:r>
        <w:br/>
      </w:r>
      <w:r>
        <w:t xml:space="preserve">    (a) island (that is made of a coral reef)</w:t>
      </w:r>
      <w:r>
        <w:br/>
      </w:r>
      <w:r>
        <w:t xml:space="preserve">    (b) dense, rainy forest with many species</w:t>
      </w:r>
      <w:r>
        <w:br/>
      </w:r>
      <w:r>
        <w:t xml:space="preserve">    (c) a room leading to a larger or more important room</w:t>
      </w:r>
    </w:p>
    <w:p>
      <w:pPr>
        <w:pStyle w:val="Compact"/>
        <w:numPr>
          <w:ilvl w:val="0"/>
          <w:numId w:val="1001"/>
        </w:numPr>
      </w:pPr>
      <w:r>
        <w:rPr>
          <w:b/>
          <w:bCs/>
        </w:rPr>
        <w:t xml:space="preserve">A substantial</w:t>
      </w:r>
      <w:r>
        <w:rPr>
          <w:b/>
          <w:bCs/>
        </w:rPr>
        <w:t xml:space="preserve"> </w:t>
      </w:r>
      <w:r>
        <w:rPr>
          <w:b/>
          <w:bCs/>
          <w:u w:val="single"/>
        </w:rPr>
        <w:t xml:space="preserve">down payment</w:t>
      </w:r>
      <w:r>
        <w:rPr>
          <w:b/>
          <w:bCs/>
        </w:rPr>
        <w:t xml:space="preserve"> </w:t>
      </w:r>
      <w:r>
        <w:rPr>
          <w:b/>
          <w:bCs/>
        </w:rPr>
        <w:t xml:space="preserve">changed hands, false papers were drawn up for state inspection.</w:t>
      </w:r>
      <w:r>
        <w:br/>
      </w:r>
      <w:r>
        <w:t xml:space="preserve">    (a) a partial payment made at the time of purchase</w:t>
      </w:r>
      <w:r>
        <w:br/>
      </w:r>
      <w:r>
        <w:t xml:space="preserve">    (b) the main building (or buildings) of government</w:t>
      </w:r>
      <w:r>
        <w:br/>
      </w:r>
      <w:r>
        <w:t xml:space="preserve">    (c) two successive lines of poetry; usually rhymed</w:t>
      </w:r>
    </w:p>
    <w:p>
      <w:pPr>
        <w:pStyle w:val="Compact"/>
        <w:numPr>
          <w:ilvl w:val="0"/>
          <w:numId w:val="1001"/>
        </w:numPr>
      </w:pPr>
      <w:r>
        <w:rPr>
          <w:b/>
          <w:bCs/>
        </w:rPr>
        <w:t xml:space="preserve">But I must remind you that Mr. Miyamoto here is on trial for murder in the first degree, that such is the focus of this court's concern, and that any</w:t>
      </w:r>
      <w:r>
        <w:rPr>
          <w:b/>
          <w:bCs/>
        </w:rPr>
        <w:t xml:space="preserve"> </w:t>
      </w:r>
      <w:r>
        <w:rPr>
          <w:b/>
          <w:bCs/>
          <w:u w:val="single"/>
        </w:rPr>
        <w:t xml:space="preserve">contentiousness</w:t>
      </w:r>
      <w:r>
        <w:rPr>
          <w:b/>
          <w:bCs/>
        </w:rPr>
        <w:t xml:space="preserve"> </w:t>
      </w:r>
      <w:r>
        <w:rPr>
          <w:b/>
          <w:bCs/>
        </w:rPr>
        <w:t xml:space="preserve">about legal ownership of land will have to be addressed in a civil court, madam.</w:t>
      </w:r>
      <w:r>
        <w:br/>
      </w:r>
      <w:r>
        <w:t xml:space="preserve">    (a) made by taking on as one's own</w:t>
      </w:r>
      <w:r>
        <w:br/>
      </w:r>
      <w:r>
        <w:t xml:space="preserve">    (b) a sensible view of a situation</w:t>
      </w:r>
      <w:r>
        <w:br/>
      </w:r>
      <w:r>
        <w:t xml:space="preserve">    (c) tendency to cause disagreement</w:t>
      </w:r>
    </w:p>
    <w:p>
      <w:pPr>
        <w:pStyle w:val="Compact"/>
        <w:numPr>
          <w:ilvl w:val="0"/>
          <w:numId w:val="1001"/>
        </w:numPr>
      </w:pPr>
      <w:r>
        <w:rPr>
          <w:b/>
          <w:bCs/>
        </w:rPr>
        <w:t xml:space="preserve">The defense commissioner, Richard Blackington, appointed nine district air raid wardens to be responsible for the effectiveness of an island blackout; he also attended, in Anacortes, a chemical warfare training class and afterward busied himself</w:t>
      </w:r>
      <w:r>
        <w:rPr>
          <w:b/>
          <w:bCs/>
        </w:rPr>
        <w:t xml:space="preserve"> </w:t>
      </w:r>
      <w:r>
        <w:rPr>
          <w:b/>
          <w:bCs/>
          <w:u w:val="single"/>
        </w:rPr>
        <w:t xml:space="preserve">disseminating</w:t>
      </w:r>
      <w:r>
        <w:rPr>
          <w:b/>
          <w:bCs/>
        </w:rPr>
        <w:t xml:space="preserve"> </w:t>
      </w:r>
      <w:r>
        <w:rPr>
          <w:b/>
          <w:bCs/>
        </w:rPr>
        <w:t xml:space="preserve">flyers about it.</w:t>
      </w:r>
      <w:r>
        <w:br/>
      </w:r>
      <w:r>
        <w:t xml:space="preserve">    (a) fighting in a bitter manner over a long period of time</w:t>
      </w:r>
      <w:r>
        <w:br/>
      </w:r>
      <w:r>
        <w:t xml:space="preserve">    (b) assigning a value on or judging the worth of something</w:t>
      </w:r>
      <w:r>
        <w:br/>
      </w:r>
      <w:r>
        <w:t xml:space="preserve">    (c) to spread widely -- especially information or opinions</w:t>
      </w:r>
    </w:p>
    <w:p>
      <w:pPr>
        <w:pStyle w:val="Compact"/>
        <w:numPr>
          <w:ilvl w:val="0"/>
          <w:numId w:val="1001"/>
        </w:numPr>
      </w:pPr>
      <w:r>
        <w:rPr>
          <w:b/>
          <w:bCs/>
        </w:rPr>
        <w:t xml:space="preserve">We've both gotten good at being</w:t>
      </w:r>
      <w:r>
        <w:rPr>
          <w:b/>
          <w:bCs/>
        </w:rPr>
        <w:t xml:space="preserve"> </w:t>
      </w:r>
      <w:r>
        <w:rPr>
          <w:b/>
          <w:bCs/>
          <w:u w:val="single"/>
        </w:rPr>
        <w:t xml:space="preserve">devious</w:t>
      </w:r>
      <w:r>
        <w:rPr>
          <w:b/>
          <w:bCs/>
        </w:rPr>
        <w:t xml:space="preserve">.</w:t>
      </w:r>
      <w:r>
        <w:br/>
      </w:r>
      <w:r>
        <w:t xml:space="preserve">    (a) able to be persuaded to do something by tempting with pleasure or something desired</w:t>
      </w:r>
      <w:r>
        <w:br/>
      </w:r>
      <w:r>
        <w:t xml:space="preserve">    (b) deceitful (not honest and straightforward) -- often in a complicated, clever manner</w:t>
      </w:r>
      <w:r>
        <w:br/>
      </w:r>
      <w:r>
        <w:t xml:space="preserve">    (c) relating to one-sided information that is purposefully spread to influence opinions</w:t>
      </w:r>
    </w:p>
    <w:p>
      <w:pPr>
        <w:pStyle w:val="Compact"/>
        <w:numPr>
          <w:ilvl w:val="0"/>
          <w:numId w:val="1001"/>
        </w:numPr>
      </w:pPr>
      <w:r>
        <w:rPr>
          <w:b/>
          <w:bCs/>
        </w:rPr>
        <w:t xml:space="preserve">On the second day his company was assembled on the top deck and told that they were moving toward Tarawa</w:t>
      </w:r>
      <w:r>
        <w:rPr>
          <w:b/>
          <w:bCs/>
        </w:rPr>
        <w:t xml:space="preserve"> </w:t>
      </w:r>
      <w:r>
        <w:rPr>
          <w:b/>
          <w:bCs/>
          <w:u w:val="single"/>
        </w:rPr>
        <w:t xml:space="preserve">atoll</w:t>
      </w:r>
      <w:r>
        <w:rPr>
          <w:b/>
          <w:bCs/>
        </w:rPr>
        <w:t xml:space="preserve">, where they would go ashore at Betio, a strongly defended island.</w:t>
      </w:r>
      <w:r>
        <w:br/>
      </w:r>
      <w:r>
        <w:t xml:space="preserve">    (a) island (that is made of a coral reef)</w:t>
      </w:r>
      <w:r>
        <w:br/>
      </w:r>
      <w:r>
        <w:t xml:space="preserve">    (b) dense, rainy forest with many species</w:t>
      </w:r>
      <w:r>
        <w:br/>
      </w:r>
      <w:r>
        <w:t xml:space="preserve">    (c) a room leading to a larger or more important room</w:t>
      </w:r>
    </w:p>
    <w:p>
      <w:pPr>
        <w:pStyle w:val="Compact"/>
        <w:numPr>
          <w:ilvl w:val="0"/>
          <w:numId w:val="1001"/>
        </w:numPr>
      </w:pPr>
      <w:r>
        <w:rPr>
          <w:b/>
          <w:bCs/>
        </w:rPr>
        <w:t xml:space="preserve">He had before him a relief model of the island made out of three square sections of rubber and with a pointer began to point out its</w:t>
      </w:r>
      <w:r>
        <w:rPr>
          <w:b/>
          <w:bCs/>
        </w:rPr>
        <w:t xml:space="preserve"> </w:t>
      </w:r>
      <w:r>
        <w:rPr>
          <w:b/>
          <w:bCs/>
          <w:u w:val="single"/>
        </w:rPr>
        <w:t xml:space="preserve">topographical</w:t>
      </w:r>
      <w:r>
        <w:rPr>
          <w:b/>
          <w:bCs/>
        </w:rPr>
        <w:t xml:space="preserve"> </w:t>
      </w:r>
      <w:r>
        <w:rPr>
          <w:b/>
          <w:bCs/>
        </w:rPr>
        <w:t xml:space="preserve">features, doing so with no flourishes.</w:t>
      </w:r>
      <w:r>
        <w:br/>
      </w:r>
      <w:r>
        <w:t xml:space="preserve">    (a) the features of the surface area of a region; or their study -- especially changes in elevation</w:t>
      </w:r>
      <w:r>
        <w:br/>
      </w:r>
      <w:r>
        <w:t xml:space="preserve">    (b) having a beneficial relationship between two species (or entities) that live in close proximity</w:t>
      </w:r>
      <w:r>
        <w:br/>
      </w:r>
      <w:r>
        <w:t xml:space="preserve">    (c) the quality or degree of being clear (easily understood or capable of expressing ideas clearly)</w:t>
      </w:r>
    </w:p>
    <w:p>
      <w:pPr>
        <w:pStyle w:val="Compact"/>
        <w:numPr>
          <w:ilvl w:val="0"/>
          <w:numId w:val="1001"/>
        </w:numPr>
      </w:pPr>
      <w:r>
        <w:rPr>
          <w:b/>
          <w:bCs/>
        </w:rPr>
        <w:t xml:space="preserve">It was Carl's heart that was now in question, whether he wanted to</w:t>
      </w:r>
      <w:r>
        <w:rPr>
          <w:b/>
          <w:bCs/>
        </w:rPr>
        <w:t xml:space="preserve"> </w:t>
      </w:r>
      <w:r>
        <w:rPr>
          <w:b/>
          <w:bCs/>
          <w:u w:val="single"/>
        </w:rPr>
        <w:t xml:space="preserve">redress</w:t>
      </w:r>
      <w:r>
        <w:rPr>
          <w:b/>
          <w:bCs/>
        </w:rPr>
        <w:t xml:space="preserve"> </w:t>
      </w:r>
      <w:r>
        <w:rPr>
          <w:b/>
          <w:bCs/>
        </w:rPr>
        <w:t xml:space="preserve">a wrong his own mother had perpetrated.</w:t>
      </w:r>
      <w:r>
        <w:br/>
      </w:r>
      <w:r>
        <w:t xml:space="preserve">    (a) a quick look or partial understanding</w:t>
      </w:r>
      <w:r>
        <w:br/>
      </w:r>
      <w:r>
        <w:t xml:space="preserve">    (b) fix a problem; or make up for a wrong</w:t>
      </w:r>
      <w:r>
        <w:br/>
      </w:r>
      <w:r>
        <w:t xml:space="preserve">    (c) learn, discover, or decide in advance</w:t>
      </w:r>
    </w:p>
    <w:p>
      <w:pPr>
        <w:pStyle w:val="Compact"/>
        <w:numPr>
          <w:ilvl w:val="0"/>
          <w:numId w:val="1001"/>
        </w:numPr>
      </w:pPr>
      <w:r>
        <w:rPr>
          <w:b/>
          <w:bCs/>
        </w:rPr>
        <w:t xml:space="preserve">But--I</w:t>
      </w:r>
      <w:r>
        <w:rPr>
          <w:b/>
          <w:bCs/>
        </w:rPr>
        <w:t xml:space="preserve"> </w:t>
      </w:r>
      <w:r>
        <w:rPr>
          <w:b/>
          <w:bCs/>
          <w:u w:val="single"/>
        </w:rPr>
        <w:t xml:space="preserve">digress</w:t>
      </w:r>
      <w:r>
        <w:rPr>
          <w:b/>
          <w:bCs/>
        </w:rPr>
        <w:t xml:space="preserve">,</w:t>
      </w:r>
      <w:r>
        <w:br/>
      </w:r>
      <w:r>
        <w:t xml:space="preserve">    (a) develop or change gradually</w:t>
      </w:r>
      <w:r>
        <w:br/>
      </w:r>
      <w:r>
        <w:t xml:space="preserve">    (b) wander off topic</w:t>
      </w:r>
      <w:r>
        <w:br/>
      </w:r>
      <w:r>
        <w:t xml:space="preserve">    (c) pessimistic or disagreeable</w:t>
      </w:r>
    </w:p>
    <w:p>
      <w:pPr>
        <w:pStyle w:val="Compact"/>
        <w:numPr>
          <w:ilvl w:val="0"/>
          <w:numId w:val="1001"/>
        </w:numPr>
      </w:pPr>
      <w:r>
        <w:rPr>
          <w:b/>
          <w:bCs/>
          <w:u w:val="single"/>
        </w:rPr>
        <w:t xml:space="preserve">Whitecaps</w:t>
      </w:r>
      <w:r>
        <w:rPr>
          <w:b/>
          <w:bCs/>
        </w:rPr>
        <w:t xml:space="preserve"> </w:t>
      </w:r>
      <w:r>
        <w:rPr>
          <w:b/>
          <w:bCs/>
        </w:rPr>
        <w:t xml:space="preserve">roiled among the capsized boats and caused them and the docks to surge and roll, and the tops of the cabins and drum reels and gunnels were loaded down with snow.</w:t>
      </w:r>
      <w:r>
        <w:br/>
      </w:r>
      <w:r>
        <w:t xml:space="preserve">    (a) general feelings of not being as good as others</w:t>
      </w:r>
      <w:r>
        <w:br/>
      </w:r>
      <w:r>
        <w:t xml:space="preserve">    (b) acts of interacting or getting interested again</w:t>
      </w:r>
      <w:r>
        <w:br/>
      </w:r>
      <w:r>
        <w:t xml:space="preserve">    (c) wind-blown waves with white foam at their crest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2026-07-31T15:58:32Z</dcterms:created>
  <dcterms:modified xsi:type="dcterms:W3CDTF">2026-07-31T15:58:32Z</dcterms:modified>
</cp:coreProperties>
</file>

<file path=docProps/custom.xml><?xml version="1.0" encoding="utf-8"?>
<Properties xmlns="http://schemas.openxmlformats.org/officeDocument/2006/custom-properties" xmlns:vt="http://schemas.openxmlformats.org/officeDocument/2006/docPropsVTypes"/>
</file>