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8ee6f0f1e9fbac00b80cf41348662e2ec71559"/>
    <w:p>
      <w:pPr>
        <w:pStyle w:val="Heading1"/>
      </w:pPr>
      <w:r>
        <w:rPr>
          <w:b/>
          <w:bCs/>
        </w:rPr>
        <w:t xml:space="preserve">Snow Crash</w:t>
      </w:r>
      <w:r>
        <w:br/>
      </w:r>
      <w:r>
        <w:rPr>
          <w:i/>
          <w:iCs/>
        </w:rPr>
        <w:t xml:space="preserve">Neal Stephenson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recoil</w:t>
      </w:r>
      <w:r>
        <w:rPr>
          <w:b/>
          <w:bCs/>
        </w:rPr>
        <w:t xml:space="preserve"> </w:t>
      </w:r>
      <w:r>
        <w:rPr>
          <w:b/>
          <w:bCs/>
        </w:rPr>
        <w:t xml:space="preserve">was immense, as though the weapon had blown up in his hand.</w:t>
      </w:r>
      <w:r>
        <w:br/>
      </w:r>
      <w:r>
        <w:t xml:space="preserve">    (a) find, search, or research</w:t>
      </w:r>
      <w:r>
        <w:br/>
      </w:r>
      <w:r>
        <w:t xml:space="preserve">    (b) to move backward suddenly</w:t>
      </w:r>
      <w:r>
        <w:br/>
      </w:r>
      <w:r>
        <w:t xml:space="preserve">    (c) being a boundary or limit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says Hiro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Protagonist</w:t>
      </w:r>
      <w:r>
        <w:rPr>
          <w:b/>
          <w:bCs/>
        </w:rPr>
        <w:t xml:space="preserve"> </w:t>
      </w:r>
      <w:r>
        <w:rPr>
          <w:b/>
          <w:bCs/>
        </w:rPr>
        <w:t xml:space="preserve">Last of the Freelance Hackers Greatest swordfighter in the world Stringer, Central Intelligence Corporation.</w:t>
      </w:r>
      <w:r>
        <w:br/>
      </w:r>
      <w:r>
        <w:t xml:space="preserve">    (a) someone or something that changes to fit a different situation, or that changes something to fit a different situation</w:t>
      </w:r>
      <w:r>
        <w:br/>
      </w:r>
      <w:r>
        <w:t xml:space="preserve">    (b) a member of the 1960's counterculture associated with long hair, illegal drugs, casual sex, and opposition to violence.</w:t>
      </w:r>
      <w:r>
        <w:br/>
      </w:r>
      <w:r>
        <w:t xml:space="preserve">    (c) the main character in a work of fiction</w:t>
      </w:r>
      <w:r>
        <w:br/>
      </w:r>
      <w:r>
        <w:br/>
      </w:r>
      <w:r>
        <w:t xml:space="preserve">or more rarely:</w:t>
      </w:r>
      <w:r>
        <w:br/>
      </w:r>
      <w:r>
        <w:br/>
      </w:r>
      <w:r>
        <w:t xml:space="preserve">an important supporter or main figure of someone or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avatar</w:t>
      </w:r>
      <w:r>
        <w:rPr>
          <w:b/>
          <w:bCs/>
        </w:rPr>
        <w:t xml:space="preserve"> </w:t>
      </w:r>
      <w:r>
        <w:rPr>
          <w:b/>
          <w:bCs/>
        </w:rPr>
        <w:t xml:space="preserve">can look any way you want it to, up to the limitations of your equipment.</w:t>
      </w:r>
      <w:r>
        <w:br/>
      </w:r>
      <w:r>
        <w:t xml:space="preserve">    (a) earthly manifestation of a Hindu god</w:t>
      </w:r>
      <w:r>
        <w:br/>
      </w:r>
      <w:r>
        <w:t xml:space="preserve">    (b) physical manifestation of a computer user</w:t>
      </w:r>
      <w:r>
        <w:br/>
      </w:r>
      <w:r>
        <w:t xml:space="preserve">    (c) digital representation of a computer-user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Ports serve a function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analogous</w:t>
      </w:r>
      <w:r>
        <w:rPr>
          <w:b/>
          <w:bCs/>
        </w:rPr>
        <w:t xml:space="preserve"> </w:t>
      </w:r>
      <w:r>
        <w:rPr>
          <w:b/>
          <w:bCs/>
        </w:rPr>
        <w:t xml:space="preserve">to airports: This is where you drop into the Metaverse from somewhere else.</w:t>
      </w:r>
      <w:r>
        <w:br/>
      </w:r>
      <w:r>
        <w:t xml:space="preserve">    (a) not sensible or careful</w:t>
      </w:r>
      <w:r>
        <w:br/>
      </w:r>
      <w:r>
        <w:t xml:space="preserve">    (b) similar in some respect</w:t>
      </w:r>
      <w:r>
        <w:br/>
      </w:r>
      <w:r>
        <w:t xml:space="preserve">    (c) unable to get closer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know how my face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conveyed</w:t>
      </w:r>
      <w:r>
        <w:rPr>
          <w:b/>
          <w:bCs/>
        </w:rPr>
        <w:t xml:space="preserve"> </w:t>
      </w:r>
      <w:r>
        <w:rPr>
          <w:b/>
          <w:bCs/>
        </w:rPr>
        <w:t xml:space="preserve">that information, or what kind of internal wiring in my grandmother's mind enabled her to accomplish this incredible feat.</w:t>
      </w:r>
      <w:r>
        <w:br/>
      </w:r>
      <w:r>
        <w:t xml:space="preserve">    (a) was abundant or plentiful</w:t>
      </w:r>
      <w:r>
        <w:br/>
      </w:r>
      <w:r>
        <w:t xml:space="preserve">    (b) thought -- possibly aloud</w:t>
      </w:r>
      <w:r>
        <w:br/>
      </w:r>
      <w:r>
        <w:t xml:space="preserve">    (c) communicated or expressed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know how my face conveyed that information, or what kind of internal wiring in my grandmother's mind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enabled</w:t>
      </w:r>
      <w:r>
        <w:rPr>
          <w:b/>
          <w:bCs/>
        </w:rPr>
        <w:t xml:space="preserve"> </w:t>
      </w:r>
      <w:r>
        <w:rPr>
          <w:b/>
          <w:bCs/>
        </w:rPr>
        <w:t xml:space="preserve">her to accomplish this incredible feat.</w:t>
      </w:r>
      <w:r>
        <w:br/>
      </w:r>
      <w:r>
        <w:t xml:space="preserve">    (a) got closer to</w:t>
      </w:r>
      <w:r>
        <w:br/>
      </w:r>
      <w:r>
        <w:t xml:space="preserve">    (b) not satisfied</w:t>
      </w:r>
      <w:r>
        <w:br/>
      </w:r>
      <w:r>
        <w:t xml:space="preserve">    (c) made possible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Said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irrational</w:t>
      </w:r>
      <w:r>
        <w:rPr>
          <w:b/>
          <w:bCs/>
        </w:rPr>
        <w:t xml:space="preserve"> </w:t>
      </w:r>
      <w:r>
        <w:rPr>
          <w:b/>
          <w:bCs/>
        </w:rPr>
        <w:t xml:space="preserve">mysticism.</w:t>
      </w:r>
      <w:r>
        <w:br/>
      </w:r>
      <w:r>
        <w:t xml:space="preserve">    (a) unreasonable</w:t>
      </w:r>
      <w:r>
        <w:br/>
      </w:r>
      <w:r>
        <w:t xml:space="preserve">    (b) not pleasing</w:t>
      </w:r>
      <w:r>
        <w:br/>
      </w:r>
      <w:r>
        <w:t xml:space="preserve">    (c) sticking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only one he recognizes immediately is an American: L. Bob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Rife</w:t>
      </w:r>
      <w:r>
        <w:rPr>
          <w:b/>
          <w:bCs/>
        </w:rPr>
        <w:t xml:space="preserve">, the cabletelevision monopolist.</w:t>
      </w:r>
      <w:r>
        <w:br/>
      </w:r>
      <w:r>
        <w:t xml:space="preserve">    (a) the characteristic of bouncing back light/heat/sound...</w:t>
      </w:r>
      <w:r>
        <w:br/>
      </w:r>
      <w:r>
        <w:t xml:space="preserve">    (b) excessively abundant -- especially something unpleasant</w:t>
      </w:r>
      <w:r>
        <w:br/>
      </w:r>
      <w:r>
        <w:t xml:space="preserve">    (c) power or responsibility that can be taken on or adopted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only one he recognizes immediately is an American: L. Bob Rife, the cabletelevision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monopolist</w:t>
      </w:r>
      <w:r>
        <w:rPr>
          <w:b/>
          <w:bCs/>
        </w:rPr>
        <w:t xml:space="preserve">.</w:t>
      </w:r>
      <w:r>
        <w:br/>
      </w:r>
      <w:r>
        <w:t xml:space="preserve">    (a) a collection of things on public display  OR  a detailed explanation or background of a specific topic</w:t>
      </w:r>
      <w:r>
        <w:br/>
      </w:r>
      <w:r>
        <w:t xml:space="preserve">    (b) complete control over a product, service, or resource -- usually by a single person, company, or group</w:t>
      </w:r>
      <w:r>
        <w:br/>
      </w:r>
      <w:r>
        <w:t xml:space="preserve">    (c) the process of assigning a value on or judging the worth of something; or the result of such a process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Half a dozen of them are kneeling on the pavement with their hands clenched tightly together, mumbling to unseen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entities</w:t>
      </w:r>
      <w:r>
        <w:rPr>
          <w:b/>
          <w:bCs/>
        </w:rPr>
        <w:t xml:space="preserve">.</w:t>
      </w:r>
      <w:r>
        <w:br/>
      </w:r>
      <w:r>
        <w:t xml:space="preserve">    (a) people, organizations, lifeforms, or things that exist separately</w:t>
      </w:r>
      <w:r>
        <w:br/>
      </w:r>
      <w:r>
        <w:t xml:space="preserve">    (b) places where conditions are kept as they were to protect wildlife</w:t>
      </w:r>
      <w:r>
        <w:br/>
      </w:r>
      <w:r>
        <w:t xml:space="preserve">    (c) constrains in some way -- such as ties up, requires, or obligates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Sadducees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materialists</w:t>
      </w:r>
      <w:r>
        <w:rPr>
          <w:b/>
          <w:bCs/>
        </w:rPr>
        <w:t xml:space="preserve">.</w:t>
      </w:r>
      <w:r>
        <w:br/>
      </w:r>
      <w:r>
        <w:t xml:space="preserve">    (a) overly concerned with wealth and possessions at the expense of other interests</w:t>
      </w:r>
      <w:r>
        <w:br/>
      </w:r>
      <w:r>
        <w:t xml:space="preserve">    (b) powerful attacks; or sudden and enormous amount of things that must be handled</w:t>
      </w:r>
      <w:r>
        <w:br/>
      </w:r>
      <w:r>
        <w:t xml:space="preserve">    (c) defensive players who line up closest to the sideline to defend against passes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Kind of in the same way that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virus</w:t>
      </w:r>
      <w:r>
        <w:rPr>
          <w:b/>
          <w:bCs/>
        </w:rPr>
        <w:t xml:space="preserve"> </w:t>
      </w:r>
      <w:r>
        <w:rPr>
          <w:b/>
          <w:bCs/>
        </w:rPr>
        <w:t xml:space="preserve">moves from one computer to another, damaging each computer in the same way.</w:t>
      </w:r>
      <w:r>
        <w:br/>
      </w:r>
      <w:r>
        <w:t xml:space="preserve">    (a) starting or spreading (a fire); or twigs, sticks, or other easily combustible material used to start a fire</w:t>
      </w:r>
      <w:r>
        <w:br/>
      </w:r>
      <w:r>
        <w:t xml:space="preserve">    (b) aka knuckleball -- baseball:  a pitch thrown with little spin (so that it moves in an unpredictable manner)</w:t>
      </w:r>
      <w:r>
        <w:br/>
      </w:r>
      <w:r>
        <w:t xml:space="preserve">    (c) a type of software that spreads without invitation between computers and causes damage to data and software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wonder if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viruses</w:t>
      </w:r>
      <w:r>
        <w:rPr>
          <w:b/>
          <w:bCs/>
        </w:rPr>
        <w:t xml:space="preserve"> </w:t>
      </w:r>
      <w:r>
        <w:rPr>
          <w:b/>
          <w:bCs/>
        </w:rPr>
        <w:t xml:space="preserve">have always been with us, or not. There's sort of an implicit assumption that they have been around forever.</w:t>
      </w:r>
      <w:r>
        <w:br/>
      </w:r>
      <w:r>
        <w:t xml:space="preserve">    (a) inexperience, innocence, or lack of sophistication</w:t>
      </w:r>
      <w:r>
        <w:br/>
      </w:r>
      <w:r>
        <w:t xml:space="preserve">    (b) light seen after bouncing off a surface to another</w:t>
      </w:r>
      <w:r>
        <w:br/>
      </w:r>
      <w:r>
        <w:t xml:space="preserve">    (c) tiny germs that cause disease by taking over cells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Does every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viral</w:t>
      </w:r>
      <w:r>
        <w:rPr>
          <w:b/>
          <w:bCs/>
        </w:rPr>
        <w:t xml:space="preserve"> </w:t>
      </w:r>
      <w:r>
        <w:rPr>
          <w:b/>
          <w:bCs/>
        </w:rPr>
        <w:t xml:space="preserve">idea have a biological virus counterpart?</w:t>
      </w:r>
      <w:r>
        <w:br/>
      </w:r>
      <w:r>
        <w:t xml:space="preserve">    (a) a neurotransmitter that plays a key role in mood and many other brain functions</w:t>
      </w:r>
      <w:r>
        <w:br/>
      </w:r>
      <w:r>
        <w:t xml:space="preserve">    (b) spreading rapidly and widely from person to person -- especially through the internet or social media</w:t>
      </w:r>
      <w:r>
        <w:br/>
      </w:r>
      <w:r>
        <w:t xml:space="preserve">    (c) name between 1914 &amp; 1924 for Saint Petersburg -- the 2nd largest city in Russia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Associated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serpents</w:t>
      </w:r>
      <w:r>
        <w:rPr>
          <w:b/>
          <w:bCs/>
        </w:rPr>
        <w:t xml:space="preserve">.</w:t>
      </w:r>
      <w:r>
        <w:br/>
      </w:r>
      <w:r>
        <w:t xml:space="preserve">    (a) copies</w:t>
      </w:r>
      <w:r>
        <w:br/>
      </w:r>
      <w:r>
        <w:t xml:space="preserve">    (b) enters</w:t>
      </w:r>
      <w:r>
        <w:br/>
      </w:r>
      <w:r>
        <w:t xml:space="preserve">    (c) snakes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Y.T. does a double take at this new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phenomenon</w:t>
      </w:r>
      <w:r>
        <w:rPr>
          <w:b/>
          <w:bCs/>
        </w:rPr>
        <w:t xml:space="preserve">: Ng using the street name for a controlled substance.</w:t>
      </w:r>
      <w:r>
        <w:br/>
      </w:r>
      <w:r>
        <w:t xml:space="preserve">    (a) something that exists or happened -- often of special interest</w:t>
      </w:r>
      <w:r>
        <w:br/>
      </w:r>
      <w:r>
        <w:t xml:space="preserve">    (b) something that was once small, but is getting very large</w:t>
      </w:r>
      <w:r>
        <w:br/>
      </w:r>
      <w:r>
        <w:t xml:space="preserve">    (c) something important that is hard to see or sense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story has to be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metaphor</w:t>
      </w:r>
      <w:r>
        <w:rPr>
          <w:b/>
          <w:bCs/>
        </w:rPr>
        <w:t xml:space="preserve"> </w:t>
      </w:r>
      <w:r>
        <w:rPr>
          <w:b/>
          <w:bCs/>
        </w:rPr>
        <w:t xml:space="preserve">for something else.</w:t>
      </w:r>
      <w:r>
        <w:br/>
      </w:r>
      <w:r>
        <w:t xml:space="preserve">    (a) a melody that, after a short interval, is exactly repeated by a different instrument or voice to create competing melodic lines (a strict counterpoint)</w:t>
      </w:r>
      <w:r>
        <w:br/>
      </w:r>
      <w:r>
        <w:t xml:space="preserve">    (b) law:  an alternative to pleading guilty or not guilty, which says that even if the facts listed in charges are correct, they do not constitute a crime</w:t>
      </w:r>
      <w:r>
        <w:br/>
      </w:r>
      <w:r>
        <w:t xml:space="preserve">    (c) a figure of speech in which a similarity between two things is highlighted by using a word to refer to something that it does not</w:t>
      </w:r>
      <w:r>
        <w:t xml:space="preserve"> </w:t>
      </w:r>
      <w:r>
        <w:rPr>
          <w:i/>
          <w:iCs/>
        </w:rPr>
        <w:t xml:space="preserve">literally</w:t>
      </w:r>
      <w:r>
        <w:t xml:space="preserve"> </w:t>
      </w:r>
      <w:r>
        <w:t xml:space="preserve">mean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Enki must have had some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linguistic</w:t>
      </w:r>
      <w:r>
        <w:rPr>
          <w:b/>
          <w:bCs/>
        </w:rPr>
        <w:t xml:space="preserve"> </w:t>
      </w:r>
      <w:r>
        <w:rPr>
          <w:b/>
          <w:bCs/>
        </w:rPr>
        <w:t xml:space="preserve">power that goes beyond our concept of normal.</w:t>
      </w:r>
      <w:r>
        <w:br/>
      </w:r>
      <w:r>
        <w:t xml:space="preserve">    (a) not done on purpose</w:t>
      </w:r>
      <w:r>
        <w:br/>
      </w:r>
      <w:r>
        <w:t xml:space="preserve">    (b) not straightforward</w:t>
      </w:r>
      <w:r>
        <w:br/>
      </w:r>
      <w:r>
        <w:t xml:space="preserve">    (c) related to language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...provision must be made within the confines of the individual office for temporary stationing of bathroom tissue distribution units (</w:t>
      </w:r>
      <w:r>
        <w:rPr>
          <w:b/>
          <w:bCs/>
          <w:u w:val="single"/>
        </w:rPr>
        <w:t xml:space="preserve">i.e.</w:t>
      </w:r>
      <w:r>
        <w:rPr>
          <w:b/>
          <w:bCs/>
        </w:rPr>
        <w:t xml:space="preserve">, rolls).</w:t>
      </w:r>
      <w:r>
        <w:br/>
      </w:r>
      <w:r>
        <w:t xml:space="preserve">    (a) an expression used to intensify denial of an idea</w:t>
      </w:r>
      <w:r>
        <w:br/>
      </w:r>
      <w:r>
        <w:t xml:space="preserve">    (b) for example</w:t>
      </w:r>
      <w:r>
        <w:br/>
      </w:r>
      <w:r>
        <w:t xml:space="preserve">    (c) in other words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easy, it's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hygienic</w:t>
      </w:r>
      <w:r>
        <w:rPr>
          <w:b/>
          <w:bCs/>
        </w:rPr>
        <w:t xml:space="preserve">, and it's legal.</w:t>
      </w:r>
      <w:r>
        <w:br/>
      </w:r>
      <w:r>
        <w:t xml:space="preserve">    (a) an inhabitant of Assyria -- an ancient kingdom centered in northern Mesopotamia which is in present-day Iraq; or their language</w:t>
      </w:r>
      <w:r>
        <w:br/>
      </w:r>
      <w:r>
        <w:t xml:space="preserve">    (b) practices promoting the prevention of illness and maintenance of health -- such as cleanliness or promoting sanitary conditions</w:t>
      </w:r>
      <w:r>
        <w:br/>
      </w:r>
      <w:r>
        <w:t xml:space="preserve">    (c) artist who belonged to an early 20th century art movement that expressed inner feelings through distorted renditions of reality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2026-07-31T16:32:48Z</dcterms:created>
  <dcterms:modified xsi:type="dcterms:W3CDTF">2026-07-31T16:32:48Z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