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571165a4d082fac9d23602dee978f8dafe8c1e"/>
    <w:p>
      <w:pPr>
        <w:pStyle w:val="Heading1"/>
      </w:pPr>
      <w:r>
        <w:rPr>
          <w:b/>
          <w:bCs/>
        </w:rPr>
        <w:t xml:space="preserve">Slaughterhouse-Five</w:t>
      </w:r>
      <w:r>
        <w:br/>
      </w:r>
      <w:r>
        <w:rPr>
          <w:i/>
          <w:iCs/>
        </w:rPr>
        <w:t xml:space="preserve">Kurt Vonnegut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asked him how it was to live under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Communism</w:t>
      </w:r>
      <w:r>
        <w:rPr>
          <w:b/>
          <w:bCs/>
        </w:rPr>
        <w:t xml:space="preserve">, and he said that it was terrible at first, because everybody had to work so hard, and because there wasn't much shelter or food or clothing.</w:t>
      </w:r>
      <w:r>
        <w:br/>
      </w:r>
      <w:r>
        <w:t xml:space="preserve">    (a) a will (written instructions expressing how somebody wants their property distributed after they die)</w:t>
      </w:r>
      <w:r>
        <w:br/>
      </w:r>
      <w:r>
        <w:t xml:space="preserve">    (b) an economic system that abolishes private ownership of property with the goal of a classless society</w:t>
      </w:r>
      <w:r>
        <w:br/>
      </w:r>
      <w:r>
        <w:t xml:space="preserve">    (c) infectious disease characterized by inflammation of the tissues that surround the brain or spinal cord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connected to the institutions that supported us by means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pneumatic</w:t>
      </w:r>
      <w:r>
        <w:rPr>
          <w:b/>
          <w:bCs/>
        </w:rPr>
        <w:t xml:space="preserve"> </w:t>
      </w:r>
      <w:r>
        <w:rPr>
          <w:b/>
          <w:bCs/>
        </w:rPr>
        <w:t xml:space="preserve">tubes which ran under the streets of Chicago.</w:t>
      </w:r>
      <w:r>
        <w:br/>
      </w:r>
      <w:r>
        <w:t xml:space="preserve">    (a) not capable of being suffered through (or put up with)</w:t>
      </w:r>
      <w:r>
        <w:br/>
      </w:r>
      <w:r>
        <w:t xml:space="preserve">    (b) the degree to which something can be solved or settled</w:t>
      </w:r>
      <w:r>
        <w:br/>
      </w:r>
      <w:r>
        <w:t xml:space="preserve">    (c) of or relating to or using air (or gas) under pressure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...and the great services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 </w:t>
      </w:r>
      <w:r>
        <w:rPr>
          <w:b/>
          <w:bCs/>
        </w:rPr>
        <w:t xml:space="preserve">to Christianity.</w:t>
      </w:r>
      <w:r>
        <w:br/>
      </w:r>
      <w:r>
        <w:t xml:space="preserve">    (a) started (a fire)</w:t>
      </w:r>
      <w:r>
        <w:br/>
      </w:r>
      <w:r>
        <w:t xml:space="preserve">    (b) gave</w:t>
      </w:r>
      <w:r>
        <w:br/>
      </w:r>
      <w:r>
        <w:t xml:space="preserve">    (c) restart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...and another pamphlet of German phrases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 </w:t>
      </w:r>
      <w:r>
        <w:rPr>
          <w:b/>
          <w:bCs/>
        </w:rPr>
        <w:t xml:space="preserve">in English phonetics,</w:t>
      </w:r>
      <w:r>
        <w:br/>
      </w:r>
      <w:r>
        <w:t xml:space="preserve">    (a) translated</w:t>
      </w:r>
      <w:r>
        <w:br/>
      </w:r>
      <w:r>
        <w:t xml:space="preserve">    (b) changed the direction of a light wave (or other wave) by passing an opaque edge or narrow opening</w:t>
      </w:r>
      <w:r>
        <w:br/>
      </w:r>
      <w:r>
        <w:t xml:space="preserve">    (c) directed energy from a negative (unacceptable) impulse or urge into a positive or acceptable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Billy has gone to sleep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senile</w:t>
      </w:r>
      <w:r>
        <w:rPr>
          <w:b/>
          <w:bCs/>
        </w:rPr>
        <w:t xml:space="preserve"> </w:t>
      </w:r>
      <w:r>
        <w:rPr>
          <w:b/>
          <w:bCs/>
        </w:rPr>
        <w:t xml:space="preserve">widower and awakened on his wedding day.</w:t>
      </w:r>
      <w:r>
        <w:br/>
      </w:r>
      <w:r>
        <w:t xml:space="preserve">    (a) relating to a government, country, or ruling family of a country ruled by a king of queen</w:t>
      </w:r>
      <w:r>
        <w:br/>
      </w:r>
      <w:r>
        <w:t xml:space="preserve">    (b) mental weakness caused by old age; or describing a medical condition as caused by old age</w:t>
      </w:r>
      <w:r>
        <w:br/>
      </w:r>
      <w:r>
        <w:t xml:space="preserve">    (c) in the dark (figuratively) due to a lack of knowledge, advantages, or moral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international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of optometrists in Montreal</w:t>
      </w:r>
      <w:r>
        <w:br/>
      </w:r>
      <w:r>
        <w:t xml:space="preserve">    (a) formal gathering</w:t>
      </w:r>
      <w:r>
        <w:br/>
      </w:r>
      <w:r>
        <w:t xml:space="preserve">    (b) result or predictable value</w:t>
      </w:r>
      <w:r>
        <w:br/>
      </w:r>
      <w:r>
        <w:t xml:space="preserve">    (c) a long uninterrupted speech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...where 135,000 people died as the result of an at attack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conventional</w:t>
      </w:r>
      <w:r>
        <w:rPr>
          <w:b/>
          <w:bCs/>
        </w:rPr>
        <w:t xml:space="preserve"> </w:t>
      </w:r>
      <w:r>
        <w:rPr>
          <w:b/>
          <w:bCs/>
        </w:rPr>
        <w:t xml:space="preserve">weapons.</w:t>
      </w:r>
      <w:r>
        <w:br/>
      </w:r>
      <w:r>
        <w:t xml:space="preserve">    (a) able to challenge</w:t>
      </w:r>
      <w:r>
        <w:br/>
      </w:r>
      <w:r>
        <w:t xml:space="preserve">    (b) normal or typical</w:t>
      </w:r>
      <w:r>
        <w:br/>
      </w:r>
      <w:r>
        <w:t xml:space="preserve">    (c) complete or total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Billy was given an emergency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furlough</w:t>
      </w:r>
      <w:r>
        <w:rPr>
          <w:b/>
          <w:bCs/>
        </w:rPr>
        <w:t xml:space="preserve"> </w:t>
      </w:r>
      <w:r>
        <w:rPr>
          <w:b/>
          <w:bCs/>
        </w:rPr>
        <w:t xml:space="preserve">home because his father, a barber in Ilium, New York, was shot dead by a friend while they were out hunting deer.</w:t>
      </w:r>
      <w:r>
        <w:br/>
      </w:r>
      <w:r>
        <w:t xml:space="preserve">    (a) accept someone's membership though a special procedure such as a ceremony and/or period of instruction and/or test</w:t>
      </w:r>
      <w:r>
        <w:br/>
      </w:r>
      <w:r>
        <w:t xml:space="preserve">    (b) a method of artistic painting on a wall by using watercolors on wet plaster; or the painting made in such a manner</w:t>
      </w:r>
      <w:r>
        <w:br/>
      </w:r>
      <w:r>
        <w:t xml:space="preserve">    (c) temporary leave from work or duty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scornfully</w:t>
      </w:r>
      <w:r>
        <w:rPr>
          <w:b/>
          <w:bCs/>
        </w:rPr>
        <w:t xml:space="preserve"> </w:t>
      </w:r>
      <w:r>
        <w:rPr>
          <w:b/>
          <w:bCs/>
        </w:rPr>
        <w:t xml:space="preserve">bet Billy one time that he didn't even know what a blood gutter was.</w:t>
      </w:r>
      <w:r>
        <w:br/>
      </w:r>
      <w:r>
        <w:t xml:space="preserve">    (a) in a disrespectful or rejecting manner</w:t>
      </w:r>
      <w:r>
        <w:br/>
      </w:r>
      <w:r>
        <w:t xml:space="preserve">    (b) with grace of movement and flexibility</w:t>
      </w:r>
      <w:r>
        <w:br/>
      </w:r>
      <w:r>
        <w:t xml:space="preserve">    (c) in a manner that is not easily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Billy read the opinion of a staff judge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advocate</w:t>
      </w:r>
      <w:r>
        <w:rPr>
          <w:b/>
          <w:bCs/>
        </w:rPr>
        <w:t xml:space="preserve"> </w:t>
      </w:r>
      <w:r>
        <w:rPr>
          <w:b/>
          <w:bCs/>
        </w:rPr>
        <w:t xml:space="preserve">who reviewed Slovik's case, which ended like this: He has directly challenged the authority of the government, and future discipline depends upon a resolute reply to this challenge.</w:t>
      </w:r>
      <w:r>
        <w:br/>
      </w:r>
      <w:r>
        <w:t xml:space="preserve">    (a) a lawyer or officer of the court in some jurisdictions in Europe, colonial America, and the military</w:t>
      </w:r>
      <w:r>
        <w:br/>
      </w:r>
      <w:r>
        <w:t xml:space="preserve">    (b) a powerful stimulant drug that increases activity in the brain and nervous system -- often addictive</w:t>
      </w:r>
      <w:r>
        <w:br/>
      </w:r>
      <w:r>
        <w:t xml:space="preserve">    (c) aka natural right -- a right that is naturally due because of human nature and the natural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advocates</w:t>
      </w:r>
      <w:r>
        <w:rPr>
          <w:b/>
          <w:bCs/>
        </w:rPr>
        <w:t xml:space="preserve"> </w:t>
      </w:r>
      <w:r>
        <w:rPr>
          <w:b/>
          <w:bCs/>
        </w:rPr>
        <w:t xml:space="preserve">of nuclear disarmament seem to believe that, if they could achieve their aim, war would become tolerable and decent.</w:t>
      </w:r>
      <w:r>
        <w:br/>
      </w:r>
      <w:r>
        <w:t xml:space="preserve">    (a) social events or ceremonies</w:t>
      </w:r>
      <w:r>
        <w:br/>
      </w:r>
      <w:r>
        <w:t xml:space="preserve">    (b) people who publicly support</w:t>
      </w:r>
      <w:r>
        <w:br/>
      </w:r>
      <w:r>
        <w:t xml:space="preserve">    (c) reasons for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Billy Pilgrim had not heard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anecdote</w:t>
      </w:r>
      <w:r>
        <w:rPr>
          <w:b/>
          <w:bCs/>
        </w:rPr>
        <w:t xml:space="preserve">.</w:t>
      </w:r>
      <w:r>
        <w:br/>
      </w:r>
      <w:r>
        <w:t xml:space="preserve">    (a) Hitler's fanatical and oppressive political party in World War II Germany</w:t>
      </w:r>
      <w:r>
        <w:br/>
      </w:r>
      <w:r>
        <w:t xml:space="preserve">    (b) a short story that is true -- often told for amusement or to make a point</w:t>
      </w:r>
      <w:r>
        <w:br/>
      </w:r>
      <w:r>
        <w:t xml:space="preserve">    (c) a feeling of anger or unhappiness at having to accept something not liked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God grant me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serenity</w:t>
      </w:r>
      <w:r>
        <w:rPr>
          <w:b/>
          <w:bCs/>
        </w:rPr>
        <w:t xml:space="preserve"> </w:t>
      </w:r>
      <w:r>
        <w:rPr>
          <w:b/>
          <w:bCs/>
        </w:rPr>
        <w:t xml:space="preserve">to accept the things I cannot change, courage to change the things I can, and wisdom always to tell the difference.</w:t>
      </w:r>
      <w:r>
        <w:br/>
      </w:r>
      <w:r>
        <w:t xml:space="preserve">    (a) peace and calm</w:t>
      </w:r>
      <w:r>
        <w:br/>
      </w:r>
      <w:r>
        <w:t xml:space="preserve">    (b) relative amount</w:t>
      </w:r>
      <w:r>
        <w:br/>
      </w:r>
      <w:r>
        <w:t xml:space="preserve">    (c) in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hold of the saucer was crammed with other stolen merchandise, which would be used to furnish Billy's artificial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habitat</w:t>
      </w:r>
      <w:r>
        <w:rPr>
          <w:b/>
          <w:bCs/>
        </w:rPr>
        <w:t xml:space="preserve"> </w:t>
      </w:r>
      <w:r>
        <w:rPr>
          <w:b/>
          <w:bCs/>
        </w:rPr>
        <w:t xml:space="preserve">in a zoo on Tralfamadore.</w:t>
      </w:r>
      <w:r>
        <w:br/>
      </w:r>
      <w:r>
        <w:t xml:space="preserve">    (a) the type of environment in which an organism or group normally lives</w:t>
      </w:r>
      <w:r>
        <w:br/>
      </w:r>
      <w:r>
        <w:t xml:space="preserve">    (b) relating to logical examination of something to better understand it</w:t>
      </w:r>
      <w:r>
        <w:br/>
      </w:r>
      <w:r>
        <w:t xml:space="preserve">    (c) lack of interest; or the process of stopping interaction or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would inevitably surface within a rectangle of barbed wire, would find themselves greeted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listlessly</w:t>
      </w:r>
      <w:r>
        <w:rPr>
          <w:b/>
          <w:bCs/>
        </w:rPr>
        <w:t xml:space="preserve"> </w:t>
      </w:r>
      <w:r>
        <w:rPr>
          <w:b/>
          <w:bCs/>
        </w:rPr>
        <w:t xml:space="preserve">by dying Russians who spoke no English, who had no food or useful information or escape plans of their own.</w:t>
      </w:r>
      <w:r>
        <w:br/>
      </w:r>
      <w:r>
        <w:t xml:space="preserve">    (a) with a lack of energy and normal enthusiasm</w:t>
      </w:r>
      <w:r>
        <w:br/>
      </w:r>
      <w:r>
        <w:t xml:space="preserve">    (b) in a manner involving only one part or side</w:t>
      </w:r>
      <w:r>
        <w:br/>
      </w:r>
      <w:r>
        <w:t xml:space="preserve">    (c) in a manner that stops or hinders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And, at the far end of the shed, Billy saw pink arches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azure</w:t>
      </w:r>
      <w:r>
        <w:rPr>
          <w:b/>
          <w:bCs/>
        </w:rPr>
        <w:t xml:space="preserve"> </w:t>
      </w:r>
      <w:r>
        <w:rPr>
          <w:b/>
          <w:bCs/>
        </w:rPr>
        <w:t xml:space="preserve">draperies hanging between them, and an enormous clock, and two golden thrones, and a bucket and a mop.</w:t>
      </w:r>
      <w:r>
        <w:br/>
      </w:r>
      <w:r>
        <w:t xml:space="preserve">    (a) sky-blue</w:t>
      </w:r>
      <w:r>
        <w:br/>
      </w:r>
      <w:r>
        <w:t xml:space="preserve">    (b) reporter</w:t>
      </w:r>
      <w:r>
        <w:br/>
      </w:r>
      <w:r>
        <w:t xml:space="preserve">    (c) disorder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Billy had seen the greatest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massacre</w:t>
      </w:r>
      <w:r>
        <w:rPr>
          <w:b/>
          <w:bCs/>
        </w:rPr>
        <w:t xml:space="preserve"> </w:t>
      </w:r>
      <w:r>
        <w:rPr>
          <w:b/>
          <w:bCs/>
        </w:rPr>
        <w:t xml:space="preserve">in European history, which was the firebombing of Dresden.</w:t>
      </w:r>
      <w:r>
        <w:br/>
      </w:r>
      <w:r>
        <w:t xml:space="preserve">    (a) the savage and excessive killing of many people</w:t>
      </w:r>
      <w:r>
        <w:br/>
      </w:r>
      <w:r>
        <w:t xml:space="preserve">    (b) to put someone into a state of hypnosis (a trance-like state of focused concentration and heightened suggestibility)</w:t>
      </w:r>
      <w:r>
        <w:br/>
      </w:r>
      <w:r>
        <w:t xml:space="preserve">    (c) a method of artistic painting on a wall by using watercolors on wet plaster; or the painting made in such a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 biggest moral bombshells handed to Billy by the Tralfamadorians,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incidentally</w:t>
      </w:r>
      <w:r>
        <w:rPr>
          <w:b/>
          <w:bCs/>
        </w:rPr>
        <w:t xml:space="preserve">, had to do with sex on Earth.</w:t>
      </w:r>
      <w:r>
        <w:br/>
      </w:r>
      <w:r>
        <w:t xml:space="preserve">    (a) of something that comes with something else, but is less important than it</w:t>
      </w:r>
      <w:r>
        <w:br/>
      </w:r>
      <w:r>
        <w:t xml:space="preserve">    (b) in a way that suppresses (prevents something or decreases its development)</w:t>
      </w:r>
      <w:r>
        <w:br/>
      </w:r>
      <w:r>
        <w:t xml:space="preserve">    (c) a trance-like state of focused concentration and heightened suggestibility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wondered what tragedy so many had found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</w:t>
      </w:r>
      <w:r>
        <w:rPr>
          <w:b/>
          <w:bCs/>
        </w:rPr>
        <w:t xml:space="preserve"> </w:t>
      </w:r>
      <w:r>
        <w:rPr>
          <w:b/>
          <w:bCs/>
        </w:rPr>
        <w:t xml:space="preserve">out of doors.</w:t>
      </w:r>
      <w:r>
        <w:br/>
      </w:r>
      <w:r>
        <w:t xml:space="preserve">    (a) grieve (or express grief about)</w:t>
      </w:r>
      <w:r>
        <w:br/>
      </w:r>
      <w:r>
        <w:t xml:space="preserve">    (b) make or cause to become</w:t>
      </w:r>
      <w:r>
        <w:br/>
      </w:r>
      <w:r>
        <w:t xml:space="preserve">    (c) gradually add or remove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head zoo keeper ordered a crane operator, who was standing by, to drop a navy blue canopy over the dome, thus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simulating</w:t>
      </w:r>
      <w:r>
        <w:rPr>
          <w:b/>
          <w:bCs/>
        </w:rPr>
        <w:t xml:space="preserve"> </w:t>
      </w:r>
      <w:r>
        <w:rPr>
          <w:b/>
          <w:bCs/>
        </w:rPr>
        <w:t xml:space="preserve">Earthling night inside.</w:t>
      </w:r>
      <w:r>
        <w:br/>
      </w:r>
      <w:r>
        <w:t xml:space="preserve">    (a) hiring, reserving, booking, or occupying</w:t>
      </w:r>
      <w:r>
        <w:br/>
      </w:r>
      <w:r>
        <w:t xml:space="preserve">    (b) imitating</w:t>
      </w:r>
      <w:r>
        <w:br/>
      </w:r>
      <w:r>
        <w:t xml:space="preserve">    (c) opposing (struggling against each other)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2026-07-31T16:08:16Z</dcterms:created>
  <dcterms:modified xsi:type="dcterms:W3CDTF">2026-07-31T16:08:16Z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