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185a67a34f65a5ffd58efc501b7dcdd3908472"/>
    <w:p>
      <w:pPr>
        <w:pStyle w:val="Heading1"/>
      </w:pPr>
      <w:r>
        <w:rPr>
          <w:b/>
          <w:bCs/>
        </w:rPr>
        <w:t xml:space="preserve">Slaughterhouse-Five</w:t>
      </w:r>
      <w:r>
        <w:br/>
      </w:r>
      <w:r>
        <w:rPr>
          <w:i/>
          <w:iCs/>
        </w:rPr>
        <w:t xml:space="preserve">Kurt Vonnegut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reminded of the famous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limerick</w:t>
      </w:r>
      <w:r>
        <w:rPr>
          <w:b/>
          <w:bCs/>
        </w:rPr>
        <w:t xml:space="preserve">:</w:t>
      </w:r>
      <w:r>
        <w:br/>
      </w:r>
      <w:r>
        <w:rPr>
          <w:b/>
          <w:bCs/>
        </w:rPr>
        <w:t xml:space="preserve">There was a young man from Stamboul,</w:t>
      </w:r>
      <w:r>
        <w:br/>
      </w:r>
      <w:r>
        <w:rPr>
          <w:b/>
          <w:bCs/>
        </w:rPr>
        <w:t xml:space="preserve">Who soliloquized thus to his tool,</w:t>
      </w:r>
      <w:r>
        <w:br/>
      </w:r>
      <w:r>
        <w:rPr>
          <w:b/>
          <w:bCs/>
        </w:rPr>
        <w:t xml:space="preserve">'You took all my wealth</w:t>
      </w:r>
      <w:r>
        <w:br/>
      </w:r>
      <w:r>
        <w:rPr>
          <w:b/>
          <w:bCs/>
        </w:rPr>
        <w:t xml:space="preserve">And you ruined my health,</w:t>
      </w:r>
      <w:r>
        <w:br/>
      </w:r>
      <w:r>
        <w:rPr>
          <w:b/>
          <w:bCs/>
        </w:rPr>
        <w:t xml:space="preserve">And now you won't pee, you old fool'</w:t>
      </w:r>
      <w:r>
        <w:br/>
      </w:r>
      <w:r>
        <w:t xml:space="preserve">    (a) a humorous 5-line poem with a rhyme scheme of aabba</w:t>
      </w:r>
      <w:r>
        <w:br/>
      </w:r>
      <w:r>
        <w:t xml:space="preserve">    (b) a period of time or a stage during the development of something</w:t>
      </w:r>
      <w:r>
        <w:br/>
      </w:r>
      <w:r>
        <w:t xml:space="preserve">    (c) a measure of north/south (relative to the equator) on the earth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called themselves '</w:t>
      </w:r>
      <w:r>
        <w:rPr>
          <w:b/>
          <w:bCs/>
          <w:u w:val="single"/>
        </w:rPr>
        <w:t xml:space="preserve">The Three Musketeers</w:t>
      </w:r>
      <w:r>
        <w:rPr>
          <w:b/>
          <w:bCs/>
        </w:rPr>
        <w:t xml:space="preserve">.'</w:t>
      </w:r>
      <w:r>
        <w:br/>
      </w:r>
      <w:r>
        <w:t xml:space="preserve">    (a) a novel by Charles Dickens about an orphan whose rise from poverty to "gentleman" makes him question wealth, class, and what truly matters in life</w:t>
      </w:r>
      <w:r>
        <w:br/>
      </w:r>
      <w:r>
        <w:t xml:space="preserve">    (b) a name based upon characters in Alexander Dumas' action-packed adventure tale of friendship, courage, and loyalty (1844)</w:t>
      </w:r>
      <w:r>
        <w:br/>
      </w:r>
      <w:r>
        <w:t xml:space="preserve">    (c) novel by Kurt Vonnegut where a World War II soldier time-travels through his life and the bombing of Dresden to show the absurdity and horror of war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studied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infinitesimal</w:t>
      </w:r>
      <w:r>
        <w:rPr>
          <w:b/>
          <w:bCs/>
        </w:rPr>
        <w:t xml:space="preserve"> </w:t>
      </w:r>
      <w:r>
        <w:rPr>
          <w:b/>
          <w:bCs/>
        </w:rPr>
        <w:t xml:space="preserve">effects of spit on snow and history.</w:t>
      </w:r>
      <w:r>
        <w:br/>
      </w:r>
      <w:r>
        <w:t xml:space="preserve">    (a) very tiny; or immeasurably small</w:t>
      </w:r>
      <w:r>
        <w:br/>
      </w:r>
      <w:r>
        <w:t xml:space="preserve">    (b) the condition of being different</w:t>
      </w:r>
      <w:r>
        <w:br/>
      </w:r>
      <w:r>
        <w:t xml:space="preserve">    (c) indicating approval or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now there was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acrimonious</w:t>
      </w:r>
      <w:r>
        <w:rPr>
          <w:b/>
          <w:bCs/>
        </w:rPr>
        <w:t xml:space="preserve"> </w:t>
      </w:r>
      <w:r>
        <w:rPr>
          <w:b/>
          <w:bCs/>
        </w:rPr>
        <w:t xml:space="preserve">madrigal, with parts sung in all quarters of the car.</w:t>
      </w:r>
      <w:r>
        <w:br/>
      </w:r>
      <w:r>
        <w:t xml:space="preserve">    (a) bitter or angry</w:t>
      </w:r>
      <w:r>
        <w:br/>
      </w:r>
      <w:r>
        <w:t xml:space="preserve">    (b) exact</w:t>
      </w:r>
      <w:r>
        <w:br/>
      </w:r>
      <w:r>
        <w:t xml:space="preserve">    (c) awake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the Americans were waiting to move on,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altercation</w:t>
      </w:r>
      <w:r>
        <w:rPr>
          <w:b/>
          <w:bCs/>
        </w:rPr>
        <w:t xml:space="preserve"> </w:t>
      </w:r>
      <w:r>
        <w:rPr>
          <w:b/>
          <w:bCs/>
        </w:rPr>
        <w:t xml:space="preserve">broke out in their rear-most rank.</w:t>
      </w:r>
      <w:r>
        <w:br/>
      </w:r>
      <w:r>
        <w:t xml:space="preserve">    (a) a noisy argument or fight</w:t>
      </w:r>
      <w:r>
        <w:br/>
      </w:r>
      <w:r>
        <w:t xml:space="preserve">    (b) a particular understanding or explanation</w:t>
      </w:r>
      <w:r>
        <w:br/>
      </w:r>
      <w:r>
        <w:t xml:space="preserve">    (c) the time during which something continues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tag was like a salt cracker,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perforated</w:t>
      </w:r>
      <w:r>
        <w:rPr>
          <w:b/>
          <w:bCs/>
        </w:rPr>
        <w:t xml:space="preserve"> </w:t>
      </w:r>
      <w:r>
        <w:rPr>
          <w:b/>
          <w:bCs/>
        </w:rPr>
        <w:t xml:space="preserve">down its middle so that a strong man could snap it in two with his bare hands.</w:t>
      </w:r>
      <w:r>
        <w:br/>
      </w:r>
      <w:r>
        <w:t xml:space="preserve">    (a) interacted again or interested again</w:t>
      </w:r>
      <w:r>
        <w:br/>
      </w:r>
      <w:r>
        <w:t xml:space="preserve">    (b) made different; or showed difference</w:t>
      </w:r>
      <w:r>
        <w:br/>
      </w:r>
      <w:r>
        <w:t xml:space="preserve">    (c) to make a hole or holes in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all masters of checkers and chess and bridge and cribbage and dominoes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anagrams</w:t>
      </w:r>
      <w:r>
        <w:rPr>
          <w:b/>
          <w:bCs/>
        </w:rPr>
        <w:t xml:space="preserve"> </w:t>
      </w:r>
      <w:r>
        <w:rPr>
          <w:b/>
          <w:bCs/>
        </w:rPr>
        <w:t xml:space="preserve">and charades and Ping-Pong and billiards, as well.</w:t>
      </w:r>
      <w:r>
        <w:br/>
      </w:r>
      <w:r>
        <w:t xml:space="preserve">    (a) a word or phrase spelled by rearranging the letters of another word or phrase</w:t>
      </w:r>
      <w:r>
        <w:br/>
      </w:r>
      <w:r>
        <w:t xml:space="preserve">    (b) geological areas where a river divides before entering a larger body of water</w:t>
      </w:r>
      <w:r>
        <w:br/>
      </w:r>
      <w:r>
        <w:t xml:space="preserve">    (c) descriptions of unfavorable opinions; or acts of sharing unfavorable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Primeval</w:t>
      </w:r>
      <w:r>
        <w:rPr>
          <w:b/>
          <w:bCs/>
        </w:rPr>
        <w:t xml:space="preserve"> </w:t>
      </w:r>
      <w:r>
        <w:rPr>
          <w:b/>
          <w:bCs/>
        </w:rPr>
        <w:t xml:space="preserve">bubbles surfaced it with lethargical majesty as Billy Pilgrim stared.</w:t>
      </w:r>
      <w:r>
        <w:br/>
      </w:r>
      <w:r>
        <w:t xml:space="preserve">    (a) outside</w:t>
      </w:r>
      <w:r>
        <w:br/>
      </w:r>
      <w:r>
        <w:t xml:space="preserve">    (b) certain</w:t>
      </w:r>
      <w:r>
        <w:br/>
      </w:r>
      <w:r>
        <w:t xml:space="preserve">    (c) ancient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couldn't possibly be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repercussions</w:t>
      </w:r>
      <w:r>
        <w:rPr>
          <w:b/>
          <w:bCs/>
        </w:rPr>
        <w:t xml:space="preserve">, the lynchers thought.</w:t>
      </w:r>
      <w:r>
        <w:br/>
      </w:r>
      <w:r>
        <w:t xml:space="preserve">    (a) dark, suspenseful stories that often include mystery or the supernatural</w:t>
      </w:r>
      <w:r>
        <w:br/>
      </w:r>
      <w:r>
        <w:t xml:space="preserve">    (b) indirect or secondary effects of an action -- typically negative effects</w:t>
      </w:r>
      <w:r>
        <w:br/>
      </w:r>
      <w:r>
        <w:t xml:space="preserve">    (c) non-doctors who practice the profession of assisting women in childbirth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would make a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epitaph</w:t>
      </w:r>
      <w:r>
        <w:rPr>
          <w:b/>
          <w:bCs/>
        </w:rPr>
        <w:t xml:space="preserve"> </w:t>
      </w:r>
      <w:r>
        <w:rPr>
          <w:b/>
          <w:bCs/>
        </w:rPr>
        <w:t xml:space="preserve">for Billy Pilgrim-and for me, too.</w:t>
      </w:r>
      <w:r>
        <w:br/>
      </w:r>
      <w:r>
        <w:t xml:space="preserve">    (a) something that causes ongoing suffering</w:t>
      </w:r>
      <w:r>
        <w:br/>
      </w:r>
      <w:r>
        <w:t xml:space="preserve">    (b) a short text in memory of a dead person</w:t>
      </w:r>
      <w:r>
        <w:br/>
      </w:r>
      <w:r>
        <w:t xml:space="preserve">    (c) worry or concern about what will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the central clown in an unconscious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travesty</w:t>
      </w:r>
      <w:r>
        <w:rPr>
          <w:b/>
          <w:bCs/>
        </w:rPr>
        <w:t xml:space="preserve"> </w:t>
      </w:r>
      <w:r>
        <w:rPr>
          <w:b/>
          <w:bCs/>
        </w:rPr>
        <w:t xml:space="preserve">of that famous oil painting, 'The Spirit of '76.'</w:t>
      </w:r>
      <w:r>
        <w:br/>
      </w:r>
      <w:r>
        <w:t xml:space="preserve">    (a) an offensive distortion of what should be</w:t>
      </w:r>
      <w:r>
        <w:br/>
      </w:r>
      <w:r>
        <w:t xml:space="preserve">    (b) stop interacting; or stop having interest</w:t>
      </w:r>
      <w:r>
        <w:br/>
      </w:r>
      <w:r>
        <w:t xml:space="preserve">    (c) treating thoughtlessly or without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diffident</w:t>
      </w:r>
      <w:r>
        <w:rPr>
          <w:b/>
          <w:bCs/>
        </w:rPr>
        <w:t xml:space="preserve"> </w:t>
      </w:r>
      <w:r>
        <w:rPr>
          <w:b/>
          <w:bCs/>
        </w:rPr>
        <w:t xml:space="preserve">raps at the factory window.</w:t>
      </w:r>
      <w:r>
        <w:br/>
      </w:r>
      <w:r>
        <w:t xml:space="preserve">    (a) hesitant and unassertive due to a lack of self-confidence</w:t>
      </w:r>
      <w:r>
        <w:br/>
      </w:r>
      <w:r>
        <w:t xml:space="preserve">    (b) young</w:t>
      </w:r>
      <w:r>
        <w:br/>
      </w:r>
      <w:r>
        <w:t xml:space="preserve">    (c) belligerent (argumentative or aggressive)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boys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harangued</w:t>
      </w:r>
      <w:r>
        <w:rPr>
          <w:b/>
          <w:bCs/>
        </w:rPr>
        <w:t xml:space="preserve"> </w:t>
      </w:r>
      <w:r>
        <w:rPr>
          <w:b/>
          <w:bCs/>
        </w:rPr>
        <w:t xml:space="preserve">by a man in a full beard.</w:t>
      </w:r>
      <w:r>
        <w:br/>
      </w:r>
      <w:r>
        <w:t xml:space="preserve">    (a) not happening at the same time or in a coordinated sequence; or (of watches/clocks) not set to show the same time</w:t>
      </w:r>
      <w:r>
        <w:br/>
      </w:r>
      <w:r>
        <w:t xml:space="preserve">    (b) verbally harassed by someone trying to persuade them</w:t>
      </w:r>
      <w:r>
        <w:br/>
      </w:r>
      <w:r>
        <w:t xml:space="preserve">    (c) lively (enthusiastic, excited, or moving a lot)  OR  (as a verb) to inspire, make more lively, or bring to life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happy and loud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impudent</w:t>
      </w:r>
      <w:r>
        <w:rPr>
          <w:b/>
          <w:bCs/>
        </w:rPr>
        <w:t xml:space="preserve">.</w:t>
      </w:r>
      <w:r>
        <w:br/>
      </w:r>
      <w:r>
        <w:t xml:space="preserve">    (a) improperly bold or disrespectful</w:t>
      </w:r>
      <w:r>
        <w:br/>
      </w:r>
      <w:r>
        <w:t xml:space="preserve">    (b) alternative medicine using extremely diluted doses of a substance to treat the same symptoms larger doses cause</w:t>
      </w:r>
      <w:r>
        <w:br/>
      </w:r>
      <w:r>
        <w:t xml:space="preserve">    (c) working against psychosis (any severe mental disorder in which contact with reality is lost or highly distorted)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blind innkeeper said that the Americans could sleep in his stable that night, and he gave them soup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ersatz</w:t>
      </w:r>
      <w:r>
        <w:rPr>
          <w:b/>
          <w:bCs/>
        </w:rPr>
        <w:t xml:space="preserve"> </w:t>
      </w:r>
      <w:r>
        <w:rPr>
          <w:b/>
          <w:bCs/>
        </w:rPr>
        <w:t xml:space="preserve">coffee and a little beer.</w:t>
      </w:r>
      <w:r>
        <w:br/>
      </w:r>
      <w:r>
        <w:t xml:space="preserve">    (a) the state or character of being greater than zero</w:t>
      </w:r>
      <w:r>
        <w:br/>
      </w:r>
      <w:r>
        <w:t xml:space="preserve">    (b) in a state where something cannot be seen clearly</w:t>
      </w:r>
      <w:r>
        <w:br/>
      </w:r>
      <w:r>
        <w:t xml:space="preserve">    (c) an artificial or inferior substitute or imitation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'He isn't doing it now,' said Rumfoord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peevishly</w:t>
      </w:r>
      <w:r>
        <w:rPr>
          <w:b/>
          <w:bCs/>
        </w:rPr>
        <w:t xml:space="preserve">.</w:t>
      </w:r>
      <w:r>
        <w:br/>
      </w:r>
      <w:r>
        <w:t xml:space="preserve">    (a) in a manner that is not clearly seen, expressed or understood</w:t>
      </w:r>
      <w:r>
        <w:br/>
      </w:r>
      <w:r>
        <w:t xml:space="preserve">    (b) not in a manner intended to attract notice and impress others</w:t>
      </w:r>
      <w:r>
        <w:br/>
      </w:r>
      <w:r>
        <w:t xml:space="preserve">    (c) annoyed or easily annoyed -- especially by unimportant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doctors, both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obstetricians</w:t>
      </w:r>
      <w:r>
        <w:rPr>
          <w:b/>
          <w:bCs/>
        </w:rPr>
        <w:t xml:space="preserve">.</w:t>
      </w:r>
      <w:r>
        <w:br/>
      </w:r>
      <w:r>
        <w:t xml:space="preserve">    (a) things accepted as true (without proof)</w:t>
      </w:r>
      <w:r>
        <w:br/>
      </w:r>
      <w:r>
        <w:t xml:space="preserve">    (b) physicians who specialize in childbirth</w:t>
      </w:r>
      <w:r>
        <w:br/>
      </w:r>
      <w:r>
        <w:t xml:space="preserve">    (c) ways of seeing or thinking about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Billy Pilgrim wasn't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back of the store.</w:t>
      </w:r>
      <w:r>
        <w:br/>
      </w:r>
      <w:r>
        <w:t xml:space="preserve">    (a) protected or kept something as it was</w:t>
      </w:r>
      <w:r>
        <w:br/>
      </w:r>
      <w:r>
        <w:t xml:space="preserve">    (b) controlled (how something turned out)</w:t>
      </w:r>
      <w:r>
        <w:br/>
      </w:r>
      <w:r>
        <w:t xml:space="preserve">    (c) deceived through charm or enchantment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Billy did not want to see what happened next, and a clerk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importuned</w:t>
      </w:r>
      <w:r>
        <w:rPr>
          <w:b/>
          <w:bCs/>
        </w:rPr>
        <w:t xml:space="preserve"> </w:t>
      </w:r>
      <w:r>
        <w:rPr>
          <w:b/>
          <w:bCs/>
        </w:rPr>
        <w:t xml:space="preserve">him to come over and see some really hot stuff they kept under the counter for connoisseurs.</w:t>
      </w:r>
      <w:r>
        <w:br/>
      </w:r>
      <w:r>
        <w:t xml:space="preserve">    (a) urged</w:t>
      </w:r>
      <w:r>
        <w:br/>
      </w:r>
      <w:r>
        <w:t xml:space="preserve">    (b) not good at concentrating on one thing</w:t>
      </w:r>
      <w:r>
        <w:br/>
      </w:r>
      <w:r>
        <w:t xml:space="preserve">    (c) adjusted a lens to make an image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Billy and the Maori dug into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inert</w:t>
      </w:r>
      <w:r>
        <w:rPr>
          <w:b/>
          <w:bCs/>
        </w:rPr>
        <w:t xml:space="preserve">, unpromising gravel of the moon.</w:t>
      </w:r>
      <w:r>
        <w:br/>
      </w:r>
      <w:r>
        <w:t xml:space="preserve">    (a) the quality or degree of being straightforward or clear (sometimes indicating that truth is not worded carefully to spare feelings or gain advantage)</w:t>
      </w:r>
      <w:r>
        <w:br/>
      </w:r>
      <w:r>
        <w:t xml:space="preserve">    (b) the degree to which a performance of or to someone else's work lends itself to the expression of personal artistic ideas or feelings by the performer</w:t>
      </w:r>
      <w:r>
        <w:br/>
      </w:r>
      <w:r>
        <w:t xml:space="preserve">    (c) unmoving, inactive, or unable to move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slow, lethargic, or without interest</w:t>
      </w:r>
      <w:r>
        <w:br/>
      </w:r>
      <w:r>
        <w:br/>
      </w:r>
      <w:r>
        <w:t xml:space="preserve">or (in chemistry/medicine):</w:t>
      </w:r>
      <w:r>
        <w:br/>
      </w:r>
      <w:r>
        <w:br/>
      </w:r>
      <w:r>
        <w:t xml:space="preserve">chemically inactive (not having an effect)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2026-07-31T16:08:17Z</dcterms:created>
  <dcterms:modified xsi:type="dcterms:W3CDTF">2026-07-31T16:08:17Z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