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f6b55a63f58c0b1ee1a12b95465d21e4bb5d85"/>
    <w:p>
      <w:pPr>
        <w:pStyle w:val="Heading1"/>
      </w:pPr>
      <w:r>
        <w:rPr>
          <w:b/>
          <w:bCs/>
        </w:rPr>
        <w:t xml:space="preserve">Slammed</w:t>
      </w:r>
      <w:r>
        <w:br/>
      </w:r>
      <w:r>
        <w:rPr>
          <w:i/>
          <w:iCs/>
        </w:rPr>
        <w:t xml:space="preserve">Colleen Hoover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Moving out of this home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—I realize that.</w:t>
      </w:r>
      <w:r>
        <w:br/>
      </w:r>
      <w:r>
        <w:t xml:space="preserve">    (a) certain to happen</w:t>
      </w:r>
      <w:r>
        <w:br/>
      </w:r>
      <w:r>
        <w:t xml:space="preserve">    (b) circular movement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his handshake.</w:t>
      </w:r>
      <w:r>
        <w:br/>
      </w:r>
      <w:r>
        <w:t xml:space="preserve">    (a) less than zero</w:t>
      </w:r>
      <w:r>
        <w:br/>
      </w:r>
      <w:r>
        <w:t xml:space="preserve">    (b) begin fighting</w:t>
      </w:r>
      <w:r>
        <w:br/>
      </w:r>
      <w:r>
        <w:t xml:space="preserve">    (c) give in return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smiles at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mischievously</w:t>
      </w:r>
      <w:r>
        <w:rPr>
          <w:b/>
          <w:bCs/>
        </w:rPr>
        <w:t xml:space="preserve"> </w:t>
      </w:r>
      <w:r>
        <w:rPr>
          <w:b/>
          <w:bCs/>
        </w:rPr>
        <w:t xml:space="preserve">and yells, "Darth Vader!"</w:t>
      </w:r>
      <w:r>
        <w:br/>
      </w:r>
      <w:r>
        <w:t xml:space="preserve">    (a) in a manner that is not attractive or desirable</w:t>
      </w:r>
      <w:r>
        <w:br/>
      </w:r>
      <w:r>
        <w:t xml:space="preserve">    (b) in an excessively unhappy and unsociable manner</w:t>
      </w:r>
      <w:r>
        <w:br/>
      </w:r>
      <w:r>
        <w:t xml:space="preserve">    (c) in a manner that playfully causes minor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Boys have given me the butterflies before, but I usually have more control over my susceptibility to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mundane</w:t>
      </w:r>
      <w:r>
        <w:rPr>
          <w:b/>
          <w:bCs/>
        </w:rPr>
        <w:t xml:space="preserve"> </w:t>
      </w:r>
      <w:r>
        <w:rPr>
          <w:b/>
          <w:bCs/>
        </w:rPr>
        <w:t xml:space="preserve">movements.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ordinary or lacking interest or excitement -- possibly to the point of being boring</w:t>
      </w:r>
      <w:r>
        <w:br/>
      </w:r>
      <w:r>
        <w:br/>
      </w:r>
      <w:r>
        <w:t xml:space="preserve">or more rarely:</w:t>
      </w:r>
      <w:r>
        <w:br/>
      </w:r>
      <w:r>
        <w:br/>
      </w:r>
      <w:r>
        <w:t xml:space="preserve">belonging to this earth or world; not ideal or heavenly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navigates the steering wheel with his free hand 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simultaneously</w:t>
      </w:r>
      <w:r>
        <w:rPr>
          <w:b/>
          <w:bCs/>
        </w:rPr>
        <w:t xml:space="preserve"> </w:t>
      </w:r>
      <w:r>
        <w:rPr>
          <w:b/>
          <w:bCs/>
        </w:rPr>
        <w:t xml:space="preserve">drives and eats.</w:t>
      </w:r>
      <w:r>
        <w:br/>
      </w:r>
      <w:r>
        <w:t xml:space="preserve">    (a) done while awake</w:t>
      </w:r>
      <w:r>
        <w:br/>
      </w:r>
      <w:r>
        <w:t xml:space="preserve">    (b) at the same time</w:t>
      </w:r>
      <w:r>
        <w:br/>
      </w:r>
      <w:r>
        <w:t xml:space="preserve">    (c) done with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conflicted</w:t>
      </w:r>
      <w:r>
        <w:rPr>
          <w:b/>
          <w:bCs/>
        </w:rPr>
        <w:t xml:space="preserve">, I'm confused, and most of all I'm taken aback.</w:t>
      </w:r>
      <w:r>
        <w:br/>
      </w:r>
      <w:r>
        <w:t xml:space="preserve">    (a) examined in detail to better understand</w:t>
      </w:r>
      <w:r>
        <w:br/>
      </w:r>
      <w:r>
        <w:t xml:space="preserve">    (b) moved into position to work; or started</w:t>
      </w:r>
      <w:r>
        <w:br/>
      </w:r>
      <w:r>
        <w:t xml:space="preserve">    (c) tension from opposing ideas or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pull them out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lock, but my hands are shaking so bad that I drop them.</w:t>
      </w:r>
      <w:r>
        <w:br/>
      </w:r>
      <w:r>
        <w:t xml:space="preserve">    (a) make small restless movements</w:t>
      </w:r>
      <w:r>
        <w:br/>
      </w:r>
      <w:r>
        <w:t xml:space="preserve">    (b) consume or destroy completely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 school was so shorthanded, they offered me a one-year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.</w:t>
      </w:r>
      <w:r>
        <w:br/>
      </w:r>
      <w:r>
        <w:t xml:space="preserve">    (a) a legal agreement</w:t>
      </w:r>
      <w:r>
        <w:br/>
      </w:r>
      <w:r>
        <w:t xml:space="preserve">    (b) view in a certain way so as to form a belief or opinion</w:t>
      </w:r>
      <w:r>
        <w:br/>
      </w:r>
      <w:r>
        <w:t xml:space="preserve">    (c) suntanned; or reddish-brown or yellowish-brown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can't possibly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at this moment what it must be like to actually have a broken heart.</w:t>
      </w:r>
      <w:r>
        <w:br/>
      </w:r>
      <w:r>
        <w:t xml:space="preserve">    (a) rug-like artwork -- often hung on a wall for display</w:t>
      </w:r>
      <w:r>
        <w:br/>
      </w:r>
      <w:r>
        <w:t xml:space="preserve">    (b) understand -- especially to understand it completely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 way in which a relationship between us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 </w:t>
      </w:r>
      <w:r>
        <w:rPr>
          <w:b/>
          <w:bCs/>
        </w:rPr>
        <w:t xml:space="preserve">at this point.</w:t>
      </w:r>
      <w:r>
        <w:br/>
      </w:r>
      <w:r>
        <w:t xml:space="preserve">    (a) possible or practical</w:t>
      </w:r>
      <w:r>
        <w:br/>
      </w:r>
      <w:r>
        <w:t xml:space="preserve">    (b) not easily identified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was either that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Botany</w:t>
      </w:r>
      <w:r>
        <w:rPr>
          <w:b/>
          <w:bCs/>
        </w:rPr>
        <w:t xml:space="preserve">," I reply evenly.</w:t>
      </w:r>
      <w:r>
        <w:br/>
      </w:r>
      <w:r>
        <w:t xml:space="preserve">    (a) related to commonly repeated or obvious remarks made as though they are insightful or instructive</w:t>
      </w:r>
      <w:r>
        <w:br/>
      </w:r>
      <w:r>
        <w:t xml:space="preserve">    (b) the state or degree of being clear, easily noticed, and/or identifiable as different or separate</w:t>
      </w:r>
      <w:r>
        <w:br/>
      </w:r>
      <w:r>
        <w:t xml:space="preserve">    (c) the branch of biology that studies plants; or all the plant life in a particular region or period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spending the weekend with Johnny Depp," I say, attempting to appear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her demeanor.</w:t>
      </w:r>
      <w:r>
        <w:br/>
      </w:r>
      <w:r>
        <w:t xml:space="preserve">    (a) very large</w:t>
      </w:r>
      <w:r>
        <w:br/>
      </w:r>
      <w:r>
        <w:t xml:space="preserve">    (b) related to</w:t>
      </w:r>
      <w:r>
        <w:br/>
      </w:r>
      <w:r>
        <w:t xml:space="preserve">    (c) unaware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a fan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inconsistency</w:t>
      </w:r>
      <w:r>
        <w:rPr>
          <w:b/>
          <w:bCs/>
        </w:rPr>
        <w:t xml:space="preserve">.</w:t>
      </w:r>
      <w:r>
        <w:br/>
      </w:r>
      <w:r>
        <w:t xml:space="preserve">    (a) a collection of things on public display  OR  a detailed explanation or background of a specific topic</w:t>
      </w:r>
      <w:r>
        <w:br/>
      </w:r>
      <w:r>
        <w:t xml:space="preserve">    (b) the process of assigning a value on or judging the worth of something; or the result of such a process</w:t>
      </w:r>
      <w:r>
        <w:br/>
      </w:r>
      <w:r>
        <w:t xml:space="preserve">    (c)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feels like that first day I was standing in his kitchen,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contemplating</w:t>
      </w:r>
      <w:r>
        <w:rPr>
          <w:b/>
          <w:bCs/>
        </w:rPr>
        <w:t xml:space="preserve"> </w:t>
      </w:r>
      <w:r>
        <w:rPr>
          <w:b/>
          <w:bCs/>
        </w:rPr>
        <w:t xml:space="preserve">my next move after he helped me with my bandage.</w:t>
      </w:r>
      <w:r>
        <w:br/>
      </w:r>
      <w:r>
        <w:t xml:space="preserve">    (a) consider or ponder</w:t>
      </w:r>
      <w:r>
        <w:br/>
      </w:r>
      <w:r>
        <w:t xml:space="preserve">    (b) wrongly translates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voice is soft, full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trepidation</w:t>
      </w:r>
      <w:r>
        <w:rPr>
          <w:b/>
          <w:bCs/>
        </w:rPr>
        <w:t xml:space="preserve"> </w:t>
      </w:r>
      <w:r>
        <w:rPr>
          <w:b/>
          <w:bCs/>
        </w:rPr>
        <w:t xml:space="preserve">when he says my name.</w:t>
      </w:r>
      <w:r>
        <w:br/>
      </w:r>
      <w:r>
        <w:t xml:space="preserve">    (a) nervousness</w:t>
      </w:r>
      <w:r>
        <w:br/>
      </w:r>
      <w:r>
        <w:t xml:space="preserve">    (b) well suited</w:t>
      </w:r>
      <w:r>
        <w:br/>
      </w:r>
      <w:r>
        <w:t xml:space="preserve">    (c) a last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meticulously</w:t>
      </w:r>
      <w:r>
        <w:rPr>
          <w:b/>
          <w:bCs/>
        </w:rPr>
        <w:t xml:space="preserve"> </w:t>
      </w:r>
      <w:r>
        <w:rPr>
          <w:b/>
          <w:bCs/>
        </w:rPr>
        <w:t xml:space="preserve">applies my makeup, extremely focused on the task.</w:t>
      </w:r>
      <w:r>
        <w:br/>
      </w:r>
      <w:r>
        <w:t xml:space="preserve">    (a) in a manner that is not sensible and careful</w:t>
      </w:r>
      <w:r>
        <w:br/>
      </w:r>
      <w:r>
        <w:t xml:space="preserve">    (b) in a manner treating details with great care</w:t>
      </w:r>
      <w:r>
        <w:br/>
      </w:r>
      <w:r>
        <w:t xml:space="preserve">    (c) in a manner that is capable of being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my understanding that detention commences upon the conclusion of the final class period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three thirty.</w:t>
      </w:r>
      <w:r>
        <w:br/>
      </w:r>
      <w:r>
        <w:t xml:space="preserve">    (a) cheerfully and friendly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if you've ever tried navigating your sailboat</w:t>
      </w:r>
      <w:r>
        <w:br/>
      </w:r>
      <w:r>
        <w:rPr>
          <w:b/>
          <w:bCs/>
        </w:rPr>
        <w:t xml:space="preserve">through her stormy seas, you would realize that</w:t>
      </w:r>
      <w:r>
        <w:br/>
      </w: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whitecaps</w:t>
      </w:r>
      <w:r>
        <w:rPr>
          <w:b/>
          <w:bCs/>
        </w:rPr>
        <w:t xml:space="preserve"> </w:t>
      </w:r>
      <w:r>
        <w:rPr>
          <w:b/>
          <w:bCs/>
        </w:rPr>
        <w:t xml:space="preserve">are your enemies.</w:t>
      </w:r>
      <w:r>
        <w:br/>
      </w:r>
      <w:r>
        <w:t xml:space="preserve">    (a) acts of interacting or getting interested again</w:t>
      </w:r>
      <w:r>
        <w:br/>
      </w:r>
      <w:r>
        <w:t xml:space="preserve">    (b) wind-blown waves with white foam at their crest</w:t>
      </w:r>
      <w:r>
        <w:br/>
      </w:r>
      <w:r>
        <w:t xml:space="preserve">    (c) general feelings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it possible that I had a momentary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lapse</w:t>
      </w:r>
      <w:r>
        <w:rPr>
          <w:b/>
          <w:bCs/>
        </w:rPr>
        <w:t xml:space="preserve"> </w:t>
      </w:r>
      <w:r>
        <w:rPr>
          <w:b/>
          <w:bCs/>
        </w:rPr>
        <w:t xml:space="preserve">of sanity?</w:t>
      </w:r>
      <w:r>
        <w:br/>
      </w:r>
      <w:r>
        <w:t xml:space="preserve">    (a) unreasonable expectation</w:t>
      </w:r>
      <w:r>
        <w:br/>
      </w:r>
      <w:r>
        <w:t xml:space="preserve">    (b) period of time that passes</w:t>
      </w:r>
      <w:r>
        <w:br/>
      </w:r>
      <w:r>
        <w:t xml:space="preserve">    (c) a change in behavior or state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isn't until the fifth stage of grief that the memories of them stop hurting as much—when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recollections</w:t>
      </w:r>
      <w:r>
        <w:rPr>
          <w:b/>
          <w:bCs/>
        </w:rPr>
        <w:t xml:space="preserve"> </w:t>
      </w:r>
      <w:r>
        <w:rPr>
          <w:b/>
          <w:bCs/>
        </w:rPr>
        <w:t xml:space="preserve">become positive.</w:t>
      </w:r>
      <w:r>
        <w:br/>
      </w:r>
      <w:r>
        <w:t xml:space="preserve">    (a) thoughts</w:t>
      </w:r>
      <w:r>
        <w:br/>
      </w:r>
      <w:r>
        <w:t xml:space="preserve">    (b) memories</w:t>
      </w:r>
      <w:r>
        <w:br/>
      </w:r>
      <w:r>
        <w:t xml:space="preserve">    (c) restores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2026-07-31T19:39:07Z</dcterms:created>
  <dcterms:modified xsi:type="dcterms:W3CDTF">2026-07-31T19:39:07Z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