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c0624e5b602bc1892ae7d60b90b821e3086dca"/>
    <w:p>
      <w:pPr>
        <w:pStyle w:val="Heading1"/>
      </w:pPr>
      <w:r>
        <w:rPr>
          <w:b/>
          <w:bCs/>
        </w:rPr>
        <w:t xml:space="preserve">Slam!</w:t>
      </w:r>
      <w:r>
        <w:br/>
      </w:r>
      <w:r>
        <w:rPr>
          <w:i/>
          <w:iCs/>
        </w:rPr>
        <w:t xml:space="preserve">Walter Dean Myers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 to</w:t>
      </w:r>
      <w:r>
        <w:rPr>
          <w:b/>
          <w:bCs/>
        </w:rPr>
        <w:t xml:space="preserve"> </w:t>
      </w:r>
      <w:r>
        <w:rPr>
          <w:b/>
          <w:bCs/>
        </w:rPr>
        <w:t xml:space="preserve">wake up in the morning and have an arm fall off, or maybe one leg don't want to walk right.</w:t>
      </w:r>
      <w:r>
        <w:br/>
      </w:r>
      <w:r>
        <w:t xml:space="preserve">    (a) devices that convert light into electricity</w:t>
      </w:r>
      <w:r>
        <w:br/>
      </w:r>
      <w:r>
        <w:t xml:space="preserve">    (b) temperature scale used in most of the world</w:t>
      </w:r>
      <w:r>
        <w:br/>
      </w:r>
      <w:r>
        <w:t xml:space="preserve">    (c) likely to; or maybe going to; or subject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prejudiced</w:t>
      </w:r>
      <w:r>
        <w:rPr>
          <w:b/>
          <w:bCs/>
        </w:rPr>
        <w:t xml:space="preserve"> </w:t>
      </w:r>
      <w:r>
        <w:rPr>
          <w:b/>
          <w:bCs/>
        </w:rPr>
        <w:t xml:space="preserve">or anything like that.</w:t>
      </w:r>
      <w:r>
        <w:br/>
      </w:r>
      <w:r>
        <w:t xml:space="preserve">    (a) corrupted or seduced from virtue, duty, or allegiance  OR  excessively drank, engaged in casual sex, and/or drug abuse while partying</w:t>
      </w:r>
      <w:r>
        <w:br/>
      </w:r>
      <w:r>
        <w:t xml:space="preserve">    (b) bias that prevents objective consideration -- especially an unreasonable belief that is unfair to members of a race, religion, or other group</w:t>
      </w:r>
      <w:r>
        <w:br/>
      </w:r>
      <w:r>
        <w:t xml:space="preserve">    (c) injured the ligaments of a joint by stretching them too far (ligaments are the tough, fibrous bands that connect bones across joints)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going to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Republican</w:t>
      </w:r>
      <w:r>
        <w:rPr>
          <w:b/>
          <w:bCs/>
        </w:rPr>
        <w:t xml:space="preserve"> </w:t>
      </w:r>
      <w:r>
        <w:rPr>
          <w:b/>
          <w:bCs/>
        </w:rPr>
        <w:t xml:space="preserve">or a Democrat?</w:t>
      </w:r>
      <w:r>
        <w:br/>
      </w:r>
      <w:r>
        <w:t xml:space="preserve">    (a) of an organism in the early stages of development prior to birth, hatching, or sprouting  OR  of anything in an early stage of development</w:t>
      </w:r>
      <w:r>
        <w:br/>
      </w:r>
      <w:r>
        <w:t xml:space="preserve">    (b) relating to a Christian ceremony signifying spiritual cleansing and rebirth  OR  relating to a challenging experience that initiates or purifies</w:t>
      </w:r>
      <w:r>
        <w:br/>
      </w:r>
      <w:r>
        <w:t xml:space="preserve">    (c) of a system of government in which a majority of citizens elect representatives to make laws; or someone in favor of such a form of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"No, because the owner got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asthma</w:t>
      </w:r>
      <w:r>
        <w:rPr>
          <w:b/>
          <w:bCs/>
        </w:rPr>
        <w:t xml:space="preserve">," the waitress said.</w:t>
      </w:r>
      <w:r>
        <w:br/>
      </w:r>
      <w:r>
        <w:t xml:space="preserve">    (a) windpipe (the air tube that conveys inhaled air to the lungs from just under the larynx or</w:t>
      </w:r>
      <w:r>
        <w:t xml:space="preserve"> </w:t>
      </w:r>
      <w:r>
        <w:rPr>
          <w:i/>
          <w:iCs/>
        </w:rPr>
        <w:t xml:space="preserve">voice box</w:t>
      </w:r>
      <w:r>
        <w:t xml:space="preserve">)</w:t>
      </w:r>
      <w:r>
        <w:br/>
      </w:r>
      <w:r>
        <w:t xml:space="preserve">    (b) the green substance in plants that absorbs light energy and converts it to chemical energy through photosynthesis</w:t>
      </w:r>
      <w:r>
        <w:br/>
      </w:r>
      <w:r>
        <w:t xml:space="preserve">    (c) a common lung disorder characterized by wheezing, shortness of breath, chest tightness, and sometimes coughing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we gave 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sedative</w:t>
      </w:r>
      <w:r>
        <w:rPr>
          <w:b/>
          <w:bCs/>
        </w:rPr>
        <w:t xml:space="preserve">.</w:t>
      </w:r>
      <w:r>
        <w:br/>
      </w:r>
      <w:r>
        <w:t xml:space="preserve">    (a) a serious mental disorder in which people interpret reality abnormally</w:t>
      </w:r>
      <w:r>
        <w:br/>
      </w:r>
      <w:r>
        <w:t xml:space="preserve">    (b) the reason for doing something; or the level of desire to do something</w:t>
      </w:r>
      <w:r>
        <w:br/>
      </w:r>
      <w:r>
        <w:t xml:space="preserve">    (c) a drug that calms or puts to sleep; or describing something as calming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an explosion in the barracks,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Lebanon</w:t>
      </w:r>
      <w:r>
        <w:rPr>
          <w:b/>
          <w:bCs/>
        </w:rPr>
        <w:t xml:space="preserve"> </w:t>
      </w:r>
      <w:r>
        <w:rPr>
          <w:b/>
          <w:bCs/>
        </w:rPr>
        <w:t xml:space="preserve">or some place like that, and he was blinded.</w:t>
      </w:r>
      <w:r>
        <w:br/>
      </w:r>
      <w:r>
        <w:t xml:space="preserve">    (a) Middle Eastern country known for it's beauty, religious diversity, turbulent history, and ancient Phoenician roots -- and borders Syria, Israel, and the Mediterranean</w:t>
      </w:r>
      <w:r>
        <w:br/>
      </w:r>
      <w:r>
        <w:t xml:space="preserve">    (b) attention-deficit hyperactivity disorder -- a medical condition characterized by trouble paying attention, controlling impulsive behaviors, and/or being hyperactive</w:t>
      </w:r>
      <w:r>
        <w:br/>
      </w:r>
      <w:r>
        <w:t xml:space="preserve">    (c) Dow Jones Industrial Average -- most commonly followed index of the U.S. stock market comprised of 30 stocks that are thought to be a barometer of U.S. stocks in general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point guard</w:t>
      </w:r>
      <w:r>
        <w:rPr>
          <w:b/>
          <w:bCs/>
        </w:rPr>
        <w:t xml:space="preserve"> </w:t>
      </w:r>
      <w:r>
        <w:rPr>
          <w:b/>
          <w:bCs/>
        </w:rPr>
        <w:t xml:space="preserve">was quick but he was skinny.</w:t>
      </w:r>
      <w:r>
        <w:br/>
      </w:r>
      <w:r>
        <w:t xml:space="preserve">    (a) soccer:  a game that is not a part of an official competition</w:t>
      </w:r>
      <w:r>
        <w:br/>
      </w:r>
      <w:r>
        <w:t xml:space="preserve">    (b) 1950s literary and cultural movement that rejected conformity</w:t>
      </w:r>
      <w:r>
        <w:br/>
      </w:r>
      <w:r>
        <w:t xml:space="preserve">    (c) basketball:  primary ballhandler who also sets up the offense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ref gave him the ball and he looked like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nonchalanting</w:t>
      </w:r>
      <w:r>
        <w:rPr>
          <w:b/>
          <w:bCs/>
        </w:rPr>
        <w:t xml:space="preserve"> </w:t>
      </w:r>
      <w:r>
        <w:rPr>
          <w:b/>
          <w:bCs/>
        </w:rPr>
        <w:t xml:space="preserve">the shot.</w:t>
      </w:r>
      <w:r>
        <w:br/>
      </w:r>
      <w:r>
        <w:t xml:space="preserve">    (a) treating something with unconcerned calm</w:t>
      </w:r>
      <w:r>
        <w:br/>
      </w:r>
      <w:r>
        <w:t xml:space="preserve">    (b) devices that turn light into electricity</w:t>
      </w:r>
      <w:r>
        <w:br/>
      </w:r>
      <w:r>
        <w:t xml:space="preserve">    (c) to express strong hatred or loathing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"You're going to make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cholesterol</w:t>
      </w:r>
      <w:r>
        <w:rPr>
          <w:b/>
          <w:bCs/>
        </w:rPr>
        <w:t xml:space="preserve"> </w:t>
      </w:r>
      <w:r>
        <w:rPr>
          <w:b/>
          <w:bCs/>
        </w:rPr>
        <w:t xml:space="preserve">go up," Derek said.</w:t>
      </w:r>
      <w:r>
        <w:br/>
      </w:r>
      <w:r>
        <w:t xml:space="preserve">    (a) having the characteristics of a "sycophant" (someone who tries to flatter or please those in authority to gain personal advantage)</w:t>
      </w:r>
      <w:r>
        <w:br/>
      </w:r>
      <w:r>
        <w:t xml:space="preserve">    (b) removes something that was caught by something else; or separates or smooths things that were twisted together in a confusing mass</w:t>
      </w:r>
      <w:r>
        <w:br/>
      </w:r>
      <w:r>
        <w:t xml:space="preserve">    (c) a substance found in animal fat that when eaten or produced in large quantities increases the probability of getting heart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 have your emotional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immune</w:t>
      </w:r>
      <w:r>
        <w:rPr>
          <w:b/>
          <w:bCs/>
        </w:rPr>
        <w:t xml:space="preserve"> </w:t>
      </w:r>
      <w:r>
        <w:rPr>
          <w:b/>
          <w:bCs/>
        </w:rPr>
        <w:t xml:space="preserve">system checked out.</w:t>
      </w:r>
      <w:r>
        <w:br/>
      </w:r>
      <w:r>
        <w:t xml:space="preserve">    (a) a health indicator measured by the force of circulating blood on the arteries</w:t>
      </w:r>
      <w:r>
        <w:br/>
      </w:r>
      <w:r>
        <w:t xml:space="preserve">    (b) not in danger of suffering from something  OR  relating to disease resistance</w:t>
      </w:r>
      <w:r>
        <w:br/>
      </w:r>
      <w:r>
        <w:t xml:space="preserve">    (c) the state or character of having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wasn't just sweating the chick I was dripping pure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unadulterated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not concentrated</w:t>
      </w:r>
      <w:r>
        <w:br/>
      </w:r>
      <w:r>
        <w:t xml:space="preserve">    (b) pure or complete</w:t>
      </w:r>
      <w:r>
        <w:br/>
      </w:r>
      <w:r>
        <w:t xml:space="preserve">    (c) strongly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Providence</w:t>
      </w:r>
      <w:r>
        <w:rPr>
          <w:b/>
          <w:bCs/>
        </w:rPr>
        <w:t xml:space="preserve">.</w:t>
      </w:r>
      <w:r>
        <w:br/>
      </w:r>
      <w:r>
        <w:t xml:space="preserve">    (a) a particular way of seeing or thinking about things</w:t>
      </w:r>
      <w:r>
        <w:br/>
      </w:r>
      <w:r>
        <w:t xml:space="preserve">    (b) collection of star systems held together by gravity</w:t>
      </w:r>
      <w:r>
        <w:br/>
      </w:r>
      <w:r>
        <w:t xml:space="preserve">    (c) resulting from God's intervention or plan; or lucky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Brothers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beckoned</w:t>
      </w:r>
      <w:r>
        <w:rPr>
          <w:b/>
          <w:bCs/>
        </w:rPr>
        <w:t xml:space="preserve"> </w:t>
      </w:r>
      <w:r>
        <w:rPr>
          <w:b/>
          <w:bCs/>
        </w:rPr>
        <w:t xml:space="preserve">me to him.</w:t>
      </w:r>
      <w:r>
        <w:br/>
      </w:r>
      <w:r>
        <w:t xml:space="preserve">    (a) called (to come nearer by using a hand gesture or a nod)</w:t>
      </w:r>
      <w:r>
        <w:br/>
      </w:r>
      <w:r>
        <w:t xml:space="preserve">    (b) provided evidence of something -- especially oral evidence in court</w:t>
      </w:r>
      <w:r>
        <w:br/>
      </w:r>
      <w:r>
        <w:t xml:space="preserve">    (c) showed something -- such as demonstrated, expressed, or represented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would be coming down the right side and move a half-step faster or a half-step slower and you would think, or drop a hand, or move a knee, and then Ice would be in the air, the ball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poised</w:t>
      </w:r>
      <w:r>
        <w:rPr>
          <w:b/>
          <w:bCs/>
        </w:rPr>
        <w:t xml:space="preserve"> </w:t>
      </w:r>
      <w:r>
        <w:rPr>
          <w:b/>
          <w:bCs/>
        </w:rPr>
        <w:t xml:space="preserve">on his fingertips, the wrist bent back, and whatever you did would be too late.</w:t>
      </w:r>
      <w:r>
        <w:br/>
      </w:r>
      <w:r>
        <w:t xml:space="preserve">    (a) without a personal preference; or without any tendency to move in a particular direction</w:t>
      </w:r>
      <w:r>
        <w:br/>
      </w:r>
      <w:r>
        <w:t xml:space="preserve">    (b) removed or suppressed something considered obscene, immoral, or politically unacceptable</w:t>
      </w:r>
      <w:r>
        <w:br/>
      </w:r>
      <w:r>
        <w:t xml:space="preserve">    (c) calm, confident, and in control—especially in movement, behavior, or when ready to 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come a kid as streetwise as you seem to be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naive</w:t>
      </w:r>
      <w:r>
        <w:rPr>
          <w:b/>
          <w:bCs/>
        </w:rPr>
        <w:t xml:space="preserve"> </w:t>
      </w:r>
      <w:r>
        <w:rPr>
          <w:b/>
          <w:bCs/>
        </w:rPr>
        <w:t xml:space="preserve">when it comes to real life?</w:t>
      </w:r>
      <w:r>
        <w:br/>
      </w:r>
      <w:r>
        <w:t xml:space="preserve">    (a) lacking experience or sophistication, and the understanding that comes from them -- often too trusting or optimistic</w:t>
      </w:r>
      <w:r>
        <w:br/>
      </w:r>
      <w:r>
        <w:t xml:space="preserve">    (b) the degree of being influenced by personal belief, feelings, or preferences (rather than being based purely upon fact)</w:t>
      </w:r>
      <w:r>
        <w:br/>
      </w:r>
      <w:r>
        <w:t xml:space="preserve">    (c) the quality of being characterized by fantastic imagery, or combinations of things and events that don't go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 come back to life I'm coming back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Michael Jordan</w:t>
      </w:r>
      <w:r>
        <w:rPr>
          <w:b/>
          <w:bCs/>
        </w:rPr>
        <w:t xml:space="preserve"> </w:t>
      </w:r>
      <w:r>
        <w:rPr>
          <w:b/>
          <w:bCs/>
        </w:rPr>
        <w:t xml:space="preserve">and then I'll try a different theory.</w:t>
      </w:r>
      <w:r>
        <w:br/>
      </w:r>
      <w:r>
        <w:t xml:space="preserve">    (a) Italian, Roman Catholic monk who founded the Franciscan order (1181-1226)</w:t>
      </w:r>
      <w:r>
        <w:br/>
      </w:r>
      <w:r>
        <w:t xml:space="preserve">    (b) French impressionist painter identified with painting dancers (1834-1917)</w:t>
      </w:r>
      <w:r>
        <w:br/>
      </w:r>
      <w:r>
        <w:t xml:space="preserve">    (c) retired U.S. basketball generally cited as the best of all time (b. 1963)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technique</w:t>
      </w:r>
      <w:r>
        <w:rPr>
          <w:b/>
          <w:bCs/>
        </w:rPr>
        <w:t xml:space="preserve">," he said.</w:t>
      </w:r>
      <w:r>
        <w:br/>
      </w:r>
      <w:r>
        <w:t xml:space="preserve">    (a) not easily set on fire</w:t>
      </w:r>
      <w:r>
        <w:br/>
      </w:r>
      <w:r>
        <w:t xml:space="preserve">    (b) way of doing something</w:t>
      </w:r>
      <w:r>
        <w:br/>
      </w:r>
      <w:r>
        <w:t xml:space="preserve">    (c) surrounding conditions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"I'm a little light-headed but I think it's a touch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 flu</w:t>
      </w:r>
      <w:r>
        <w:rPr>
          <w:b/>
          <w:bCs/>
        </w:rPr>
        <w:t xml:space="preserve">," she said.</w:t>
      </w:r>
      <w:r>
        <w:br/>
      </w:r>
      <w:r>
        <w:t xml:space="preserve">    (a) influenza -- a highly contagious respiratory disease</w:t>
      </w:r>
      <w:r>
        <w:br/>
      </w:r>
      <w:r>
        <w:t xml:space="preserve">    (b) overuse of a shared good by people not paying for it</w:t>
      </w:r>
      <w:r>
        <w:br/>
      </w:r>
      <w:r>
        <w:t xml:space="preserve">    (c) existing in fact even though not officially declared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edge of the roof and I thought she might fall, or even jump.</w:t>
      </w:r>
      <w:r>
        <w:br/>
      </w:r>
      <w:r>
        <w:t xml:space="preserve">    (a) concentrated, look at, or paid attention to</w:t>
      </w:r>
      <w:r>
        <w:br/>
      </w:r>
      <w:r>
        <w:t xml:space="preserve">    (b) made appropriate in size, amount, or degree</w:t>
      </w:r>
      <w:r>
        <w:br/>
      </w:r>
      <w:r>
        <w:t xml:space="preserve">    (c) was unsure or weak; or moved back and forth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remembered something I had heard about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Malcolm X</w:t>
      </w:r>
      <w:r>
        <w:rPr>
          <w:b/>
          <w:bCs/>
        </w:rPr>
        <w:t xml:space="preserve">. He had said that when he was preaching on the corners in Harlem he was fishing for the dead.</w:t>
      </w:r>
      <w:r>
        <w:br/>
      </w:r>
      <w:r>
        <w:t xml:space="preserve">    (a) militant civil rights leader (1925-1965)</w:t>
      </w:r>
      <w:r>
        <w:br/>
      </w:r>
      <w:r>
        <w:t xml:space="preserve">    (b) American short story writer (1783-1859)</w:t>
      </w:r>
      <w:r>
        <w:br/>
      </w:r>
      <w:r>
        <w:t xml:space="preserve">    (c) U.S. abstract expressionist (1912-1956)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2026-07-31T19:29:41Z</dcterms:created>
  <dcterms:modified xsi:type="dcterms:W3CDTF">2026-07-31T19:29:41Z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