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kellig-david-almond-vocabulary-preview"/>
    <w:p>
      <w:pPr>
        <w:pStyle w:val="Heading1"/>
      </w:pPr>
      <w:r>
        <w:rPr>
          <w:b/>
          <w:bCs/>
        </w:rPr>
        <w:t xml:space="preserve">Skellig</w:t>
      </w:r>
      <w:r>
        <w:br/>
      </w:r>
      <w:r>
        <w:rPr>
          <w:i/>
          <w:iCs/>
        </w:rPr>
        <w:t xml:space="preserve">David Almond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watched the hot-air balloon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ascend</w:t>
      </w:r>
      <w:r>
        <w:rPr>
          <w:b/>
          <w:bCs/>
        </w:rPr>
        <w:t xml:space="preserve"> </w:t>
      </w:r>
      <w:r>
        <w:rPr>
          <w:b/>
          <w:bCs/>
        </w:rPr>
        <w:t xml:space="preserve">slowly into the clear morning sky.</w:t>
      </w:r>
      <w:r>
        <w:br/>
      </w:r>
      <w:r>
        <w:t xml:space="preserve">    (a) drift downward</w:t>
      </w:r>
      <w:r>
        <w:br/>
      </w:r>
      <w:r>
        <w:t xml:space="preserve">    (b) spin in place</w:t>
      </w:r>
      <w:r>
        <w:br/>
      </w:r>
      <w:r>
        <w:t xml:space="preserve">    (c) move upward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officer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beckoned</w:t>
      </w:r>
      <w:r>
        <w:rPr>
          <w:b/>
          <w:bCs/>
        </w:rPr>
        <w:t xml:space="preserve"> </w:t>
      </w:r>
      <w:r>
        <w:rPr>
          <w:b/>
          <w:bCs/>
        </w:rPr>
        <w:t xml:space="preserve">me to come over.</w:t>
      </w:r>
      <w:r>
        <w:br/>
      </w:r>
      <w:r>
        <w:t xml:space="preserve">    (a) prohibited</w:t>
      </w:r>
      <w:r>
        <w:br/>
      </w:r>
      <w:r>
        <w:t xml:space="preserve">    (b) called</w:t>
      </w:r>
      <w:r>
        <w:br/>
      </w:r>
      <w:r>
        <w:t xml:space="preserve">    (c) considered asking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derelict</w:t>
      </w:r>
      <w:r>
        <w:rPr>
          <w:b/>
          <w:bCs/>
        </w:rPr>
        <w:t xml:space="preserve"> </w:t>
      </w:r>
      <w:r>
        <w:rPr>
          <w:b/>
          <w:bCs/>
        </w:rPr>
        <w:t xml:space="preserve">warehouse on the corner had stood empty for many decades.</w:t>
      </w:r>
      <w:r>
        <w:br/>
      </w:r>
      <w:r>
        <w:t xml:space="preserve">    (a) abandoned and run-down</w:t>
      </w:r>
      <w:r>
        <w:br/>
      </w:r>
      <w:r>
        <w:t xml:space="preserve">    (b) newly built and modern</w:t>
      </w:r>
      <w:r>
        <w:br/>
      </w:r>
      <w:r>
        <w:t xml:space="preserve">    (c) crowded and well-kept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Hope was replaced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</w:t>
      </w:r>
      <w:r>
        <w:rPr>
          <w:b/>
          <w:bCs/>
        </w:rPr>
        <w:t xml:space="preserve">.</w:t>
      </w:r>
      <w:r>
        <w:br/>
      </w:r>
      <w:r>
        <w:t xml:space="preserve">    (a) sorrow</w:t>
      </w:r>
      <w:r>
        <w:br/>
      </w:r>
      <w:r>
        <w:t xml:space="preserve">    (b) faith</w:t>
      </w:r>
      <w:r>
        <w:br/>
      </w:r>
      <w:r>
        <w:t xml:space="preserve">    (c) satisfaction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smartphones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to work from almost anywhere.</w:t>
      </w:r>
      <w:r>
        <w:br/>
      </w:r>
      <w:r>
        <w:t xml:space="preserve">    (a) allow</w:t>
      </w:r>
      <w:r>
        <w:br/>
      </w:r>
      <w:r>
        <w:t xml:space="preserve">    (b) require</w:t>
      </w:r>
      <w:r>
        <w:br/>
      </w:r>
      <w:r>
        <w:t xml:space="preserve">    (c) remind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Things have changed, but she remains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inflexible</w:t>
      </w:r>
      <w:r>
        <w:rPr>
          <w:b/>
          <w:bCs/>
        </w:rPr>
        <w:t xml:space="preserve">.</w:t>
      </w:r>
      <w:r>
        <w:br/>
      </w:r>
      <w:r>
        <w:t xml:space="preserve">    (a) unimportant</w:t>
      </w:r>
      <w:r>
        <w:br/>
      </w:r>
      <w:r>
        <w:t xml:space="preserve">    (b) not skilled</w:t>
      </w:r>
      <w:r>
        <w:br/>
      </w:r>
      <w:r>
        <w:t xml:space="preserve">    (c) unbending (not able to adjust well to different conditions)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Cold weather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</w:t>
      </w:r>
      <w:r>
        <w:rPr>
          <w:b/>
          <w:bCs/>
        </w:rPr>
        <w:t xml:space="preserve"> </w:t>
      </w:r>
      <w:r>
        <w:rPr>
          <w:b/>
          <w:bCs/>
        </w:rPr>
        <w:t xml:space="preserve">the growth of many tropical plants.</w:t>
      </w:r>
      <w:r>
        <w:br/>
      </w:r>
      <w:r>
        <w:t xml:space="preserve">    (a) describe</w:t>
      </w:r>
      <w:r>
        <w:br/>
      </w:r>
      <w:r>
        <w:t xml:space="preserve">    (b) monitor</w:t>
      </w:r>
      <w:r>
        <w:br/>
      </w:r>
      <w:r>
        <w:t xml:space="preserve">    (c) slow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tripped on a thick tree root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jutted out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muddy path.</w:t>
      </w:r>
      <w:r>
        <w:br/>
      </w:r>
      <w:r>
        <w:t xml:space="preserve">    (a) washed away</w:t>
      </w:r>
      <w:r>
        <w:br/>
      </w:r>
      <w:r>
        <w:t xml:space="preserve">    (b) stuck out</w:t>
      </w:r>
      <w:r>
        <w:br/>
      </w:r>
      <w:r>
        <w:t xml:space="preserve">    (c) curled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brushed against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nettle</w:t>
      </w:r>
      <w:r>
        <w:rPr>
          <w:b/>
          <w:bCs/>
        </w:rPr>
        <w:t xml:space="preserve"> </w:t>
      </w:r>
      <w:r>
        <w:rPr>
          <w:b/>
          <w:bCs/>
        </w:rPr>
        <w:t xml:space="preserve">and his arm burned for hours.</w:t>
      </w:r>
      <w:r>
        <w:br/>
      </w:r>
      <w:r>
        <w:t xml:space="preserve">    (a) a stinging plant</w:t>
      </w:r>
      <w:r>
        <w:br/>
      </w:r>
      <w:r>
        <w:t xml:space="preserve">    (b) a sharp rock</w:t>
      </w:r>
      <w:r>
        <w:br/>
      </w:r>
      <w:r>
        <w:t xml:space="preserve">    (c) a small bird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also</w:t>
      </w:r>
      <w:r>
        <w:br/>
      </w:r>
      <w:r>
        <w:t xml:space="preserve">    (b) despite that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happy girl--</w:t>
      </w:r>
      <w:r>
        <w:rPr>
          <w:b/>
          <w:bCs/>
          <w:u w:val="single"/>
        </w:rPr>
        <w:t xml:space="preserve">oblivious</w:t>
      </w:r>
      <w:r>
        <w:rPr>
          <w:b/>
          <w:bCs/>
        </w:rPr>
        <w:t xml:space="preserve"> </w:t>
      </w:r>
      <w:r>
        <w:rPr>
          <w:b/>
          <w:bCs/>
        </w:rPr>
        <w:t xml:space="preserve">to most of the unhappiness around her.</w:t>
      </w:r>
      <w:r>
        <w:br/>
      </w:r>
      <w:r>
        <w:t xml:space="preserve">    (a) unaware of</w:t>
      </w:r>
      <w:r>
        <w:br/>
      </w:r>
      <w:r>
        <w:t xml:space="preserve">    (b) adding to</w:t>
      </w:r>
      <w:r>
        <w:br/>
      </w:r>
      <w:r>
        <w:t xml:space="preserve">    (c) concerned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record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petty</w:t>
      </w:r>
      <w:r>
        <w:rPr>
          <w:b/>
          <w:bCs/>
        </w:rPr>
        <w:t xml:space="preserve"> </w:t>
      </w:r>
      <w:r>
        <w:rPr>
          <w:b/>
          <w:bCs/>
        </w:rPr>
        <w:t xml:space="preserve">theft.</w:t>
      </w:r>
      <w:r>
        <w:br/>
      </w:r>
      <w:r>
        <w:t xml:space="preserve">    (a) important or severe</w:t>
      </w:r>
      <w:r>
        <w:br/>
      </w:r>
      <w:r>
        <w:t xml:space="preserve">    (b) small (less important)</w:t>
      </w:r>
      <w:r>
        <w:br/>
      </w:r>
      <w:r>
        <w:t xml:space="preserve">    (c) extreme (intense)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pirates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plundered</w:t>
      </w:r>
      <w:r>
        <w:rPr>
          <w:b/>
          <w:bCs/>
        </w:rPr>
        <w:t xml:space="preserve"> </w:t>
      </w:r>
      <w:r>
        <w:rPr>
          <w:b/>
          <w:bCs/>
        </w:rPr>
        <w:t xml:space="preserve">small towns on that part of the coast.</w:t>
      </w:r>
      <w:r>
        <w:br/>
      </w:r>
      <w:r>
        <w:t xml:space="preserve">    (a) burned down</w:t>
      </w:r>
      <w:r>
        <w:br/>
      </w:r>
      <w:r>
        <w:t xml:space="preserve">    (b) threatened</w:t>
      </w:r>
      <w:r>
        <w:br/>
      </w:r>
      <w:r>
        <w:t xml:space="preserve">    (c) stole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operating to repair the muscle wall through which the hernia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protrudes</w:t>
      </w:r>
      <w:r>
        <w:rPr>
          <w:b/>
          <w:bCs/>
        </w:rPr>
        <w:t xml:space="preserve">.</w:t>
      </w:r>
      <w:r>
        <w:br/>
      </w:r>
      <w:r>
        <w:t xml:space="preserve">    (a) heals over</w:t>
      </w:r>
      <w:r>
        <w:br/>
      </w:r>
      <w:r>
        <w:t xml:space="preserve">    (b) sticks out</w:t>
      </w:r>
      <w:r>
        <w:br/>
      </w:r>
      <w:r>
        <w:t xml:space="preserve">    (c) shrinks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reached out to take his hand.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recoiled</w:t>
      </w:r>
      <w:r>
        <w:rPr>
          <w:b/>
          <w:bCs/>
        </w:rPr>
        <w:t xml:space="preserve"> </w:t>
      </w:r>
      <w:r>
        <w:rPr>
          <w:b/>
          <w:bCs/>
        </w:rPr>
        <w:t xml:space="preserve">from her touch.</w:t>
      </w:r>
      <w:r>
        <w:br/>
      </w:r>
      <w:r>
        <w:t xml:space="preserve">    (a) suddenly was angry</w:t>
      </w:r>
      <w:r>
        <w:br/>
      </w:r>
      <w:r>
        <w:t xml:space="preserve">    (b) suddenly was comforted</w:t>
      </w:r>
      <w:r>
        <w:br/>
      </w:r>
      <w:r>
        <w:t xml:space="preserve">    (c) suddenly pulled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Yuan dynasty conquered the last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remnant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Song dynasty in 1279.</w:t>
      </w:r>
      <w:r>
        <w:br/>
      </w:r>
      <w:r>
        <w:t xml:space="preserve">    (a) of those appearing after others</w:t>
      </w:r>
      <w:r>
        <w:br/>
      </w:r>
      <w:r>
        <w:t xml:space="preserve">    (b) of the little that remained</w:t>
      </w:r>
      <w:r>
        <w:br/>
      </w:r>
      <w:r>
        <w:t xml:space="preserve">    (c) group at maximum strength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stifle</w:t>
      </w:r>
      <w:r>
        <w:rPr>
          <w:b/>
          <w:bCs/>
        </w:rPr>
        <w:t xml:space="preserve"> </w:t>
      </w:r>
      <w:r>
        <w:rPr>
          <w:b/>
          <w:bCs/>
        </w:rPr>
        <w:t xml:space="preserve">a laugh during the somber funeral service.</w:t>
      </w:r>
      <w:r>
        <w:br/>
      </w:r>
      <w:r>
        <w:t xml:space="preserve">    (a) let out freely</w:t>
      </w:r>
      <w:r>
        <w:br/>
      </w:r>
      <w:r>
        <w:t xml:space="preserve">    (b) hold back</w:t>
      </w:r>
      <w:r>
        <w:br/>
      </w:r>
      <w:r>
        <w:t xml:space="preserve">    (c) loudly announce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stepped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tepid</w:t>
      </w:r>
      <w:r>
        <w:rPr>
          <w:b/>
          <w:bCs/>
        </w:rPr>
        <w:t xml:space="preserve"> </w:t>
      </w:r>
      <w:r>
        <w:rPr>
          <w:b/>
          <w:bCs/>
        </w:rPr>
        <w:t xml:space="preserve">bath, wishing it were hotter.</w:t>
      </w:r>
      <w:r>
        <w:br/>
      </w:r>
      <w:r>
        <w:t xml:space="preserve">    (a) very soapy</w:t>
      </w:r>
      <w:r>
        <w:br/>
      </w:r>
      <w:r>
        <w:t xml:space="preserve">    (b) slightly shallow</w:t>
      </w:r>
      <w:r>
        <w:br/>
      </w:r>
      <w:r>
        <w:t xml:space="preserve">    (c) slightly warm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safety measure, the school now insists that all backpacks and school bags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.</w:t>
      </w:r>
      <w:r>
        <w:br/>
      </w:r>
      <w:r>
        <w:t xml:space="preserve">    (a) weighed</w:t>
      </w:r>
      <w:r>
        <w:br/>
      </w:r>
      <w:r>
        <w:t xml:space="preserve">    (b) easily seen through</w:t>
      </w:r>
      <w:r>
        <w:br/>
      </w:r>
      <w:r>
        <w:t xml:space="preserve">    (c) searched upon entry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Police used to be allowed to use their discretion in deciding whether to arrest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</w:t>
      </w:r>
      <w:r>
        <w:rPr>
          <w:b/>
          <w:bCs/>
        </w:rPr>
        <w:t xml:space="preserve">.</w:t>
      </w:r>
      <w:r>
        <w:br/>
      </w:r>
      <w:r>
        <w:t xml:space="preserve">    (a) someone who is visiting from out-of-town</w:t>
      </w:r>
      <w:r>
        <w:br/>
      </w:r>
      <w:r>
        <w:t xml:space="preserve">    (b) impoverished person without a home or job</w:t>
      </w:r>
      <w:r>
        <w:br/>
      </w:r>
      <w:r>
        <w:t xml:space="preserve">    (c) person who used recreational drugs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2026-07-31T18:27:39Z</dcterms:created>
  <dcterms:modified xsi:type="dcterms:W3CDTF">2026-07-31T18:27:39Z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