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f47ad6755a5f2945ff0c0a5fe0ed21fa67920a"/>
    <w:p>
      <w:pPr>
        <w:pStyle w:val="Heading1"/>
      </w:pPr>
      <w:r>
        <w:rPr>
          <w:b/>
          <w:bCs/>
        </w:rPr>
        <w:t xml:space="preserve">Six Characters in Search of an Author</w:t>
      </w:r>
      <w:r>
        <w:br/>
      </w:r>
      <w:r>
        <w:rPr>
          <w:i/>
          <w:iCs/>
        </w:rPr>
        <w:t xml:space="preserve">Luigi Pirandello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cerebral</w:t>
      </w:r>
      <w:r>
        <w:rPr>
          <w:b/>
          <w:bCs/>
        </w:rPr>
        <w:t xml:space="preserve"> </w:t>
      </w:r>
      <w:r>
        <w:rPr>
          <w:b/>
          <w:bCs/>
        </w:rPr>
        <w:t xml:space="preserve">hemorrhage.</w:t>
      </w:r>
      <w:r>
        <w:br/>
      </w:r>
      <w:r>
        <w:t xml:space="preserve">    (a) related to the chest</w:t>
      </w:r>
      <w:r>
        <w:br/>
      </w:r>
      <w:r>
        <w:t xml:space="preserve">    (b) related to the stomach</w:t>
      </w:r>
      <w:r>
        <w:br/>
      </w:r>
      <w:r>
        <w:t xml:space="preserve">    (c) related to the brain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Jacob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chaste</w:t>
      </w:r>
      <w:r>
        <w:rPr>
          <w:b/>
          <w:bCs/>
        </w:rPr>
        <w:t xml:space="preserve"> </w:t>
      </w:r>
      <w:r>
        <w:rPr>
          <w:b/>
          <w:bCs/>
        </w:rPr>
        <w:t xml:space="preserve">until he met his future spouse.</w:t>
      </w:r>
      <w:r>
        <w:br/>
      </w:r>
      <w:r>
        <w:t xml:space="preserve">    (a) a virgin</w:t>
      </w:r>
      <w:r>
        <w:br/>
      </w:r>
      <w:r>
        <w:t xml:space="preserve">    (b) disillusioned</w:t>
      </w:r>
      <w:r>
        <w:br/>
      </w:r>
      <w:r>
        <w:t xml:space="preserve">    (c) unfaithful to anyone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Bette Midler (pronounced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</w:t>
      </w:r>
      <w:r>
        <w:rPr>
          <w:b/>
          <w:bCs/>
        </w:rPr>
        <w:t xml:space="preserve">) by saying,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Bette</w:t>
      </w:r>
      <w:r>
        <w:rPr>
          <w:b/>
          <w:bCs/>
        </w:rPr>
        <w:t xml:space="preserve"> </w:t>
      </w:r>
      <w:r>
        <w:rPr>
          <w:b/>
          <w:bCs/>
        </w:rPr>
        <w:t xml:space="preserve">rhymes with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coquette</w:t>
      </w:r>
      <w:r>
        <w:rPr>
          <w:b/>
          <w:bCs/>
        </w:rPr>
        <w:t xml:space="preserve">, but never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regret</w:t>
      </w:r>
      <w:r>
        <w:rPr>
          <w:b/>
          <w:bCs/>
        </w:rPr>
        <w:t xml:space="preserve">.</w:t>
      </w:r>
      <w:r>
        <w:br/>
      </w:r>
      <w:r>
        <w:t xml:space="preserve">    (a) a dancer</w:t>
      </w:r>
      <w:r>
        <w:br/>
      </w:r>
      <w:r>
        <w:t xml:space="preserve">    (b) a flirt</w:t>
      </w:r>
      <w:r>
        <w:br/>
      </w:r>
      <w:r>
        <w:t xml:space="preserve">    (c) a star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story isn't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credible</w:t>
      </w:r>
      <w:r>
        <w:rPr>
          <w:b/>
          <w:bCs/>
        </w:rPr>
        <w:t xml:space="preserve">.</w:t>
      </w:r>
      <w:r>
        <w:br/>
      </w:r>
      <w:r>
        <w:t xml:space="preserve">    (a) short</w:t>
      </w:r>
      <w:r>
        <w:br/>
      </w:r>
      <w:r>
        <w:t xml:space="preserve">    (b) long</w:t>
      </w:r>
      <w:r>
        <w:br/>
      </w:r>
      <w:r>
        <w:t xml:space="preserve">    (c) believable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credulous</w:t>
      </w:r>
      <w:r>
        <w:rPr>
          <w:b/>
          <w:bCs/>
        </w:rPr>
        <w:t xml:space="preserve"> </w:t>
      </w:r>
      <w:r>
        <w:rPr>
          <w:b/>
          <w:bCs/>
        </w:rPr>
        <w:t xml:space="preserve">she believes everything she reads.</w:t>
      </w:r>
      <w:r>
        <w:br/>
      </w:r>
      <w:r>
        <w:t xml:space="preserve">    (a) easily fooled</w:t>
      </w:r>
      <w:r>
        <w:br/>
      </w:r>
      <w:r>
        <w:t xml:space="preserve">    (b) very skeptical</w:t>
      </w:r>
      <w:r>
        <w:br/>
      </w:r>
      <w:r>
        <w:t xml:space="preserve">    (c) deeply thoughtful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Loud music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detract</w:t>
      </w:r>
      <w:r>
        <w:rPr>
          <w:b/>
          <w:bCs/>
        </w:rPr>
        <w:t xml:space="preserve"> </w:t>
      </w:r>
      <w:r>
        <w:rPr>
          <w:b/>
          <w:bCs/>
        </w:rPr>
        <w:t xml:space="preserve">from a quiet dinner conversation.</w:t>
      </w:r>
      <w:r>
        <w:br/>
      </w:r>
      <w:r>
        <w:t xml:space="preserve">    (a) lessen or weaken</w:t>
      </w:r>
      <w:r>
        <w:br/>
      </w:r>
      <w:r>
        <w:t xml:space="preserve">    (b) match or echo</w:t>
      </w:r>
      <w:r>
        <w:br/>
      </w:r>
      <w:r>
        <w:t xml:space="preserve">    (c) enhance or boost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journalist should be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dispassionate</w:t>
      </w:r>
      <w:r>
        <w:rPr>
          <w:b/>
          <w:bCs/>
        </w:rPr>
        <w:t xml:space="preserve"> </w:t>
      </w:r>
      <w:r>
        <w:rPr>
          <w:b/>
          <w:bCs/>
        </w:rPr>
        <w:t xml:space="preserve">reporter of fact.</w:t>
      </w:r>
      <w:r>
        <w:br/>
      </w:r>
      <w:r>
        <w:t xml:space="preserve">    (a) knowledgeable</w:t>
      </w:r>
      <w:r>
        <w:br/>
      </w:r>
      <w:r>
        <w:t xml:space="preserve">    (b) unbiased</w:t>
      </w:r>
      <w:r>
        <w:br/>
      </w:r>
      <w:r>
        <w:t xml:space="preserve">    (c)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sanctions are intended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dissuade</w:t>
      </w:r>
      <w:r>
        <w:rPr>
          <w:b/>
          <w:bCs/>
        </w:rPr>
        <w:t xml:space="preserve"> </w:t>
      </w:r>
      <w:r>
        <w:rPr>
          <w:b/>
          <w:bCs/>
        </w:rPr>
        <w:t xml:space="preserve">nuclear weapon development in other countries.</w:t>
      </w:r>
      <w:r>
        <w:br/>
      </w:r>
      <w:r>
        <w:t xml:space="preserve">    (a) discourage</w:t>
      </w:r>
      <w:r>
        <w:br/>
      </w:r>
      <w:r>
        <w:t xml:space="preserve">    (b) assist</w:t>
      </w:r>
      <w:r>
        <w:br/>
      </w:r>
      <w:r>
        <w:t xml:space="preserve">    (c) encourage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 objected to the prosecutor's introduction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extraneous</w:t>
      </w:r>
      <w:r>
        <w:rPr>
          <w:b/>
          <w:bCs/>
        </w:rPr>
        <w:t xml:space="preserve"> </w:t>
      </w:r>
      <w:r>
        <w:rPr>
          <w:b/>
          <w:bCs/>
        </w:rPr>
        <w:t xml:space="preserve">evidence.</w:t>
      </w:r>
      <w:r>
        <w:br/>
      </w:r>
      <w:r>
        <w:t xml:space="preserve">    (a) irrelevant</w:t>
      </w:r>
      <w:r>
        <w:br/>
      </w:r>
      <w:r>
        <w:t xml:space="preserve">    (b) faulty</w:t>
      </w:r>
      <w:r>
        <w:br/>
      </w:r>
      <w:r>
        <w:t xml:space="preserve">    (c) inflammatory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universe is governed by fixed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immutable</w:t>
      </w:r>
      <w:r>
        <w:rPr>
          <w:b/>
          <w:bCs/>
        </w:rPr>
        <w:t xml:space="preserve"> </w:t>
      </w:r>
      <w:r>
        <w:rPr>
          <w:b/>
          <w:bCs/>
        </w:rPr>
        <w:t xml:space="preserve">laws.</w:t>
      </w:r>
      <w:r>
        <w:br/>
      </w:r>
      <w:r>
        <w:t xml:space="preserve">    (a) unchangeable</w:t>
      </w:r>
      <w:r>
        <w:br/>
      </w:r>
      <w:r>
        <w:t xml:space="preserve">    (b) understandable</w:t>
      </w:r>
      <w:r>
        <w:br/>
      </w:r>
      <w:r>
        <w:t xml:space="preserve">    (c) uncaring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legal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jargon</w:t>
      </w:r>
      <w:r>
        <w:rPr>
          <w:b/>
          <w:bCs/>
        </w:rPr>
        <w:t xml:space="preserve"> </w:t>
      </w:r>
      <w:r>
        <w:rPr>
          <w:b/>
          <w:bCs/>
        </w:rPr>
        <w:t xml:space="preserve">in the contract was so complex that the client had to hire a lawyer to interpret it.</w:t>
      </w:r>
      <w:r>
        <w:br/>
      </w:r>
      <w:r>
        <w:t xml:space="preserve">    (a) underlying philosophy</w:t>
      </w:r>
      <w:r>
        <w:br/>
      </w:r>
      <w:r>
        <w:t xml:space="preserve">    (b) special vocabulary</w:t>
      </w:r>
      <w:r>
        <w:br/>
      </w:r>
      <w:r>
        <w:t xml:space="preserve">    (c) complex ideas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became quick friends, finding in each other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kindred</w:t>
      </w:r>
      <w:r>
        <w:rPr>
          <w:b/>
          <w:bCs/>
        </w:rPr>
        <w:t xml:space="preserve"> </w:t>
      </w:r>
      <w:r>
        <w:rPr>
          <w:b/>
          <w:bCs/>
        </w:rPr>
        <w:t xml:space="preserve">spirit.</w:t>
      </w:r>
      <w:r>
        <w:br/>
      </w:r>
      <w:r>
        <w:t xml:space="preserve">    (a) similar</w:t>
      </w:r>
      <w:r>
        <w:br/>
      </w:r>
      <w:r>
        <w:t xml:space="preserve">    (b) lively</w:t>
      </w:r>
      <w:r>
        <w:br/>
      </w:r>
      <w:r>
        <w:t xml:space="preserve">    (c) thoughtful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apology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pacify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interest</w:t>
      </w:r>
      <w:r>
        <w:br/>
      </w:r>
      <w:r>
        <w:t xml:space="preserve">    (b) calm</w:t>
      </w:r>
      <w:r>
        <w:br/>
      </w:r>
      <w:r>
        <w:t xml:space="preserve">    (c) make sense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the funniest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parody</w:t>
      </w:r>
      <w:r>
        <w:rPr>
          <w:b/>
          <w:bCs/>
        </w:rPr>
        <w:t xml:space="preserve"> </w:t>
      </w:r>
      <w:r>
        <w:rPr>
          <w:b/>
          <w:bCs/>
        </w:rPr>
        <w:t xml:space="preserve">on YouTube.</w:t>
      </w:r>
      <w:r>
        <w:br/>
      </w:r>
      <w:r>
        <w:t xml:space="preserve">    (a) exaggeration of somebody's style</w:t>
      </w:r>
      <w:r>
        <w:br/>
      </w:r>
      <w:r>
        <w:t xml:space="preserve">    (b) skit using understatement</w:t>
      </w:r>
      <w:r>
        <w:br/>
      </w:r>
      <w:r>
        <w:t xml:space="preserve">    (c) jokes by a comedian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my living conditions are not what I would like, they are far better than the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squalor</w:t>
      </w:r>
      <w:r>
        <w:rPr>
          <w:b/>
          <w:bCs/>
        </w:rPr>
        <w:t xml:space="preserve"> </w:t>
      </w:r>
      <w:r>
        <w:rPr>
          <w:b/>
          <w:bCs/>
        </w:rPr>
        <w:t xml:space="preserve">I read of in Charles Dickens novels.</w:t>
      </w:r>
      <w:r>
        <w:br/>
      </w:r>
      <w:r>
        <w:t xml:space="preserve">    (a) confusion</w:t>
      </w:r>
      <w:r>
        <w:br/>
      </w:r>
      <w:r>
        <w:t xml:space="preserve">    (b) cruelty</w:t>
      </w:r>
      <w:r>
        <w:br/>
      </w:r>
      <w:r>
        <w:t xml:space="preserve">    (c) slum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supercilious</w:t>
      </w:r>
      <w:r>
        <w:rPr>
          <w:b/>
          <w:bCs/>
        </w:rPr>
        <w:t xml:space="preserve"> </w:t>
      </w:r>
      <w:r>
        <w:rPr>
          <w:b/>
          <w:bCs/>
        </w:rPr>
        <w:t xml:space="preserve">tone made everyone in the room feel inferior.</w:t>
      </w:r>
      <w:r>
        <w:br/>
      </w:r>
      <w:r>
        <w:t xml:space="preserve">    (a) haughty and disdainful</w:t>
      </w:r>
      <w:r>
        <w:br/>
      </w:r>
      <w:r>
        <w:t xml:space="preserve">    (b) shy and uncertain</w:t>
      </w:r>
      <w:r>
        <w:br/>
      </w:r>
      <w:r>
        <w:t xml:space="preserve">    (c) warm and welcoming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previews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tantalizing</w:t>
      </w:r>
      <w:r>
        <w:rPr>
          <w:b/>
          <w:bCs/>
        </w:rPr>
        <w:t xml:space="preserve">.</w:t>
      </w:r>
      <w:r>
        <w:br/>
      </w:r>
      <w:r>
        <w:t xml:space="preserve">    (a) misleading</w:t>
      </w:r>
      <w:r>
        <w:br/>
      </w:r>
      <w:r>
        <w:t xml:space="preserve">    (b) causing disappointment</w:t>
      </w:r>
      <w:r>
        <w:br/>
      </w:r>
      <w:r>
        <w:t xml:space="preserve">    (c) arousing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theory sounded impressive, but the evidence behind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tenuous</w:t>
      </w:r>
      <w:r>
        <w:br/>
      </w:r>
      <w:r>
        <w:t xml:space="preserve">    (a) detailed</w:t>
      </w:r>
      <w:r>
        <w:br/>
      </w:r>
      <w:r>
        <w:t xml:space="preserve">    (b) weak</w:t>
      </w:r>
      <w:r>
        <w:br/>
      </w:r>
      <w:r>
        <w:t xml:space="preserve">    (c) groundbreaking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goal of this emergency organization is to keep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transitory</w:t>
      </w:r>
      <w:r>
        <w:rPr>
          <w:b/>
          <w:bCs/>
        </w:rPr>
        <w:t xml:space="preserve"> </w:t>
      </w:r>
      <w:r>
        <w:rPr>
          <w:b/>
          <w:bCs/>
        </w:rPr>
        <w:t xml:space="preserve">problem from turning into one that is permanent.</w:t>
      </w:r>
      <w:r>
        <w:br/>
      </w:r>
      <w:r>
        <w:t xml:space="preserve">    (a) temporary</w:t>
      </w:r>
      <w:r>
        <w:br/>
      </w:r>
      <w:r>
        <w:t xml:space="preserve">    (b) common</w:t>
      </w:r>
      <w:r>
        <w:br/>
      </w:r>
      <w:r>
        <w:t xml:space="preserve">    (c) minor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vivacious</w:t>
      </w:r>
      <w:r>
        <w:rPr>
          <w:b/>
          <w:bCs/>
        </w:rPr>
        <w:t xml:space="preserve"> </w:t>
      </w:r>
      <w:r>
        <w:rPr>
          <w:b/>
          <w:bCs/>
        </w:rPr>
        <w:t xml:space="preserve">high school senior who has captured the nations heart.</w:t>
      </w:r>
      <w:r>
        <w:br/>
      </w:r>
      <w:r>
        <w:t xml:space="preserve">    (a) smart and well-spoken</w:t>
      </w:r>
      <w:r>
        <w:br/>
      </w:r>
      <w:r>
        <w:t xml:space="preserve">    (b) kind and attractive</w:t>
      </w:r>
      <w:r>
        <w:br/>
      </w:r>
      <w:r>
        <w:t xml:space="preserve">    (c) engaging and lively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2026-07-31T15:58:21Z</dcterms:created>
  <dcterms:modified xsi:type="dcterms:W3CDTF">2026-07-31T15:58:21Z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