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8932db571ca441ec6096077931ae2d6ee790cc"/>
    <w:p>
      <w:pPr>
        <w:pStyle w:val="Heading1"/>
      </w:pPr>
      <w:r>
        <w:rPr>
          <w:b/>
          <w:bCs/>
        </w:rPr>
        <w:t xml:space="preserve">Six Characters in Search of an Author</w:t>
      </w:r>
      <w:r>
        <w:br/>
      </w:r>
      <w:r>
        <w:rPr>
          <w:i/>
          <w:iCs/>
        </w:rPr>
        <w:t xml:space="preserve">Luigi Pirandello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shows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timid half-frightened manner of the wretched BOY</w:t>
      </w:r>
      <w:r>
        <w:br/>
      </w:r>
      <w:r>
        <w:t xml:space="preserve">    (a) prejudice or unfair treatment</w:t>
      </w:r>
      <w:r>
        <w:br/>
      </w:r>
      <w:r>
        <w:t xml:space="preserve">    (b) disrespect and dislike</w:t>
      </w:r>
      <w:r>
        <w:br/>
      </w:r>
      <w:r>
        <w:t xml:space="preserve">    (c) frustration at being treated unfairly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SON (22) tall, severe in his attitude of contempt for THE FATHER, supercilious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THE MOTHER.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without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Manager [losing patience at last and almost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].</w:t>
      </w:r>
      <w:r>
        <w:br/>
      </w:r>
      <w:r>
        <w:t xml:space="preserve">    (a) accepted of something undesired as unavoidable</w:t>
      </w:r>
      <w:r>
        <w:br/>
      </w:r>
      <w:r>
        <w:t xml:space="preserve">    (b) surprised as something unexpected</w:t>
      </w:r>
      <w:r>
        <w:br/>
      </w:r>
      <w:r>
        <w:t xml:space="preserve">    (c) angered or annoyed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Step-Daughter [</w:t>
      </w:r>
      <w:r>
        <w:rPr>
          <w:b/>
          <w:bCs/>
          <w:u w:val="single"/>
        </w:rPr>
        <w:t xml:space="preserve">disdainful</w:t>
      </w:r>
      <w:r>
        <w:rPr>
          <w:b/>
          <w:bCs/>
        </w:rPr>
        <w:t xml:space="preserve">, alluring, treacherous, full of impudence].</w:t>
      </w:r>
      <w:r>
        <w:br/>
      </w:r>
      <w:r>
        <w:t xml:space="preserve">    (a) full of disrespect</w:t>
      </w:r>
      <w:r>
        <w:br/>
      </w:r>
      <w:r>
        <w:t xml:space="preserve">    (b) good or beneficial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Step-Daughter [disdainful, alluring, treacherous, full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].</w:t>
      </w:r>
      <w:r>
        <w:br/>
      </w:r>
      <w:r>
        <w:t xml:space="preserve">    (a) improperly bold or disrespectful -- especially toward someone who is older or considered to be of higher status</w:t>
      </w:r>
      <w:r>
        <w:br/>
      </w:r>
      <w:r>
        <w:t xml:space="preserve">    (b) soccer player who typically play in the middle third of the field and who assists with both defense and offense</w:t>
      </w:r>
      <w:r>
        <w:br/>
      </w:r>
      <w:r>
        <w:t xml:space="preserve">    (c) an artists performance of another artist's work that expresses the performer's feelings or ideas about the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in the case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remorse</w:t>
      </w:r>
      <w:r>
        <w:rPr>
          <w:b/>
          <w:bCs/>
        </w:rPr>
        <w:t xml:space="preserve">.</w:t>
      </w:r>
      <w:r>
        <w:br/>
      </w:r>
      <w:r>
        <w:t xml:space="preserve">    (a) two successive lines of poetry; usually rhymed</w:t>
      </w:r>
      <w:r>
        <w:br/>
      </w:r>
      <w:r>
        <w:t xml:space="preserve">    (b) deep regret for doing something that was wrong</w:t>
      </w:r>
      <w:r>
        <w:br/>
      </w:r>
      <w:r>
        <w:t xml:space="preserve">    (c) the main building (or buildings)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this, believe me, was just about enough of itself to keep me in a constant rage,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</w:t>
      </w:r>
      <w:r>
        <w:rPr>
          <w:b/>
          <w:bCs/>
        </w:rPr>
        <w:t xml:space="preserve"> </w:t>
      </w:r>
      <w:r>
        <w:rPr>
          <w:b/>
          <w:bCs/>
        </w:rPr>
        <w:t xml:space="preserve">me beyond measure.</w:t>
      </w:r>
      <w:r>
        <w:br/>
      </w:r>
      <w:r>
        <w:t xml:space="preserve">    (a) stop fighting</w:t>
      </w:r>
      <w:r>
        <w:br/>
      </w:r>
      <w:r>
        <w:t xml:space="preserve">    (b) make possible</w:t>
      </w:r>
      <w:r>
        <w:br/>
      </w:r>
      <w:r>
        <w:t xml:space="preserve">    (c) greatly annoy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my life I have had these confounded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aspirations</w:t>
      </w:r>
      <w:r>
        <w:rPr>
          <w:b/>
          <w:bCs/>
        </w:rPr>
        <w:t xml:space="preserve"> </w:t>
      </w:r>
      <w:r>
        <w:rPr>
          <w:b/>
          <w:bCs/>
        </w:rPr>
        <w:t xml:space="preserve">towards a certain moral sanity.</w:t>
      </w:r>
      <w:r>
        <w:br/>
      </w:r>
      <w:r>
        <w:t xml:space="preserve">    (a) desires</w:t>
      </w:r>
      <w:r>
        <w:br/>
      </w:r>
      <w:r>
        <w:t xml:space="preserve">    (b) results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seeming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</w:t>
      </w:r>
      <w:r>
        <w:rPr>
          <w:b/>
          <w:bCs/>
        </w:rPr>
        <w:t xml:space="preserve">, gentlemen, is the strongest proof that I stand here a live man before you.</w:t>
      </w:r>
      <w:r>
        <w:br/>
      </w:r>
      <w:r>
        <w:t xml:space="preserve">    (a) something made of the brownish metal with the same name -- such as a sculpture or a third place medal</w:t>
      </w:r>
      <w:r>
        <w:br/>
      </w:r>
      <w:r>
        <w:t xml:space="preserve">    (b) nerve cells running from the base of the skull to the lower back and enclosed by vertebrae in adults</w:t>
      </w:r>
      <w:r>
        <w:br/>
      </w:r>
      <w:r>
        <w:t xml:space="preserve">    (c) something (typically a statement) that disagrees with itself; or (more rarely) the act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think of her as fortunate and happy because far away from the complicated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torments</w:t>
      </w:r>
      <w:r>
        <w:rPr>
          <w:b/>
          <w:bCs/>
        </w:rPr>
        <w:t xml:space="preserve"> </w:t>
      </w:r>
      <w:r>
        <w:rPr>
          <w:b/>
          <w:bCs/>
        </w:rPr>
        <w:t xml:space="preserve">of my spirit.</w:t>
      </w:r>
      <w:r>
        <w:br/>
      </w:r>
      <w:r>
        <w:t xml:space="preserve">    (a) emphasizes (calls attention to something)</w:t>
      </w:r>
      <w:r>
        <w:br/>
      </w:r>
      <w:r>
        <w:t xml:space="preserve">    (b) causes great mental or physical suffering</w:t>
      </w:r>
      <w:r>
        <w:br/>
      </w:r>
      <w:r>
        <w:t xml:space="preserve">    (c) controls, prevents, or makes less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drama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culminated</w:t>
      </w:r>
      <w:r>
        <w:rPr>
          <w:b/>
          <w:bCs/>
        </w:rPr>
        <w:t xml:space="preserve"> </w:t>
      </w:r>
      <w:r>
        <w:rPr>
          <w:b/>
          <w:bCs/>
        </w:rPr>
        <w:t xml:space="preserve">unforeseen and violent on their return, when I was impelled by my miserable flesh that still lives...Ah!</w:t>
      </w:r>
      <w:r>
        <w:br/>
      </w:r>
      <w:r>
        <w:t xml:space="preserve">    (a) moved again into position to work; or started again</w:t>
      </w:r>
      <w:r>
        <w:br/>
      </w:r>
      <w:r>
        <w:t xml:space="preserve">    (b) not examined in an attempt to improve understanding</w:t>
      </w:r>
      <w:r>
        <w:br/>
      </w:r>
      <w:r>
        <w:t xml:space="preserve">    (c) reached the highest or most decisive or final stage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Diverse</w:t>
      </w:r>
      <w:r>
        <w:rPr>
          <w:b/>
          <w:bCs/>
        </w:rPr>
        <w:t xml:space="preserve"> </w:t>
      </w:r>
      <w:r>
        <w:rPr>
          <w:b/>
          <w:bCs/>
        </w:rPr>
        <w:t xml:space="preserve">consciences.</w:t>
      </w:r>
      <w:r>
        <w:br/>
      </w:r>
      <w:r>
        <w:t xml:space="preserve">    (a) related to a mental illness most commonly associated with undeveloped social abilities, language, and other communication skills</w:t>
      </w:r>
      <w:r>
        <w:br/>
      </w:r>
      <w:r>
        <w:t xml:space="preserve">    (b) varied or (having differences amongst things of the same kind) -- especially with regard to ideas or members of a population group</w:t>
      </w:r>
      <w:r>
        <w:br/>
      </w:r>
      <w:r>
        <w:t xml:space="preserve">    (c) submissiveness -- often behavior of someone who is so submissive or eager to serve and please that they seem to lack self-respect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surprised me in a place, where she ought not to have known me, just as I could not exist for her; and she now seeks to attach to me a reality such as I could never suppose I should have to assume for her in a shameful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 </w:t>
      </w:r>
      <w:r>
        <w:rPr>
          <w:b/>
          <w:bCs/>
        </w:rPr>
        <w:t xml:space="preserve">moment of my life.</w:t>
      </w:r>
      <w:r>
        <w:br/>
      </w:r>
      <w:r>
        <w:t xml:space="preserve">    (a) sensible and careful</w:t>
      </w:r>
      <w:r>
        <w:br/>
      </w:r>
      <w:r>
        <w:t xml:space="preserve">    (b) lasting a short time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drama, you will see,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acquires</w:t>
      </w:r>
      <w:r>
        <w:rPr>
          <w:b/>
          <w:bCs/>
        </w:rPr>
        <w:t xml:space="preserve"> </w:t>
      </w:r>
      <w:r>
        <w:rPr>
          <w:b/>
          <w:bCs/>
        </w:rPr>
        <w:t xml:space="preserve">a tremendous value from this point.</w:t>
      </w:r>
      <w:r>
        <w:br/>
      </w:r>
      <w:r>
        <w:t xml:space="preserve">    (a) interacts again or interests again</w:t>
      </w:r>
      <w:r>
        <w:br/>
      </w:r>
      <w:r>
        <w:t xml:space="preserve">    (b) makes someone want to do something</w:t>
      </w:r>
      <w:r>
        <w:br/>
      </w:r>
      <w:r>
        <w:t xml:space="preserve">    (c) obtains (comes into possession 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may have noticed, Mr. Manager, that I fix him now and again with a look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while he lowers his eyes — for he knows the evil he has done me.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obliged to watch her treat his father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equivocal</w:t>
      </w:r>
      <w:r>
        <w:rPr>
          <w:b/>
          <w:bCs/>
        </w:rPr>
        <w:t xml:space="preserve"> </w:t>
      </w:r>
      <w:r>
        <w:rPr>
          <w:b/>
          <w:bCs/>
        </w:rPr>
        <w:t xml:space="preserve">and confidential manner.</w:t>
      </w:r>
      <w:r>
        <w:br/>
      </w:r>
      <w:r>
        <w:t xml:space="preserve">    (a) able to get nearer</w:t>
      </w:r>
      <w:r>
        <w:br/>
      </w:r>
      <w:r>
        <w:t xml:space="preserve">    (b) unclear in meaning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should like to know who they are...[</w:t>
      </w:r>
      <w:r>
        <w:rPr>
          <w:b/>
          <w:bCs/>
          <w:u w:val="single"/>
        </w:rPr>
        <w:t xml:space="preserve">Alludes</w:t>
      </w:r>
      <w:r>
        <w:rPr>
          <w:b/>
          <w:bCs/>
        </w:rPr>
        <w:t xml:space="preserve"> </w:t>
      </w:r>
      <w:r>
        <w:rPr>
          <w:b/>
          <w:bCs/>
        </w:rPr>
        <w:t xml:space="preserve">to CHARACTERS].</w:t>
      </w:r>
      <w:r>
        <w:br/>
      </w:r>
      <w:r>
        <w:t xml:space="preserve">    (a) covers up (to hide a wrong)</w:t>
      </w:r>
      <w:r>
        <w:br/>
      </w:r>
      <w:r>
        <w:t xml:space="preserve">    (b) draws pictures to accompany</w:t>
      </w:r>
      <w:r>
        <w:br/>
      </w:r>
      <w:r>
        <w:t xml:space="preserve">    (c) makes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pretence</w:t>
      </w:r>
      <w:r>
        <w:rPr>
          <w:b/>
          <w:bCs/>
        </w:rPr>
        <w:t xml:space="preserve"> </w:t>
      </w:r>
      <w:r>
        <w:rPr>
          <w:b/>
          <w:bCs/>
        </w:rPr>
        <w:t xml:space="preserve">you know.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false appearance or action to help one pretend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Manager [in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consternation</w:t>
      </w:r>
      <w:r>
        <w:rPr>
          <w:b/>
          <w:bCs/>
        </w:rPr>
        <w:t xml:space="preserve">].</w:t>
      </w:r>
      <w:r>
        <w:br/>
      </w:r>
      <w:r>
        <w:t xml:space="preserve">    (a) dismay (unhappiness, worry, and often confusion) -- typically over something unexpected</w:t>
      </w:r>
      <w:r>
        <w:br/>
      </w:r>
      <w:r>
        <w:t xml:space="preserve">    (b) related to the smallest part of any material that cannot be broken up by chemical means</w:t>
      </w:r>
      <w:r>
        <w:br/>
      </w:r>
      <w:r>
        <w:t xml:space="preserve">    (c) a type of vocal music that originated in African-American churches in the United States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Manager [</w:t>
      </w:r>
      <w:r>
        <w:rPr>
          <w:b/>
          <w:bCs/>
          <w:u w:val="single"/>
        </w:rPr>
        <w:t xml:space="preserve">perplexed</w:t>
      </w:r>
      <w:r>
        <w:rPr>
          <w:b/>
          <w:bCs/>
        </w:rPr>
        <w:t xml:space="preserve">, half smiling].</w:t>
      </w:r>
      <w:r>
        <w:br/>
      </w:r>
      <w:r>
        <w:t xml:space="preserve">    (a) nervous or confused</w:t>
      </w:r>
      <w:r>
        <w:br/>
      </w:r>
      <w:r>
        <w:t xml:space="preserve">    (b) confused or puzzled</w:t>
      </w:r>
      <w:r>
        <w:br/>
      </w:r>
      <w:r>
        <w:t xml:space="preserve">    (c) excessively excited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2026-07-31T15:58:21Z</dcterms:created>
  <dcterms:modified xsi:type="dcterms:W3CDTF">2026-07-31T15:58:21Z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