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bb260465435549a217edd0938d2b0e313bd8fb"/>
    <w:p>
      <w:pPr>
        <w:pStyle w:val="Heading1"/>
      </w:pPr>
      <w:r>
        <w:rPr>
          <w:b/>
          <w:bCs/>
        </w:rPr>
        <w:t xml:space="preserve">Six Characters in Search of an Author</w:t>
      </w:r>
      <w:r>
        <w:br/>
      </w:r>
      <w:r>
        <w:rPr>
          <w:i/>
          <w:iCs/>
        </w:rPr>
        <w:t xml:space="preserve">Luigi Pirandello</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w:t>
      </w:r>
      <w:r>
        <w:rPr>
          <w:b/>
          <w:bCs/>
        </w:rPr>
        <w:t xml:space="preserve"> </w:t>
      </w:r>
      <w:r>
        <w:rPr>
          <w:b/>
          <w:bCs/>
          <w:u w:val="single"/>
        </w:rPr>
        <w:t xml:space="preserve">tenuous</w:t>
      </w:r>
      <w:r>
        <w:rPr>
          <w:b/>
          <w:bCs/>
        </w:rPr>
        <w:t xml:space="preserve"> </w:t>
      </w:r>
      <w:r>
        <w:rPr>
          <w:b/>
          <w:bCs/>
        </w:rPr>
        <w:t xml:space="preserve">light surrounds them, almost as if irradiated by them — the faint breath of their fantastic reality.</w:t>
      </w:r>
      <w:r>
        <w:br/>
      </w:r>
      <w:r>
        <w:t xml:space="preserve">    (a) able to meet and talk with</w:t>
      </w:r>
      <w:r>
        <w:br/>
      </w:r>
      <w:r>
        <w:t xml:space="preserve">    (b) the quality of disagreeing</w:t>
      </w:r>
      <w:r>
        <w:br/>
      </w:r>
      <w:r>
        <w:t xml:space="preserve">    (c) weak, flimsy, or uncertain</w:t>
      </w:r>
    </w:p>
    <w:p>
      <w:pPr>
        <w:pStyle w:val="Compact"/>
        <w:numPr>
          <w:ilvl w:val="0"/>
          <w:numId w:val="1001"/>
        </w:numPr>
      </w:pPr>
      <w:r>
        <w:rPr>
          <w:b/>
          <w:bCs/>
        </w:rPr>
        <w:t xml:space="preserve">They preserve, however, something of the dream lightness in which they seem almost suspended; but this does not</w:t>
      </w:r>
      <w:r>
        <w:rPr>
          <w:b/>
          <w:bCs/>
        </w:rPr>
        <w:t xml:space="preserve"> </w:t>
      </w:r>
      <w:r>
        <w:rPr>
          <w:b/>
          <w:bCs/>
          <w:u w:val="single"/>
        </w:rPr>
        <w:t xml:space="preserve">detract</w:t>
      </w:r>
      <w:r>
        <w:rPr>
          <w:b/>
          <w:bCs/>
        </w:rPr>
        <w:t xml:space="preserve"> </w:t>
      </w:r>
      <w:r>
        <w:rPr>
          <w:b/>
          <w:bCs/>
        </w:rPr>
        <w:t xml:space="preserve">from the essential reality of their forms and expressions.</w:t>
      </w:r>
      <w:r>
        <w:br/>
      </w:r>
      <w:r>
        <w:t xml:space="preserve">    (a) the difference between tones of an image</w:t>
      </w:r>
      <w:r>
        <w:br/>
      </w:r>
      <w:r>
        <w:t xml:space="preserve">    (b) hold together (connect or unite) or wrap</w:t>
      </w:r>
      <w:r>
        <w:br/>
      </w:r>
      <w:r>
        <w:t xml:space="preserve">    (c) diminish (reduce the value of something)</w:t>
      </w:r>
    </w:p>
    <w:p>
      <w:pPr>
        <w:pStyle w:val="Compact"/>
        <w:numPr>
          <w:ilvl w:val="0"/>
          <w:numId w:val="1001"/>
        </w:numPr>
      </w:pPr>
      <w:r>
        <w:rPr>
          <w:b/>
          <w:bCs/>
        </w:rPr>
        <w:t xml:space="preserve">THE SON (22) tall, severe in his attitude of contempt for THE FATHER,</w:t>
      </w:r>
      <w:r>
        <w:rPr>
          <w:b/>
          <w:bCs/>
        </w:rPr>
        <w:t xml:space="preserve"> </w:t>
      </w:r>
      <w:r>
        <w:rPr>
          <w:b/>
          <w:bCs/>
          <w:u w:val="single"/>
        </w:rPr>
        <w:t xml:space="preserve">supercilious</w:t>
      </w:r>
      <w:r>
        <w:rPr>
          <w:b/>
          <w:bCs/>
        </w:rPr>
        <w:t xml:space="preserve"> </w:t>
      </w:r>
      <w:r>
        <w:rPr>
          <w:b/>
          <w:bCs/>
        </w:rPr>
        <w:t xml:space="preserve">and indifferent to THE MOTHER.</w:t>
      </w:r>
      <w:r>
        <w:br/>
      </w:r>
      <w:r>
        <w:t xml:space="preserve">    (a) pleasing</w:t>
      </w:r>
      <w:r>
        <w:br/>
      </w:r>
      <w:r>
        <w:t xml:space="preserve">    (b) absolute</w:t>
      </w:r>
      <w:r>
        <w:br/>
      </w:r>
      <w:r>
        <w:t xml:space="preserve">    (c) arrogant</w:t>
      </w:r>
    </w:p>
    <w:p>
      <w:pPr>
        <w:pStyle w:val="Compact"/>
        <w:numPr>
          <w:ilvl w:val="0"/>
          <w:numId w:val="1001"/>
        </w:numPr>
      </w:pPr>
      <w:r>
        <w:rPr>
          <w:b/>
          <w:bCs/>
        </w:rPr>
        <w:t xml:space="preserve">The Step-Daughter [</w:t>
      </w:r>
      <w:r>
        <w:rPr>
          <w:b/>
          <w:bCs/>
          <w:u w:val="single"/>
        </w:rPr>
        <w:t xml:space="preserve">vivaciously</w:t>
      </w:r>
      <w:r>
        <w:rPr>
          <w:b/>
          <w:bCs/>
        </w:rPr>
        <w:t xml:space="preserve">].</w:t>
      </w:r>
      <w:r>
        <w:br/>
      </w:r>
      <w:r>
        <w:t xml:space="preserve">    (a) to almost be so, but not so strictly speaking</w:t>
      </w:r>
      <w:r>
        <w:br/>
      </w:r>
      <w:r>
        <w:t xml:space="preserve">    (b) in an artificial manner to make an impression</w:t>
      </w:r>
      <w:r>
        <w:br/>
      </w:r>
      <w:r>
        <w:t xml:space="preserve">    (c) in a manner that is engaging and enthusiastic</w:t>
      </w:r>
    </w:p>
    <w:p>
      <w:pPr>
        <w:pStyle w:val="Compact"/>
        <w:numPr>
          <w:ilvl w:val="0"/>
          <w:numId w:val="1001"/>
        </w:numPr>
      </w:pPr>
      <w:r>
        <w:rPr>
          <w:b/>
          <w:bCs/>
        </w:rPr>
        <w:t xml:space="preserve">I say that to reverse the ordinary process may well be considered a madness: that is, to create</w:t>
      </w:r>
      <w:r>
        <w:rPr>
          <w:b/>
          <w:bCs/>
        </w:rPr>
        <w:t xml:space="preserve"> </w:t>
      </w:r>
      <w:r>
        <w:rPr>
          <w:b/>
          <w:bCs/>
          <w:u w:val="single"/>
        </w:rPr>
        <w:t xml:space="preserve">credible</w:t>
      </w:r>
      <w:r>
        <w:rPr>
          <w:b/>
          <w:bCs/>
        </w:rPr>
        <w:t xml:space="preserve"> </w:t>
      </w:r>
      <w:r>
        <w:rPr>
          <w:b/>
          <w:bCs/>
        </w:rPr>
        <w:t xml:space="preserve">situations, in order that they may appear true.</w:t>
      </w:r>
      <w:r>
        <w:br/>
      </w:r>
      <w:r>
        <w:t xml:space="preserve">    (a) the condition of continuing or seeming to continue without end</w:t>
      </w:r>
      <w:r>
        <w:br/>
      </w:r>
      <w:r>
        <w:t xml:space="preserve">    (b) the characteristic of being excessively unhappy and unsociable</w:t>
      </w:r>
      <w:r>
        <w:br/>
      </w:r>
      <w:r>
        <w:t xml:space="preserve">    (c) believable as a truth or as a means of accomplishing something</w:t>
      </w:r>
    </w:p>
    <w:p>
      <w:pPr>
        <w:pStyle w:val="Compact"/>
        <w:numPr>
          <w:ilvl w:val="0"/>
          <w:numId w:val="1001"/>
        </w:numPr>
      </w:pPr>
      <w:r>
        <w:rPr>
          <w:b/>
          <w:bCs/>
        </w:rPr>
        <w:t xml:space="preserve">I marvel at your</w:t>
      </w:r>
      <w:r>
        <w:rPr>
          <w:b/>
          <w:bCs/>
        </w:rPr>
        <w:t xml:space="preserve"> </w:t>
      </w:r>
      <w:r>
        <w:rPr>
          <w:b/>
          <w:bCs/>
          <w:u w:val="single"/>
        </w:rPr>
        <w:t xml:space="preserve">incredulity</w:t>
      </w:r>
      <w:r>
        <w:rPr>
          <w:b/>
          <w:bCs/>
        </w:rPr>
        <w:t xml:space="preserve">, gentlemen.</w:t>
      </w:r>
      <w:r>
        <w:br/>
      </w:r>
      <w:r>
        <w:t xml:space="preserve">    (a) Islamic religious leader</w:t>
      </w:r>
      <w:r>
        <w:br/>
      </w:r>
      <w:r>
        <w:t xml:space="preserve">    (b) social event or ceremony</w:t>
      </w:r>
      <w:r>
        <w:br/>
      </w:r>
      <w:r>
        <w:t xml:space="preserve">    (c) a state of not believing</w:t>
      </w:r>
    </w:p>
    <w:p>
      <w:pPr>
        <w:pStyle w:val="Compact"/>
        <w:numPr>
          <w:ilvl w:val="0"/>
          <w:numId w:val="1001"/>
        </w:numPr>
      </w:pPr>
      <w:r>
        <w:rPr>
          <w:b/>
          <w:bCs/>
        </w:rPr>
        <w:t xml:space="preserve">which contains us, you refuse to believe...The Step-Daughter [advances towards MANAGER, smiling and</w:t>
      </w:r>
      <w:r>
        <w:rPr>
          <w:b/>
          <w:bCs/>
        </w:rPr>
        <w:t xml:space="preserve"> </w:t>
      </w:r>
      <w:r>
        <w:rPr>
          <w:b/>
          <w:bCs/>
          <w:u w:val="single"/>
        </w:rPr>
        <w:t xml:space="preserve">coquettish</w:t>
      </w:r>
      <w:r>
        <w:rPr>
          <w:b/>
          <w:bCs/>
        </w:rPr>
        <w:t xml:space="preserve">].</w:t>
      </w:r>
      <w:r>
        <w:br/>
      </w:r>
      <w:r>
        <w:t xml:space="preserve">    (a) trustworthy with secrets or subtle (not attracting attention)</w:t>
      </w:r>
      <w:r>
        <w:br/>
      </w:r>
      <w:r>
        <w:t xml:space="preserve">    (b) related to the setting or situation in which something occurs</w:t>
      </w:r>
      <w:r>
        <w:br/>
      </w:r>
      <w:r>
        <w:t xml:space="preserve">    (c) casually playful in a way that arouses sexual interest of men</w:t>
      </w:r>
    </w:p>
    <w:p>
      <w:pPr>
        <w:pStyle w:val="Compact"/>
        <w:numPr>
          <w:ilvl w:val="0"/>
          <w:numId w:val="1001"/>
        </w:numPr>
      </w:pPr>
      <w:r>
        <w:rPr>
          <w:b/>
          <w:bCs/>
        </w:rPr>
        <w:t xml:space="preserve">They understood one another, were</w:t>
      </w:r>
      <w:r>
        <w:rPr>
          <w:b/>
          <w:bCs/>
        </w:rPr>
        <w:t xml:space="preserve"> </w:t>
      </w:r>
      <w:r>
        <w:rPr>
          <w:b/>
          <w:bCs/>
          <w:u w:val="single"/>
        </w:rPr>
        <w:t xml:space="preserve">kindred</w:t>
      </w:r>
      <w:r>
        <w:rPr>
          <w:b/>
          <w:bCs/>
        </w:rPr>
        <w:t xml:space="preserve"> </w:t>
      </w:r>
      <w:r>
        <w:rPr>
          <w:b/>
          <w:bCs/>
        </w:rPr>
        <w:t xml:space="preserve">souls in fact, without, however, the least suspicion of any evil existing.</w:t>
      </w:r>
      <w:r>
        <w:br/>
      </w:r>
      <w:r>
        <w:t xml:space="preserve">    (a) similar in quality or character</w:t>
      </w:r>
      <w:r>
        <w:br/>
      </w:r>
      <w:r>
        <w:br/>
      </w:r>
      <w:r>
        <w:t xml:space="preserve">or:</w:t>
      </w:r>
      <w:r>
        <w:br/>
      </w:r>
      <w:r>
        <w:br/>
      </w:r>
      <w:r>
        <w:t xml:space="preserve">closely related -- such as family or things with shared origin</w:t>
      </w:r>
      <w:r>
        <w:br/>
      </w:r>
      <w:r>
        <w:t xml:space="preserve">    (b) a powerful stimulant drug that increases activity in the brain and nervous system -- often addictive</w:t>
      </w:r>
      <w:r>
        <w:br/>
      </w:r>
      <w:r>
        <w:t xml:space="preserve">    (c) aka natural right -- a right that is naturally due because of human nature and the natural condition</w:t>
      </w:r>
    </w:p>
    <w:p>
      <w:pPr>
        <w:pStyle w:val="Compact"/>
        <w:numPr>
          <w:ilvl w:val="0"/>
          <w:numId w:val="1001"/>
        </w:numPr>
      </w:pPr>
      <w:r>
        <w:rPr>
          <w:b/>
          <w:bCs/>
        </w:rPr>
        <w:t xml:space="preserve">She turns</w:t>
      </w:r>
      <w:r>
        <w:rPr>
          <w:b/>
          <w:bCs/>
        </w:rPr>
        <w:t xml:space="preserve"> </w:t>
      </w:r>
      <w:r>
        <w:rPr>
          <w:b/>
          <w:bCs/>
          <w:u w:val="single"/>
        </w:rPr>
        <w:t xml:space="preserve">tantalizing</w:t>
      </w:r>
      <w:r>
        <w:rPr>
          <w:b/>
          <w:bCs/>
        </w:rPr>
        <w:t xml:space="preserve"> </w:t>
      </w:r>
      <w:r>
        <w:rPr>
          <w:b/>
          <w:bCs/>
        </w:rPr>
        <w:t xml:space="preserve">inviting glances on you.</w:t>
      </w:r>
      <w:r>
        <w:br/>
      </w:r>
      <w:r>
        <w:t xml:space="preserve">    (a) returning to an undesirable previous condition</w:t>
      </w:r>
      <w:r>
        <w:br/>
      </w:r>
      <w:r>
        <w:t xml:space="preserve">    (b) thinking carefully and making a judgment about</w:t>
      </w:r>
      <w:r>
        <w:br/>
      </w:r>
      <w:r>
        <w:t xml:space="preserve">    (c) making someone excited about getting something</w:t>
      </w:r>
    </w:p>
    <w:p>
      <w:pPr>
        <w:pStyle w:val="Compact"/>
        <w:numPr>
          <w:ilvl w:val="0"/>
          <w:numId w:val="1001"/>
        </w:numPr>
      </w:pPr>
      <w:r>
        <w:rPr>
          <w:b/>
          <w:bCs/>
        </w:rPr>
        <w:t xml:space="preserve">Sometimes she can close them no more: when she no longer feels the need of hiding her shame to herself, but dry-eyed and</w:t>
      </w:r>
      <w:r>
        <w:rPr>
          <w:b/>
          <w:bCs/>
        </w:rPr>
        <w:t xml:space="preserve"> </w:t>
      </w:r>
      <w:r>
        <w:rPr>
          <w:b/>
          <w:bCs/>
          <w:u w:val="single"/>
        </w:rPr>
        <w:t xml:space="preserve">dispassionately</w:t>
      </w:r>
      <w:r>
        <w:rPr>
          <w:b/>
          <w:bCs/>
        </w:rPr>
        <w:t xml:space="preserve">, sees only that of the man who has blinded himself without love.</w:t>
      </w:r>
      <w:r>
        <w:br/>
      </w:r>
      <w:r>
        <w:t xml:space="preserve">    (a) with low spirits (sadness, disappointment, hopelessness)</w:t>
      </w:r>
      <w:r>
        <w:br/>
      </w:r>
      <w:r>
        <w:t xml:space="preserve">    (b) in a manner that is unaffected by strong emotion or bias</w:t>
      </w:r>
      <w:r>
        <w:br/>
      </w:r>
      <w:r>
        <w:t xml:space="preserve">    (c) in a manner that gradually destroys an established order</w:t>
      </w:r>
    </w:p>
    <w:p>
      <w:pPr>
        <w:pStyle w:val="Compact"/>
        <w:numPr>
          <w:ilvl w:val="0"/>
          <w:numId w:val="1001"/>
        </w:numPr>
      </w:pPr>
      <w:r>
        <w:rPr>
          <w:b/>
          <w:bCs/>
        </w:rPr>
        <w:t xml:space="preserve">When a man seeks to "simplify" life bestially, throwing aside every relic of humanity, every</w:t>
      </w:r>
      <w:r>
        <w:rPr>
          <w:b/>
          <w:bCs/>
        </w:rPr>
        <w:t xml:space="preserve"> </w:t>
      </w:r>
      <w:r>
        <w:rPr>
          <w:b/>
          <w:bCs/>
          <w:u w:val="single"/>
        </w:rPr>
        <w:t xml:space="preserve">chaste</w:t>
      </w:r>
      <w:r>
        <w:rPr>
          <w:b/>
          <w:bCs/>
        </w:rPr>
        <w:t xml:space="preserve"> </w:t>
      </w:r>
      <w:r>
        <w:rPr>
          <w:b/>
          <w:bCs/>
        </w:rPr>
        <w:t xml:space="preserve">aspiration, every pure feeling, all sense of ideality, duty, modesty, shame...then nothing is more revolting and nauseous than a certain kind of remorse — crocodiles' tears, that's what it is.</w:t>
      </w:r>
      <w:r>
        <w:br/>
      </w:r>
      <w:r>
        <w:t xml:space="preserve">    (a) a citizen of Rome between the founding of the city (753 BC) and the fall of the Western Roman Empire (476 AD)</w:t>
      </w:r>
      <w:r>
        <w:br/>
      </w:r>
      <w:r>
        <w:t xml:space="preserve">    (b) not having sexual intercourse (ever, outside of marriage, or for a long time); or not involving sexual desire</w:t>
      </w:r>
      <w:r>
        <w:br/>
      </w:r>
      <w:r>
        <w:t xml:space="preserve">    (c) able to be portrayed or created in a particular way  OR  able to be interpreted, translated, or extracted from</w:t>
      </w:r>
    </w:p>
    <w:p>
      <w:pPr>
        <w:pStyle w:val="Compact"/>
        <w:numPr>
          <w:ilvl w:val="0"/>
          <w:numId w:val="1001"/>
        </w:numPr>
      </w:pPr>
      <w:r>
        <w:rPr>
          <w:b/>
          <w:bCs/>
        </w:rPr>
        <w:t xml:space="preserve">Then, owing to the disappearance of that</w:t>
      </w:r>
      <w:r>
        <w:rPr>
          <w:b/>
          <w:bCs/>
        </w:rPr>
        <w:t xml:space="preserve"> </w:t>
      </w:r>
      <w:r>
        <w:rPr>
          <w:b/>
          <w:bCs/>
          <w:u w:val="single"/>
        </w:rPr>
        <w:t xml:space="preserve">extraneous</w:t>
      </w:r>
      <w:r>
        <w:rPr>
          <w:b/>
          <w:bCs/>
        </w:rPr>
        <w:t xml:space="preserve"> </w:t>
      </w:r>
      <w:r>
        <w:rPr>
          <w:b/>
          <w:bCs/>
        </w:rPr>
        <w:t xml:space="preserve">family, we too find ourselves strange to one another.</w:t>
      </w:r>
      <w:r>
        <w:br/>
      </w:r>
      <w:r>
        <w:t xml:space="preserve">    (a) tendency to be direct in a disagreeable, insensitive manner</w:t>
      </w:r>
      <w:r>
        <w:br/>
      </w:r>
      <w:r>
        <w:t xml:space="preserve">    (b) not relevant or important to the matter under consideration</w:t>
      </w:r>
      <w:r>
        <w:br/>
      </w:r>
      <w:r>
        <w:t xml:space="preserve">    (c) the degree or quality of being exactly vertical or straight</w:t>
      </w:r>
    </w:p>
    <w:p>
      <w:pPr>
        <w:pStyle w:val="Compact"/>
        <w:numPr>
          <w:ilvl w:val="0"/>
          <w:numId w:val="1001"/>
        </w:numPr>
      </w:pPr>
      <w:r>
        <w:rPr>
          <w:b/>
          <w:bCs/>
        </w:rPr>
        <w:t xml:space="preserve">MADAME PACE is supposed to talk in a</w:t>
      </w:r>
      <w:r>
        <w:rPr>
          <w:b/>
          <w:bCs/>
        </w:rPr>
        <w:t xml:space="preserve"> </w:t>
      </w:r>
      <w:r>
        <w:rPr>
          <w:b/>
          <w:bCs/>
          <w:u w:val="single"/>
        </w:rPr>
        <w:t xml:space="preserve">jargon</w:t>
      </w:r>
      <w:r>
        <w:rPr>
          <w:b/>
          <w:bCs/>
        </w:rPr>
        <w:t xml:space="preserve"> </w:t>
      </w:r>
      <w:r>
        <w:rPr>
          <w:b/>
          <w:bCs/>
        </w:rPr>
        <w:t xml:space="preserve">half Italian, half English.</w:t>
      </w:r>
      <w:r>
        <w:br/>
      </w:r>
      <w:r>
        <w:t xml:space="preserve">    (a) specialized vocabulary</w:t>
      </w:r>
      <w:r>
        <w:br/>
      </w:r>
      <w:r>
        <w:t xml:space="preserve">    (b) mirror back (an image)</w:t>
      </w:r>
      <w:r>
        <w:br/>
      </w:r>
      <w:r>
        <w:t xml:space="preserve">    (c) create dramatic change</w:t>
      </w:r>
    </w:p>
    <w:p>
      <w:pPr>
        <w:pStyle w:val="Compact"/>
        <w:numPr>
          <w:ilvl w:val="0"/>
          <w:numId w:val="1001"/>
        </w:numPr>
      </w:pPr>
      <w:r>
        <w:rPr>
          <w:b/>
          <w:bCs/>
        </w:rPr>
        <w:t xml:space="preserve">The rendering of the scene by the ACTORS from the very first words is seen to be quite a different thing, though it has not in any way the air of a</w:t>
      </w:r>
      <w:r>
        <w:rPr>
          <w:b/>
          <w:bCs/>
        </w:rPr>
        <w:t xml:space="preserve"> </w:t>
      </w:r>
      <w:r>
        <w:rPr>
          <w:b/>
          <w:bCs/>
          <w:u w:val="single"/>
        </w:rPr>
        <w:t xml:space="preserve">parody</w:t>
      </w:r>
      <w:r>
        <w:rPr>
          <w:b/>
          <w:bCs/>
        </w:rPr>
        <w:t xml:space="preserve">.</w:t>
      </w:r>
      <w:r>
        <w:br/>
      </w:r>
      <w:r>
        <w:t xml:space="preserve">    (a) a humorous, exaggerated imitation of somebody's style</w:t>
      </w:r>
      <w:r>
        <w:br/>
      </w:r>
      <w:r>
        <w:br/>
      </w:r>
      <w:r>
        <w:t xml:space="preserve">or:</w:t>
      </w:r>
      <w:r>
        <w:br/>
      </w:r>
      <w:r>
        <w:br/>
      </w:r>
      <w:r>
        <w:t xml:space="preserve">a very poor imitation of somebody's style</w:t>
      </w:r>
      <w:r>
        <w:br/>
      </w:r>
      <w:r>
        <w:t xml:space="preserve">    (b) a beam, bracket, or other structure supported only on one side; or to support something in that manner</w:t>
      </w:r>
      <w:r>
        <w:br/>
      </w:r>
      <w:r>
        <w:t xml:space="preserve">    (c) to gradually destroy or change the purpose of something -- such as a government, institution, or rule</w:t>
      </w:r>
    </w:p>
    <w:p>
      <w:pPr>
        <w:pStyle w:val="Compact"/>
        <w:numPr>
          <w:ilvl w:val="0"/>
          <w:numId w:val="1001"/>
        </w:numPr>
      </w:pPr>
      <w:r>
        <w:rPr>
          <w:b/>
          <w:bCs/>
        </w:rPr>
        <w:t xml:space="preserve">He wants to get at his complicated "</w:t>
      </w:r>
      <w:r>
        <w:rPr>
          <w:b/>
          <w:bCs/>
          <w:u w:val="single"/>
        </w:rPr>
        <w:t xml:space="preserve">cerebral</w:t>
      </w:r>
      <w:r>
        <w:rPr>
          <w:b/>
          <w:bCs/>
        </w:rPr>
        <w:t xml:space="preserve"> </w:t>
      </w:r>
      <w:r>
        <w:rPr>
          <w:b/>
          <w:bCs/>
        </w:rPr>
        <w:t xml:space="preserve">drama," to have his famous remorses and torments acted; but I want to act my part, my part!</w:t>
      </w:r>
      <w:r>
        <w:br/>
      </w:r>
      <w:r>
        <w:t xml:space="preserve">    (a) relating to the brain</w:t>
      </w:r>
      <w:r>
        <w:br/>
      </w:r>
      <w:r>
        <w:t xml:space="preserve">    (b) able to be translated</w:t>
      </w:r>
      <w:r>
        <w:br/>
      </w:r>
      <w:r>
        <w:t xml:space="preserve">    (c) exactness or accuracy</w:t>
      </w:r>
    </w:p>
    <w:p>
      <w:pPr>
        <w:pStyle w:val="Compact"/>
        <w:numPr>
          <w:ilvl w:val="0"/>
          <w:numId w:val="1001"/>
        </w:numPr>
      </w:pPr>
      <w:r>
        <w:rPr>
          <w:b/>
          <w:bCs/>
        </w:rPr>
        <w:t xml:space="preserve">I beg you, sir, to let it appear quite plain that for conscience' sake I did try in every way...The Step-Daughter [interrupting indignantly and continuing for the MOTHER]...to</w:t>
      </w:r>
      <w:r>
        <w:rPr>
          <w:b/>
          <w:bCs/>
        </w:rPr>
        <w:t xml:space="preserve"> </w:t>
      </w:r>
      <w:r>
        <w:rPr>
          <w:b/>
          <w:bCs/>
          <w:u w:val="single"/>
        </w:rPr>
        <w:t xml:space="preserve">pacify</w:t>
      </w:r>
      <w:r>
        <w:rPr>
          <w:b/>
          <w:bCs/>
        </w:rPr>
        <w:t xml:space="preserve"> </w:t>
      </w:r>
      <w:r>
        <w:rPr>
          <w:b/>
          <w:bCs/>
        </w:rPr>
        <w:t xml:space="preserve">me, to dissuade me from spiting him.</w:t>
      </w:r>
      <w:r>
        <w:br/>
      </w:r>
      <w:r>
        <w:t xml:space="preserve">    (a) calm someone who is angry; or establish peace</w:t>
      </w:r>
      <w:r>
        <w:br/>
      </w:r>
      <w:r>
        <w:t xml:space="preserve">    (b) indicating criticism or disagreement, or "no"</w:t>
      </w:r>
      <w:r>
        <w:br/>
      </w:r>
      <w:r>
        <w:t xml:space="preserve">    (c) move to a worse or less prestigious situation</w:t>
      </w:r>
    </w:p>
    <w:p>
      <w:pPr>
        <w:pStyle w:val="Compact"/>
        <w:numPr>
          <w:ilvl w:val="0"/>
          <w:numId w:val="1001"/>
        </w:numPr>
      </w:pPr>
      <w:r>
        <w:rPr>
          <w:b/>
          <w:bCs/>
        </w:rPr>
        <w:t xml:space="preserve">I beg you, sir, to let it appear quite plain that for conscience' sake I did try in every way...The Step-Daughter [interrupting indignantly and continuing for the MOTHER]...to pacify me, to</w:t>
      </w:r>
      <w:r>
        <w:rPr>
          <w:b/>
          <w:bCs/>
        </w:rPr>
        <w:t xml:space="preserve"> </w:t>
      </w:r>
      <w:r>
        <w:rPr>
          <w:b/>
          <w:bCs/>
          <w:u w:val="single"/>
        </w:rPr>
        <w:t xml:space="preserve">dissuade</w:t>
      </w:r>
      <w:r>
        <w:rPr>
          <w:b/>
          <w:bCs/>
        </w:rPr>
        <w:t xml:space="preserve"> </w:t>
      </w:r>
      <w:r>
        <w:rPr>
          <w:b/>
          <w:bCs/>
        </w:rPr>
        <w:t xml:space="preserve">me from spiting him.</w:t>
      </w:r>
      <w:r>
        <w:br/>
      </w:r>
      <w:r>
        <w:t xml:space="preserve">    (a) move into position to work; or start</w:t>
      </w:r>
      <w:r>
        <w:br/>
      </w:r>
      <w:r>
        <w:t xml:space="preserve">    (b) persuade someone not to do something</w:t>
      </w:r>
      <w:r>
        <w:br/>
      </w:r>
      <w:r>
        <w:t xml:space="preserve">    (c) to spread to other parts of the body</w:t>
      </w:r>
    </w:p>
    <w:p>
      <w:pPr>
        <w:pStyle w:val="Compact"/>
        <w:numPr>
          <w:ilvl w:val="0"/>
          <w:numId w:val="1001"/>
        </w:numPr>
      </w:pPr>
      <w:r>
        <w:rPr>
          <w:b/>
          <w:bCs/>
        </w:rPr>
        <w:t xml:space="preserve">Ours is an</w:t>
      </w:r>
      <w:r>
        <w:rPr>
          <w:b/>
          <w:bCs/>
        </w:rPr>
        <w:t xml:space="preserve"> </w:t>
      </w:r>
      <w:r>
        <w:rPr>
          <w:b/>
          <w:bCs/>
          <w:u w:val="single"/>
        </w:rPr>
        <w:t xml:space="preserve">immutable</w:t>
      </w:r>
      <w:r>
        <w:rPr>
          <w:b/>
          <w:bCs/>
        </w:rPr>
        <w:t xml:space="preserve"> </w:t>
      </w:r>
      <w:r>
        <w:rPr>
          <w:b/>
          <w:bCs/>
        </w:rPr>
        <w:t xml:space="preserve">reality which should make you shudder when you approach us if you are really conscious of the fact that your reality is a mere transitory and fleeting illusion, taking this form today and that tomorrow, according to the conditions, according to your will, your sentiments, which in turn are controlled by an intellect that shows them to you today in one manner and tomorrow...who knows how?</w:t>
      </w:r>
      <w:r>
        <w:br/>
      </w:r>
      <w:r>
        <w:t xml:space="preserve">    (a) disagreeable</w:t>
      </w:r>
      <w:r>
        <w:br/>
      </w:r>
      <w:r>
        <w:t xml:space="preserve">    (b) not pleasing</w:t>
      </w:r>
      <w:r>
        <w:br/>
      </w:r>
      <w:r>
        <w:t xml:space="preserve">    (c) unchangeable</w:t>
      </w:r>
    </w:p>
    <w:p>
      <w:pPr>
        <w:pStyle w:val="Compact"/>
        <w:numPr>
          <w:ilvl w:val="0"/>
          <w:numId w:val="1001"/>
        </w:numPr>
      </w:pPr>
      <w:r>
        <w:rPr>
          <w:b/>
          <w:bCs/>
        </w:rPr>
        <w:t xml:space="preserve">Ours is an immutable reality which should make you shudder when you approach us if you are really conscious of the fact that your reality is a mere</w:t>
      </w:r>
      <w:r>
        <w:rPr>
          <w:b/>
          <w:bCs/>
        </w:rPr>
        <w:t xml:space="preserve"> </w:t>
      </w:r>
      <w:r>
        <w:rPr>
          <w:b/>
          <w:bCs/>
          <w:u w:val="single"/>
        </w:rPr>
        <w:t xml:space="preserve">transitory</w:t>
      </w:r>
      <w:r>
        <w:rPr>
          <w:b/>
          <w:bCs/>
        </w:rPr>
        <w:t xml:space="preserve"> </w:t>
      </w:r>
      <w:r>
        <w:rPr>
          <w:b/>
          <w:bCs/>
        </w:rPr>
        <w:t xml:space="preserve">and fleeting illusion, taking this form today and that tomorrow, according to the conditions, according to your will, your sentiments, which in turn are controlled by an intellect that shows them to you today in one manner and tomorrow...who knows how?</w:t>
      </w:r>
      <w:r>
        <w:br/>
      </w:r>
      <w:r>
        <w:t xml:space="preserve">    (a) sincerity (realness)</w:t>
      </w:r>
      <w:r>
        <w:br/>
      </w:r>
      <w:r>
        <w:t xml:space="preserve">    (b) not demonstrative of</w:t>
      </w:r>
      <w:r>
        <w:br/>
      </w:r>
      <w:r>
        <w:t xml:space="preserve">    (c) lasting a short time</w:t>
      </w:r>
    </w:p>
    <w:p>
      <w:pPr>
        <w:pStyle w:val="Compact"/>
        <w:numPr>
          <w:ilvl w:val="0"/>
          <w:numId w:val="1001"/>
        </w:numPr>
      </w:pPr>
      <w:r>
        <w:rPr>
          <w:b/>
          <w:bCs/>
        </w:rPr>
        <w:t xml:space="preserve">That is my only pleasure: to see her happy and careless in the garden after the misery and</w:t>
      </w:r>
      <w:r>
        <w:rPr>
          <w:b/>
          <w:bCs/>
        </w:rPr>
        <w:t xml:space="preserve"> </w:t>
      </w:r>
      <w:r>
        <w:rPr>
          <w:b/>
          <w:bCs/>
          <w:u w:val="single"/>
        </w:rPr>
        <w:t xml:space="preserve">squalor</w:t>
      </w:r>
      <w:r>
        <w:rPr>
          <w:b/>
          <w:bCs/>
        </w:rPr>
        <w:t xml:space="preserve"> </w:t>
      </w:r>
      <w:r>
        <w:rPr>
          <w:b/>
          <w:bCs/>
        </w:rPr>
        <w:t xml:space="preserve">of the horrible room where we all four slept together.</w:t>
      </w:r>
      <w:r>
        <w:br/>
      </w:r>
      <w:r>
        <w:t xml:space="preserve">    (a) a general feeling of not being as good as others</w:t>
      </w:r>
      <w:r>
        <w:br/>
      </w:r>
      <w:r>
        <w:t xml:space="preserve">    (b) the act, process, or instance of telling a story</w:t>
      </w:r>
      <w:r>
        <w:br/>
      </w:r>
      <w:r>
        <w:t xml:space="preserve">    (c) extremely dirty and unpleasant living conditions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2026-07-31T15:58:21Z</dcterms:created>
  <dcterms:modified xsi:type="dcterms:W3CDTF">2026-07-31T15:58:21Z</dcterms:modified>
</cp:coreProperties>
</file>

<file path=docProps/custom.xml><?xml version="1.0" encoding="utf-8"?>
<Properties xmlns="http://schemas.openxmlformats.org/officeDocument/2006/custom-properties" xmlns:vt="http://schemas.openxmlformats.org/officeDocument/2006/docPropsVTypes"/>
</file>