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853727aed78c6b63f198a235efffb2cd8027ff"/>
    <w:p>
      <w:pPr>
        <w:pStyle w:val="Heading1"/>
      </w:pPr>
      <w:r>
        <w:rPr>
          <w:b/>
          <w:bCs/>
        </w:rPr>
        <w:t xml:space="preserve">Sister Carrie</w:t>
      </w:r>
      <w:r>
        <w:br/>
      </w:r>
      <w:r>
        <w:rPr>
          <w:i/>
          <w:iCs/>
        </w:rPr>
        <w:t xml:space="preserve">Theodore Dreiser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keeping</w:t>
      </w:r>
      <w:r>
        <w:br/>
      </w:r>
      <w:r>
        <w:t xml:space="preserve">    (b) ignorance</w:t>
      </w:r>
      <w:r>
        <w:br/>
      </w:r>
      <w:r>
        <w:t xml:space="preserve">    (c) opposition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lawyers demand he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accorded</w:t>
      </w:r>
      <w:r>
        <w:rPr>
          <w:b/>
          <w:bCs/>
        </w:rPr>
        <w:t xml:space="preserve"> </w:t>
      </w:r>
      <w:r>
        <w:rPr>
          <w:b/>
          <w:bCs/>
        </w:rPr>
        <w:t xml:space="preserve">the status of a captured soldier rather than a spy.</w:t>
      </w:r>
      <w:r>
        <w:br/>
      </w:r>
      <w:r>
        <w:t xml:space="preserve">    (a) given</w:t>
      </w:r>
      <w:r>
        <w:br/>
      </w:r>
      <w:r>
        <w:t xml:space="preserve">    (b) told about</w:t>
      </w:r>
      <w:r>
        <w:br/>
      </w:r>
      <w:r>
        <w:t xml:space="preserve">    (c) denied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affable</w:t>
      </w:r>
      <w:r>
        <w:rPr>
          <w:b/>
          <w:bCs/>
        </w:rPr>
        <w:t xml:space="preserve"> </w:t>
      </w:r>
      <w:r>
        <w:rPr>
          <w:b/>
          <w:bCs/>
        </w:rPr>
        <w:t xml:space="preserve">guy with a good sense of humor.</w:t>
      </w:r>
      <w:r>
        <w:br/>
      </w:r>
      <w:r>
        <w:t xml:space="preserve">    (a) incapable of being undone</w:t>
      </w:r>
      <w:r>
        <w:br/>
      </w:r>
      <w:r>
        <w:t xml:space="preserve">    (b) good natured and sociable</w:t>
      </w:r>
      <w:r>
        <w:br/>
      </w:r>
      <w:r>
        <w:t xml:space="preserve">    (c) impulsive or unpredictable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notable similarity</w:t>
      </w:r>
      <w:r>
        <w:br/>
      </w:r>
      <w:r>
        <w:t xml:space="preserve">    (b) notable difference</w:t>
      </w:r>
      <w:r>
        <w:br/>
      </w:r>
      <w:r>
        <w:t xml:space="preserve">    (c) covering of all styles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 artist used clever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trick wealthy investors.</w:t>
      </w:r>
      <w:r>
        <w:br/>
      </w:r>
      <w:r>
        <w:t xml:space="preserve">    (a) praise</w:t>
      </w:r>
      <w:r>
        <w:br/>
      </w:r>
      <w:r>
        <w:t xml:space="preserve">    (b) trickery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 nervousness, her professional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demeanor</w:t>
      </w:r>
      <w:r>
        <w:rPr>
          <w:b/>
          <w:bCs/>
        </w:rPr>
        <w:t xml:space="preserve"> </w:t>
      </w:r>
      <w:r>
        <w:rPr>
          <w:b/>
          <w:bCs/>
        </w:rPr>
        <w:t xml:space="preserve">never wavered.</w:t>
      </w:r>
      <w:r>
        <w:br/>
      </w:r>
      <w:r>
        <w:t xml:space="preserve">    (a) manner</w:t>
      </w:r>
      <w:r>
        <w:br/>
      </w:r>
      <w:r>
        <w:t xml:space="preserve">    (b) words</w:t>
      </w:r>
      <w:r>
        <w:br/>
      </w:r>
      <w:r>
        <w:t xml:space="preserve">    (c)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argumentative</w:t>
      </w:r>
      <w:r>
        <w:br/>
      </w:r>
      <w:r>
        <w:t xml:space="preserve">    (b) young</w:t>
      </w:r>
      <w:r>
        <w:br/>
      </w:r>
      <w:r>
        <w:t xml:space="preserve">    (c) unassertive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elated</w:t>
      </w:r>
      <w:r>
        <w:rPr>
          <w:b/>
          <w:bCs/>
        </w:rPr>
        <w:t xml:space="preserve"> </w:t>
      </w:r>
      <w:r>
        <w:rPr>
          <w:b/>
          <w:bCs/>
        </w:rPr>
        <w:t xml:space="preserve">winner couldn't stop smiling.</w:t>
      </w:r>
      <w:r>
        <w:br/>
      </w:r>
      <w:r>
        <w:t xml:space="preserve">    (a) extremely happy</w:t>
      </w:r>
      <w:r>
        <w:br/>
      </w:r>
      <w:r>
        <w:t xml:space="preserve">    (b) exhausted or tired</w:t>
      </w:r>
      <w:r>
        <w:br/>
      </w:r>
      <w:r>
        <w:t xml:space="preserve">    (c) newly created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want to leave early, you have to ask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foreman</w:t>
      </w:r>
      <w:r>
        <w:rPr>
          <w:b/>
          <w:bCs/>
        </w:rPr>
        <w:t xml:space="preserve">.</w:t>
      </w:r>
      <w:r>
        <w:br/>
      </w:r>
      <w:r>
        <w:t xml:space="preserve">    (a) owner</w:t>
      </w:r>
      <w:r>
        <w:br/>
      </w:r>
      <w:r>
        <w:t xml:space="preserve">    (b) customer</w:t>
      </w:r>
      <w:r>
        <w:br/>
      </w:r>
      <w:r>
        <w:t xml:space="preserve">    (c) supervisor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my taste for sweets more than is good for me.</w:t>
      </w:r>
      <w:r>
        <w:br/>
      </w:r>
      <w:r>
        <w:t xml:space="preserve">    (a) hold back from</w:t>
      </w:r>
      <w:r>
        <w:br/>
      </w:r>
      <w:r>
        <w:t xml:space="preserve">    (b) complain about</w:t>
      </w:r>
      <w:r>
        <w:br/>
      </w:r>
      <w:r>
        <w:t xml:space="preserve">    (c) give in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Invariably</w:t>
      </w:r>
      <w:r>
        <w:rPr>
          <w:b/>
          <w:bCs/>
        </w:rPr>
        <w:t xml:space="preserve">, she arrives at the office ten minutes before her shift starts.</w:t>
      </w:r>
      <w:r>
        <w:br/>
      </w:r>
      <w:r>
        <w:t xml:space="preserve">    (a) with hesitation</w:t>
      </w:r>
      <w:r>
        <w:br/>
      </w:r>
      <w:r>
        <w:t xml:space="preserve">    (b) without fail</w:t>
      </w:r>
      <w:r>
        <w:br/>
      </w:r>
      <w:r>
        <w:t xml:space="preserve">    (c) only rarely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bought tickets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matinée</w:t>
      </w:r>
      <w:r>
        <w:rPr>
          <w:b/>
          <w:bCs/>
        </w:rPr>
        <w:t xml:space="preserve"> </w:t>
      </w:r>
      <w:r>
        <w:rPr>
          <w:b/>
          <w:bCs/>
        </w:rPr>
        <w:t xml:space="preserve">because the evening show was sold out.</w:t>
      </w:r>
      <w:r>
        <w:br/>
      </w:r>
      <w:r>
        <w:t xml:space="preserve">    (a) daytime performance</w:t>
      </w:r>
      <w:r>
        <w:br/>
      </w:r>
      <w:r>
        <w:t xml:space="preserve">    (b) opening speech</w:t>
      </w:r>
      <w:r>
        <w:br/>
      </w:r>
      <w:r>
        <w:t xml:space="preserve">    (c) final rehearsal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going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opera</w:t>
      </w:r>
      <w:r>
        <w:rPr>
          <w:b/>
          <w:bCs/>
        </w:rPr>
        <w:t xml:space="preserve"> </w:t>
      </w:r>
      <w:r>
        <w:rPr>
          <w:b/>
          <w:bCs/>
        </w:rPr>
        <w:t xml:space="preserve">this evening.</w:t>
      </w:r>
      <w:r>
        <w:br/>
      </w:r>
      <w:r>
        <w:t xml:space="preserve">    (a) musical theater performance</w:t>
      </w:r>
      <w:r>
        <w:br/>
      </w:r>
      <w:r>
        <w:t xml:space="preserve">    (b) casual dinner gathering</w:t>
      </w:r>
      <w:r>
        <w:br/>
      </w:r>
      <w:r>
        <w:t xml:space="preserve">    (c) outdoor sporting 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captured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pathos</w:t>
      </w:r>
      <w:r>
        <w:rPr>
          <w:b/>
          <w:bCs/>
        </w:rPr>
        <w:t xml:space="preserve"> </w:t>
      </w:r>
      <w:r>
        <w:rPr>
          <w:b/>
          <w:bCs/>
        </w:rPr>
        <w:t xml:space="preserve">of wartime loss.</w:t>
      </w:r>
      <w:r>
        <w:br/>
      </w:r>
      <w:r>
        <w:t xml:space="preserve">    (a) moving sadness</w:t>
      </w:r>
      <w:r>
        <w:br/>
      </w:r>
      <w:r>
        <w:t xml:space="preserve">    (b) angry tone</w:t>
      </w:r>
      <w:r>
        <w:br/>
      </w:r>
      <w:r>
        <w:t xml:space="preserve">    (c) cheerful spirit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perfunctory</w:t>
      </w:r>
      <w:r>
        <w:rPr>
          <w:b/>
          <w:bCs/>
        </w:rPr>
        <w:t xml:space="preserve"> </w:t>
      </w:r>
      <w:r>
        <w:rPr>
          <w:b/>
          <w:bCs/>
        </w:rPr>
        <w:t xml:space="preserve">apology did little to ease my annoyance.</w:t>
      </w:r>
      <w:r>
        <w:br/>
      </w:r>
      <w:r>
        <w:t xml:space="preserve">    (a) superficial</w:t>
      </w:r>
      <w:r>
        <w:br/>
      </w:r>
      <w:r>
        <w:t xml:space="preserve">    (b) written</w:t>
      </w:r>
      <w:r>
        <w:br/>
      </w:r>
      <w:r>
        <w:t xml:space="preserve">    (c)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watched him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shrewd</w:t>
      </w:r>
      <w:r>
        <w:rPr>
          <w:b/>
          <w:bCs/>
        </w:rPr>
        <w:t xml:space="preserve"> </w:t>
      </w:r>
      <w:r>
        <w:rPr>
          <w:b/>
          <w:bCs/>
        </w:rPr>
        <w:t xml:space="preserve">eye.</w:t>
      </w:r>
      <w:r>
        <w:br/>
      </w:r>
      <w:r>
        <w:t xml:space="preserve">    (a) smart</w:t>
      </w:r>
      <w:r>
        <w:br/>
      </w:r>
      <w:r>
        <w:t xml:space="preserve">    (b) outside</w:t>
      </w:r>
      <w:r>
        <w:br/>
      </w:r>
      <w:r>
        <w:t xml:space="preserve">    (c) nearby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bitter</w:t>
      </w:r>
      <w:r>
        <w:br/>
      </w:r>
      <w:r>
        <w:t xml:space="preserve">    (b) confused</w:t>
      </w:r>
      <w:r>
        <w:br/>
      </w:r>
      <w:r>
        <w:t xml:space="preserve">    (c) emotionless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means well, but she lacks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</w:t>
      </w:r>
      <w:r>
        <w:rPr>
          <w:b/>
          <w:bCs/>
        </w:rPr>
        <w:t xml:space="preserve">.</w:t>
      </w:r>
      <w:r>
        <w:br/>
      </w:r>
      <w:r>
        <w:t xml:space="preserve">    (a) sensitivity</w:t>
      </w:r>
      <w:r>
        <w:br/>
      </w:r>
      <w:r>
        <w:t xml:space="preserve">    (b) a plan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other's</w:t>
      </w:r>
      <w:r>
        <w:br/>
      </w:r>
      <w:r>
        <w:t xml:space="preserve">    (b) unimportant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treated without respect</w:t>
      </w:r>
      <w:r>
        <w:br/>
      </w:r>
      <w:r>
        <w:t xml:space="preserve">    (b) argued with</w:t>
      </w:r>
      <w:r>
        <w:br/>
      </w:r>
      <w:r>
        <w:t xml:space="preserve">    (c) negotiated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2026-07-31T15:57:41Z</dcterms:created>
  <dcterms:modified xsi:type="dcterms:W3CDTF">2026-07-31T15:57:41Z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